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брати</w:t>
      </w:r>
    </w:p>
    <w:p>
      <w:r>
        <w:br/>
        <w:t xml:space="preserve"> &lt;p&gt;У багатого пана було двоє синів. Старшенький удався собі тихий, слухняний, все за книжкою сидів, а меншеньке таке вродилось швидке, шаловливе, — тільки йому й діла, що гаса було по господі, шпурляє камінням та собак б’є. Раз іде старець побіля двору в сімряжці, а меншенький панич вихопивсь на вулицю та й давай цькувать його собаками. Ну, сказано: собака і на владику бреше; — от вони й рвуть, а старець уговорює панича: "Гріх тобі", каже, "синку, знущатись над старими людьми; за се", каже, "Бог тебе покарає!" А панич ще гірш цькує і язик йому висолоплює, так що старець годі вже поучати, та скоріш на втікача. Розсердився той старець на меншенького панича, та зараз святому Петрові й пожалівся. "Святий Петре", каже: "покарай його за мене, щоб він, ледащо, десятому заказав, як цькувать старих людей собаками!" А Петро й каже: "Добре, тільки не зараз; тепер воно ще дурне хлоп’я, не зрозуміє тієї й кари; а от, як виросте, то вже хіба тоді".</w:t>
      </w:r>
    </w:p>
    <w:p>
      <w:r>
        <w:br/>
        <w:t>Повиростали паничі, а там, як помер батько, то вони поділились худобою, поженились і сами стали жить панами. Старшому Бог у всьому помагає: посіє пшеницю, то вона виросте заввишки з чоловіка і по четверті з копи зерна дасть; а у меншого — або градом виб’є, або оврах[1] понівечить. Старший збудував караван[2], і жене таку горілку, що люде зо всіх слобід[3] ідуть до його купувати, а у меншого така смердюча, що й до носа ніхто не донесе. У старшого степи вкриті гуртами, отарами, табунами[4], а в меншого усе видохло і перевелось на невідь-що. Тільки й дає йому Господь діточок: що рок, то й пророк; народилось їх з п’ятнадцятеро. Старший брат і ні гадки собі, лежить та загріба гроші лопатою: усе йому Бог дає; а менший працює, як риба об лід побивається, а нічого не вдіє, ні в чому нема йому талану. Все спродав, що в його було: і степи з хуторами, і гаї, і так знищав, що нема в його ні одежини, ні шматка хліба. Голодна дітвора голосить, а він з жінкою сидить та плаче. Плакав, плакав, а далі й просить свого янголя-хранителя: "Змилуйся", каже, "хоч ти надо мною! Полети до Господа, та вимоли мені з дітками хоч по шматочку хліба!" Полетів янгол і розказав Господу, яке лихо терпить менший брат, та й каже: "Боженьку мій милий, дай їм хоч по шматочку хліба!" — "Добре", каже Бог: "нехай же він іде до старшого брата і попросить хліба; як не дасть, то нехай у нього молотить з коробки; як же й з коробки не дасть, то нехай з ним так згодиться: щоб тільки те зерно прийшлось на його долю, котре впаде йому в постоли[5], як він молотитиме".</w:t>
      </w:r>
    </w:p>
    <w:p>
      <w:r>
        <w:br/>
        <w:t>Прийшов менший брат до старшого, а той сидить на рундуці[6], такий гладкий та ситий, сказано — багатий; тільки вздрів свого брата, зараз встав і сховався в будинок. Через яку там годину, висилає спитать чого брату треба? От менший і каже: "Прийшов до брата попросить шматок хліба собі і діточкам моїм". А старший брат вибіг на рундук, та й крикнув: "Женіть його з двору!" Менший знов просить: "Братику мій, дай мені хоч з коробки молотить".— "Не дам", каже старший: "який з тебе молотник? ти мені тільки понівечиш пшеницю!" — "Ну, як так",— каже менший,— "то нехай тільки те зерно буде моє, яке попаде в мої постоли!" Старший брат засміявся та й каже: "Добре; дайте йому молотить з тієї скирти[7], що затекла і миші поточили".</w:t>
      </w:r>
    </w:p>
    <w:p>
      <w:r>
        <w:br/>
        <w:t>Молотив бідолаха цілісінький день; увечері роззувся, дивиться — в постоли заскочило тільки два зерняточка. На другий день молотив — приніс три зернини, на третій — чотири; щодня прибувало тільки по одному зернятку. Оттак молотив сердега цілісіньку зиму, а намолотив тільки з-пригорщ пшениці. Вернувся до дому; жінка з дітьми вийшла назустріч, і не пізнала сердешного; од праці висох, вичах, аж очі йому в лоб позападали, і так ослаб; що ледве до своєї хати припхався. Голодні діти обступили батька, просять хліба, а він їм і показує пригорщ пшениці, що вимолотив; а сльози так і капають на ту пшеницю. "Бачите, діточки", каже; "більш сліз витекло і трудового поту; як тих зернят, що для вас намолотив; сльозами ж", каже, "нікого не нагодуєш, а од трудового поту ніхто ще не сидів голодний,— тільки я з вами, мої безталанні діточки!" Далі і каже янголу: "Що мені на світі робить з сією пшеницею: змолоть та спекти, то й одному їсти нічого?" Полетів ангол до Бога та й пита: "що робить меншому брату з тією пшеницею, що вимолотив?" — "Нехай", каже Бог, "попросить у брата землі та й посіє".</w:t>
      </w:r>
    </w:p>
    <w:p>
      <w:r>
        <w:br/>
        <w:t>Знов потяг менший брат до старшого. "А чого тобі треба?" пита старший: "чи не схотілось ще з постола молотить?" — "Ні", каже менший: "прийшов до тебе просить земельки, щоб посіять ту пшеницю, що з ласки твоєї намолотив".— "А багацько намолотив?" пита старший. — "Ось скільки", каже менший, і показує йому ту пригорщ. — "Добре", каже старший, — а сам регочеться, аж за живіт береться: "дам тобі землі, скільки душі твоїй завгодно! Іди ж у царину, — там єсть лан десятин в п’ятдесят, а може і більш буде; то коли достане сієї пшениці, то хоч увесь засівай, — нехай тобі Бог помагає!" Подякував менший брат страшого, пішов собі до того лану та й почав сіяти. Сіє та й сіє, — відкіля та у Господа й пшениця береться, неначе з рукава сиплеться, як дощ шумить. Цілісінький день сіяв, аж поки всього лану не засіяв, іще й осталось з пригорщ, стільки, скільки й було. Так вже, бачите, дав йому Бог милосердний. "А що", спитав старший брат, побачивши меншого: "чи стало тобі лану?" (а сам сміється). "Ні, не стало", каже менший: "ось скільки ще осталось пшениці". — "Брешеш", каже старший: "ти мабуть не сіяв, бо стільки міні й учора показував". — "Піди, подивись", каже менший, "коли ти ймеш віри". Поїхав старший в царину; дивить ся, аж справді, увесь лан засіяний і заволочений. "Що воно за притча[8] така?" подумав собі, та й каже: "Побачимо, який з сього пива буде квас!"</w:t>
      </w:r>
    </w:p>
    <w:p>
      <w:r>
        <w:br/>
        <w:t>Незабаром зійшла пшениця, така густа та рясна, як щітка, — аж весело на неї глянуть; а та, що на лану старшого брата, ледве з землі вилазить, жовта і позакручувалась. Завидно стало старшому брату,— от він і каже: "Ні, вже вибачай, брате, не оддам я тобі сього лану, — бери мій". Нічого робить меншому; прийшов до дому та й плаче. Полетів янгол до Бога: "так і так", каже: "старший брат обіжає меншого; що звелиш робить бідоласі?" А Бог і каже: "Нехай бере братів лан, а сей я градом виб’ю".</w:t>
      </w:r>
    </w:p>
    <w:p>
      <w:r>
        <w:br/>
        <w:t>Недовго і втішався старший брат одібраним ланом: набігла хмарка, — як учистить град з курине яйце, всю пшеницю до стебла вибив. Розсердився старший брат. "Се", каже, "ти мені таке нещастя приніс: зроду сього зо мною не було; не хочу твого лану,— я свій назад беру!" Знов заплакав менший брат і знов янгол полетів до Господа за порадою; а Бог і каже: "Нехай не журиться! я зроблю його лан таким, як і був".</w:t>
      </w:r>
    </w:p>
    <w:p>
      <w:r>
        <w:br/>
        <w:t>Послав Господь хмарку на витолочений лан, вона його і теплими дощами скропляє, і вкрива по холодним зорям, і вітерцем продува, стереже його й пестує як рідна мати свою дитину. У Бога, кажуть, усе за дверима: відкиля що й взялось! І пшениця розрослась і заколосилась навдивовижу. Аж ось іде Петро з старцем понад тим ланом, а старець і каже: "Подивись лишень, святий Петре, яку Бог пшеницю вродив: зроду такої не бачив!" — А Петро й пита: "А знаєш, чия се пшениця?" — "Не знаю", одказує старець. — "Се того чоловіка", каже Петро, "що цькував тебе собаками". — "Глянь", подумав старець: "не багацько ж буде йому користі з сієї пшениці: я так зроблю, що скільки б він кіп не навантажив на віз, то більш з нього не вимолотить, як один тільки мішечок". Зрозумів сю його думку святий Петро, та як вернувся до себе, зараз і попросив Бога послать до меншого брата янгола. "Скажи", звелів йому Бог, "щоб він, як буде перевозить пшеницю, не більш клав на віз, як по одному снопочку".</w:t>
      </w:r>
    </w:p>
    <w:p>
      <w:r>
        <w:br/>
        <w:t>Зжав менший брат свою пшеницю і перевіз, як йому велено. Став молотить: що вдарить ціпом, так йому мішок пшениці і висиплеться. Позасипав повнісінькі закроми[9] іще й здоровенні ворохи[10] стоять на току, — нікуди вже й ховать. Знов іде Петро з старцем побіля току меншого брата, а старець і каже: "Дивись лишень, святий Петре, скільки Бог дав сьому чоловікові пшениці; та яка-ж гарна та чиста, нема в неї ні зани[11] ні кукілю". — "А знаєш, чия се пшениця?" пита святий Петро. — "Не знаю", одказав старець. — "Се того чоловіка", каже Петро, "що цькував тебе собаками". — "А щоб він не діждав з сієї пшениці хліб божий їсти!" скрикнув старець, аж почервонів з досади: "щоб той", каже, "подавився першим шматком, хто його й їстиме!" Знов попрохав Бога святий Петро, знов послав Бог янгола до меншого брата: "Скажи", каже, "йому, щоб він напік з пшениці буханців, і крий Боже, щоб не їв і не куштував, які вони, а нехай несе їх у церкву божу і роздасть старцям". Напік менший брат буханців повнісіньку торбу та й поніс до церкви. Як скінчилась служба, от він і вийшов на цвинтар, а той старець сидить собі з краю, протягує руку і голосить: "Христа ради!" От, менший брат і дав йому першому буханець; а старець трошки проголодавсь, хіп той буханець, укусив та, не розжувавши гаразд, хотів проковтнуть, та й подавив ся. Тут інші старці почали його в спину штовхать, — хто кулаком стусоне межи плечі, хто костилєм[12] ткне під ребро, хто затопить по потилиці,— насилу вибили йому з глотки той шматок.</w:t>
      </w:r>
    </w:p>
    <w:p>
      <w:r>
        <w:br/>
        <w:t>Стрівся старець з Петром, та й каже: "Яка сьогодні зо мною кумедна притча трапилась: трохи був на смерть не подавився!" А Петро йому й каже: "Се тобі, старче, так Бог зробив за те, щоб другому не бажав давитись. Розсердився єси на дурне хлопятко, що цькувало тебе собаками, та й став вадить чоловікові, которий на свойому віку доволі приняв того лиха, а не зробився ж ледащом. Та ще хотів, щоб він подавився першим шматком хліба, добутого сльозою та трудовим потом!" — "Господи!" сказав тоді старець: "Ти один і милосердний і справедливий! помилуй мене грішного; ніколи вже не буду вадить тому чоловікові, котрого ти милуєш!"</w:t>
      </w:r>
    </w:p>
    <w:p>
      <w:r>
        <w:br/>
        <w:t>З тої пори перевернулося щастя братів. Менший став багатіть, а старший все стратив і прийшов до меншого голодний і холодний, за шматком хліба. Менший приняв його як брата рідного, бо скоштував на свойому віку гіркої, так знав, що таке лихо; — наділив його землею, скотиною, построїв йому будинок, а сам ще багатший та щасливіший став.</w:t>
      </w:r>
    </w:p>
    <w:p>
      <w:r>
        <w:br/>
        <w:t>[1] Оврах — суслик (гризун польовий, завбільшки як щур, зносить зерно до своєї нори</w:t>
      </w:r>
    </w:p>
    <w:p>
      <w:r>
        <w:br/>
        <w:t>[2] Караван — гуральня.</w:t>
      </w:r>
    </w:p>
    <w:p>
      <w:r>
        <w:br/>
        <w:t>[3] Слобода — свобідне від панщини і всяких дачок село.</w:t>
      </w:r>
    </w:p>
    <w:p>
      <w:r>
        <w:br/>
        <w:t>[4] Гуртами, отарами, табунами — стадами волів, овець, коней.</w:t>
      </w:r>
    </w:p>
    <w:p>
      <w:r>
        <w:br/>
        <w:t>[5] Постоли — ходаки з лика, личаки.</w:t>
      </w:r>
    </w:p>
    <w:p>
      <w:r>
        <w:br/>
        <w:t>[6] Рундук — ґанок.</w:t>
      </w:r>
    </w:p>
    <w:p>
      <w:r>
        <w:br/>
        <w:t>[7] Скирта — стирта.</w:t>
      </w:r>
    </w:p>
    <w:p>
      <w:r>
        <w:br/>
        <w:t>[8] Причта — притичина, пригода, приключка.</w:t>
      </w:r>
    </w:p>
    <w:p>
      <w:r>
        <w:br/>
        <w:t>[9] Закроми (рос.) — засіки.</w:t>
      </w:r>
    </w:p>
    <w:p>
      <w:r>
        <w:br/>
        <w:t>[10] Ворох — купа (збіжжя, полови).</w:t>
      </w:r>
    </w:p>
    <w:p>
      <w:r>
        <w:br/>
        <w:t>[11] Зана — таке зілля, що як доспіє, то неначе сажа з квітки сиплеться і темнить пшеницю.</w:t>
      </w:r>
    </w:p>
    <w:p>
      <w:r>
        <w:br/>
        <w:t>[12] Костиль (рос.) — костур.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брати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