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Душа</w:t>
      </w:r>
    </w:p>
    <w:p>
      <w:r>
        <w:br/>
        <w:t xml:space="preserve"> &lt;p&gt;1.</w:t>
      </w:r>
    </w:p>
    <w:p>
      <w:r>
        <w:br/>
        <w:t>Одного зимового ранку, ще темно було надворі, стукає паламар у вікно сотрудницького помешкання. Сотрудник збудився. Хтось пукає до вікна.</w:t>
      </w:r>
    </w:p>
    <w:p>
      <w:r>
        <w:br/>
        <w:t>— Може, хто приїхав, — завважила їмость.</w:t>
      </w:r>
    </w:p>
    <w:p>
      <w:r>
        <w:br/>
        <w:t>Тим часом паламар добувся вже до хати.</w:t>
      </w:r>
    </w:p>
    <w:p>
      <w:r>
        <w:br/>
        <w:t>— Прошу їмості збудити єгомосця до хорого, — сказала дівка, всунувши голову у відхилені двері.</w:t>
      </w:r>
    </w:p>
    <w:p>
      <w:r>
        <w:br/>
        <w:t>Єгомость, учувши тую неприємну новину, ви-тягався, позівав, обернувся на другий бік, засунув вище покривало і потонув у подушках.</w:t>
      </w:r>
    </w:p>
    <w:p>
      <w:r>
        <w:br/>
        <w:t>— Може би-сь, помалу збирався! — говорила їмость.</w:t>
      </w:r>
    </w:p>
    <w:p>
      <w:r>
        <w:br/>
        <w:t>— Боже, коли я тут висплюся? — з розпукою майже питав замилуваний в спанні сотрудник.</w:t>
      </w:r>
    </w:p>
    <w:p>
      <w:r>
        <w:br/>
        <w:t>— А що, там надворі мороз? — спитав.</w:t>
      </w:r>
    </w:p>
    <w:p>
      <w:r>
        <w:br/>
        <w:t>— Ганко, надворі як? —— спитала їмость дівку.</w:t>
      </w:r>
    </w:p>
    <w:p>
      <w:r>
        <w:br/>
        <w:t>— Мороз з очима, — пояснила крізь двері дівка.</w:t>
      </w:r>
    </w:p>
    <w:p>
      <w:r>
        <w:br/>
        <w:t>— А фіра є? — питав сонний сотрудник.</w:t>
      </w:r>
    </w:p>
    <w:p>
      <w:r>
        <w:br/>
        <w:t>— Фіра? Є вже фіра, — голосно відповідав з кухні паламар.</w:t>
      </w:r>
    </w:p>
    <w:p>
      <w:r>
        <w:br/>
        <w:t>— Хто приїхав?</w:t>
      </w:r>
    </w:p>
    <w:p>
      <w:r>
        <w:br/>
        <w:t>— Єгомость питають, хто приїхав?</w:t>
      </w:r>
    </w:p>
    <w:p>
      <w:r>
        <w:br/>
        <w:t>— Кайцьо той, — пояснив паламар.</w:t>
      </w:r>
    </w:p>
    <w:p>
      <w:r>
        <w:br/>
        <w:t>— Далеко? До кого? — питав далі сотрудник, видимо, хотячи ще хоч хвильку полежати в теплій постелі.</w:t>
      </w:r>
    </w:p>
    <w:p>
      <w:r>
        <w:br/>
        <w:t>— На другу баню — аж під лісом.</w:t>
      </w:r>
    </w:p>
    <w:p>
      <w:r>
        <w:br/>
        <w:t>— До кого?</w:t>
      </w:r>
    </w:p>
    <w:p>
      <w:r>
        <w:br/>
        <w:t>— Єгомость не будуть знати. Стара — єї син вже третю жінку має.</w:t>
      </w:r>
    </w:p>
    <w:p>
      <w:r>
        <w:br/>
        <w:t>— Хто приїхав?</w:t>
      </w:r>
    </w:p>
    <w:p>
      <w:r>
        <w:br/>
        <w:t>— Кайцьо —— вар'ят той...</w:t>
      </w:r>
    </w:p>
    <w:p>
      <w:r>
        <w:br/>
        <w:t>— Ой, йой, йой!.. — йойкнув сотрудник.</w:t>
      </w:r>
    </w:p>
    <w:p>
      <w:r>
        <w:br/>
        <w:t>І мав чого йойкати: одно — не хотілося йому вставати; друге —— Кайцьо, знаний у цілім містечку вар'ят, мав такі нужденні конята, що їдучий з ним мусив цілу дорогу дивитися, як вони пріють від би-чівна, і добре стерегтися, щоби не вернути домів з вибитим оком.</w:t>
      </w:r>
    </w:p>
    <w:p>
      <w:r>
        <w:br/>
        <w:t>Кунктаторську тактику сотрудника перервав паламар.</w:t>
      </w:r>
    </w:p>
    <w:p>
      <w:r>
        <w:br/>
        <w:t>— Син єї просив, аби борше, бо, бачуть, дуже хора.</w:t>
      </w:r>
    </w:p>
    <w:p>
      <w:r>
        <w:br/>
        <w:t>— Ідіть до церкви, я зараз, — сказав сотрудник і в кілька хвиль був вже готовий до їзди.</w:t>
      </w:r>
    </w:p>
    <w:p>
      <w:r>
        <w:br/>
        <w:t>2.</w:t>
      </w:r>
    </w:p>
    <w:p>
      <w:r>
        <w:br/>
        <w:t>На сході зарум'янилося небо. Перші промені сон-ця, що продиралися на землю, немов замерзали від сильного морозу і ставали світлими стовпами у по-вітрі. На заході темніла довга полоса хмар.</w:t>
      </w:r>
    </w:p>
    <w:p>
      <w:r>
        <w:br/>
        <w:t>У містечку було тихо. Голос дзвінка лунав у мо-рознім повітрі. Ідучи до гарбарень, робітники клякали на вулиці, хрестячись, перед фірою, що везла свя-щеника з Паном Богом.</w:t>
      </w:r>
    </w:p>
    <w:p>
      <w:r>
        <w:br/>
        <w:t>Кайцьо, як звичайно, стоячи, поводив конятами за помочію здорового бичівна, покрикував, приц-мокував, стараючись збудити амбіцію коней, давно вже знищену голодом.</w:t>
      </w:r>
    </w:p>
    <w:p>
      <w:r>
        <w:br/>
        <w:t>За годину заїхали на присілок перед хату, де була хвора. Надворі чекав високий худий мужик. Він впровадив панотця до хати.</w:t>
      </w:r>
    </w:p>
    <w:p>
      <w:r>
        <w:br/>
        <w:t>На постелі лежала навзнак бабуся. Лице помор-щене, зчорніле, очі запалі в голову, примкнені, — лиш хрипіт у грудях вказував, що вона ще жива.</w:t>
      </w:r>
    </w:p>
    <w:p>
      <w:r>
        <w:br/>
        <w:t>Син підняв її на руках, опер головою о припічок і вийшов. Всі хатні вийшли до сіней.</w:t>
      </w:r>
    </w:p>
    <w:p>
      <w:r>
        <w:br/>
        <w:t>— Хорують та й хорують, — говорив син бабусі до паламаря.</w:t>
      </w:r>
    </w:p>
    <w:p>
      <w:r>
        <w:br/>
        <w:t>— Ти мені кажи — знаю я, що то значить.</w:t>
      </w:r>
    </w:p>
    <w:p>
      <w:r>
        <w:br/>
        <w:t>— З року на рік на мене паде, і тамтого року я жінку поховав, тепер мати коштує...</w:t>
      </w:r>
    </w:p>
    <w:p>
      <w:r>
        <w:br/>
        <w:t>— Ти третю вже взяв?</w:t>
      </w:r>
    </w:p>
    <w:p>
      <w:r>
        <w:br/>
        <w:t>— Та третю... Як ту доробитися?</w:t>
      </w:r>
    </w:p>
    <w:p>
      <w:r>
        <w:br/>
        <w:t>— Щось мати лишить...</w:t>
      </w:r>
    </w:p>
    <w:p>
      <w:r>
        <w:br/>
        <w:t>— Є ще сестри дві: як піде на поділ, то й кошт мені не вернеся.</w:t>
      </w:r>
    </w:p>
    <w:p>
      <w:r>
        <w:br/>
        <w:t>— Ти сам на матір "спенсуєш"?</w:t>
      </w:r>
    </w:p>
    <w:p>
      <w:r>
        <w:br/>
        <w:t>— Все сам. Вони прийдуть брати: тепер жадна носа не покаже.</w:t>
      </w:r>
    </w:p>
    <w:p>
      <w:r>
        <w:br/>
        <w:t>Панотець задзвонив — сповідь скінчилася. Всі увійшли до хати.</w:t>
      </w:r>
    </w:p>
    <w:p>
      <w:r>
        <w:br/>
        <w:t>Бабуся запричащалася, панотець скинув фелон і єпітрахиль та збирався відійти. Бабуся зашевелила губами, підняла руку, у грудях захрипіло.</w:t>
      </w:r>
    </w:p>
    <w:p>
      <w:r>
        <w:br/>
        <w:t>— Ще би-м хотіла... о-о-о-ох... за-а-порядити, аби не гризлися по мені...</w:t>
      </w:r>
    </w:p>
    <w:p>
      <w:r>
        <w:br/>
        <w:t>— Так краще. Аби кривди не було, як піде на поділ, — сказав паламар.</w:t>
      </w:r>
    </w:p>
    <w:p>
      <w:r>
        <w:br/>
        <w:t>— Ко-о-рова — синові Фе-е-деві... спе-е-нсував на мее-не...</w:t>
      </w:r>
    </w:p>
    <w:p>
      <w:r>
        <w:br/>
        <w:t>— Корова — мені, — шепнув син паламареві.</w:t>
      </w:r>
    </w:p>
    <w:p>
      <w:r>
        <w:br/>
        <w:t>— Я можу й на суді присвідчити, якби що до чого, — шептав паламар.</w:t>
      </w:r>
    </w:p>
    <w:p>
      <w:r>
        <w:br/>
        <w:t>— Сук-ма-а-на Ма-а-ри-сі... за-а-граблена... За-а-ставні коралі Па-ра-а-ні... — хриплим, умираючим голосом закінчила бабуся.</w:t>
      </w:r>
    </w:p>
    <w:p>
      <w:r>
        <w:br/>
        <w:t>Панотець з паламарем вийшли з хати, сіли на сани й поїхали. Кайцьо не женувався тепер цілком і ревів на ціле горло.</w:t>
      </w:r>
    </w:p>
    <w:p>
      <w:r>
        <w:br/>
        <w:t>— Підняв-єм тя вчора друками — знов здихати хо-о-очеш?</w:t>
      </w:r>
    </w:p>
    <w:p>
      <w:r>
        <w:br/>
        <w:t>— Вже відтепер піднімаєте друками? До весни далеко... — сказав паламар.</w:t>
      </w:r>
    </w:p>
    <w:p>
      <w:r>
        <w:br/>
        <w:t>— Облупле-е-е-ниця мерзе-е-нна. Тихо... Єгомость... — шепнув паламар.</w:t>
      </w:r>
    </w:p>
    <w:p>
      <w:r>
        <w:br/>
        <w:t>— Що? Єго-о-мость? — ревів Кайцьо. — Або єгомость що? Вони мої коні знають... Дідьки би з тебе шкіру дерррли... Вйо-о-о-о!..</w:t>
      </w:r>
    </w:p>
    <w:p>
      <w:r>
        <w:br/>
        <w:t>Нім доїхали додому, бабуся умерла.</w:t>
      </w:r>
    </w:p>
    <w:p>
      <w:r>
        <w:br/>
        <w:t>3.</w:t>
      </w:r>
    </w:p>
    <w:p>
      <w:r>
        <w:br/>
        <w:t>Крутою вуличкою присілка ішов похорон. На-переді ніс обдертий хлопчина хрест з розп'ятим Спа-сителем; тіло його, прибите колись цвяхами, холі-талося, прив'язане у рук і ніг червоними шнурками, обдертими з старого фелона побожним паламарем.</w:t>
      </w:r>
    </w:p>
    <w:p>
      <w:r>
        <w:br/>
        <w:t>За ним несли два парубки хоругви.</w:t>
      </w:r>
    </w:p>
    <w:p>
      <w:r>
        <w:br/>
        <w:t>Лютий східний вітер опирався в старі полинялі полотна, тріпотав над ними, рвав-звивав навколо жердок, знов розвивав, піддирав вгору, немов хотів Спасителя і Пречисту, що були зображені на хоругвах, унести на своїх могутніх крилах на небеса.</w:t>
      </w:r>
    </w:p>
    <w:p>
      <w:r>
        <w:br/>
        <w:t>За хоругвами нужденними кіньми на простих санках боком їхав панотець, а позаду воли тягнули на санях велику синю трумну.</w:t>
      </w:r>
    </w:p>
    <w:p>
      <w:r>
        <w:br/>
        <w:t>За трумною ішли юрбою люди зі свічками — діти і знайомі покійниці. Коли вітер на хвильку стихав, чути було проразливий, плачучий завід жіночий:</w:t>
      </w:r>
    </w:p>
    <w:p>
      <w:r>
        <w:br/>
        <w:t>— Ма-а-мо-о-чко-о! Го-о-лу-бо-о-чко-о!</w:t>
      </w:r>
    </w:p>
    <w:p>
      <w:r>
        <w:br/>
        <w:t>То знов старий захриплий голос дяка боровся з вітром, співаючи знайому пісню о злій вічності. Вітер глушив його спів — мовби виривав поодинокі слова і вірші так, що спів представляв для слухача дивогляд-ну плутанину:</w:t>
      </w:r>
    </w:p>
    <w:p>
      <w:r>
        <w:br/>
        <w:t>Там гри-и-зе черв су-у-мли-ни-я,</w:t>
      </w:r>
    </w:p>
    <w:p>
      <w:r>
        <w:br/>
        <w:t>Що-о не-е ді-ста-ав спа-се-ни-я</w:t>
      </w:r>
    </w:p>
    <w:p>
      <w:r>
        <w:br/>
        <w:t>Наві-і-ки-и!</w:t>
      </w:r>
    </w:p>
    <w:p>
      <w:r>
        <w:br/>
        <w:t>Від часу до часу похід зупинявся, бо санки з пан-отцем йшли в затоку так сильно, що коні оберталися до трумни; то знов котрийсь з несучих хоругви знемагав і не хотів дальше нести.</w:t>
      </w:r>
    </w:p>
    <w:p>
      <w:r>
        <w:br/>
        <w:t>— А перемініть же єго! — говорив дяк.</w:t>
      </w:r>
    </w:p>
    <w:p>
      <w:r>
        <w:br/>
        <w:t>— Гриньку, йди, возьмеш!</w:t>
      </w:r>
    </w:p>
    <w:p>
      <w:r>
        <w:br/>
        <w:t>— Я не годен.</w:t>
      </w:r>
    </w:p>
    <w:p>
      <w:r>
        <w:br/>
        <w:t>— Бери-но, Іване-Іванцю! — просили жінки.</w:t>
      </w:r>
    </w:p>
    <w:p>
      <w:r>
        <w:br/>
        <w:t>Іванцьо стискав плечима і, не відповідаючи нічого, переходив на другий бік.</w:t>
      </w:r>
    </w:p>
    <w:p>
      <w:r>
        <w:br/>
        <w:t>— Ото нарід поганий!</w:t>
      </w:r>
    </w:p>
    <w:p>
      <w:r>
        <w:br/>
        <w:t>— Повітрє таке — дихати не дає...</w:t>
      </w:r>
    </w:p>
    <w:p>
      <w:r>
        <w:br/>
        <w:t>— Боже сохрани та заступи!</w:t>
      </w:r>
    </w:p>
    <w:p>
      <w:r>
        <w:br/>
        <w:t>— А тобі не треба буде нести хоругви? — питали злобно жінки.</w:t>
      </w:r>
    </w:p>
    <w:p>
      <w:r>
        <w:br/>
        <w:t>— Вам, Юзихо, понесу, лиш умирайте! — відтинався Іванцьо.</w:t>
      </w:r>
    </w:p>
    <w:p>
      <w:r>
        <w:br/>
        <w:t>— Скаменів би-сь! Умирай ти, і так гріх, що по святій земленці ходиш... — говорила Юзиха.</w:t>
      </w:r>
    </w:p>
    <w:p>
      <w:r>
        <w:br/>
        <w:t>Хто знає, як довго би ще тягнувся той спір, коли б не панотець, котрому пристанок вже був задовгий.</w:t>
      </w:r>
    </w:p>
    <w:p>
      <w:r>
        <w:br/>
        <w:t>— Ви християни?! — відізвався він голосно, висуваючи голову з великого ковніра своєї шуби.</w:t>
      </w:r>
    </w:p>
    <w:p>
      <w:r>
        <w:br/>
        <w:t>На ті слова кілька звільна посунулося наперед, і Іванцьо взяв хоругву.</w:t>
      </w:r>
    </w:p>
    <w:p>
      <w:r>
        <w:br/>
        <w:t>Малий, присадкуватий мужик, що сидів побіч панотця і поганяв коні, часто обертався від коней і поглядав у сторону трумни. Кілька разів вже отвирав губу і хотів щось сказати, але, видимо, важився ще, чи в такій справі, яка снувалась у нього по голові, можна зачіпати сидячого у фелоні панотця. Вкінці зважився і, повернувшися до панотця, боязко поспитав:</w:t>
      </w:r>
    </w:p>
    <w:p>
      <w:r>
        <w:br/>
        <w:t>— Я би, прошу єгомостя ласки, спитав щось, та й боюся, аби єгомость не гнівалися на мене.</w:t>
      </w:r>
    </w:p>
    <w:p>
      <w:r>
        <w:br/>
        <w:t>— Питайте! Я на тото є, — відповів панотець.</w:t>
      </w:r>
    </w:p>
    <w:p>
      <w:r>
        <w:br/>
        <w:t>— Чи то може бути правда, що душа йде за трумною, як тіло несуть ховати?</w:t>
      </w:r>
    </w:p>
    <w:p>
      <w:r>
        <w:br/>
        <w:t>— Але де! Як лиш душа вийде з тіла, зараз йде на суд перед Господа Бога, і тут Пан Біг присуджує єї або до неба, або до пекла, або до чистилища.</w:t>
      </w:r>
    </w:p>
    <w:p>
      <w:r>
        <w:br/>
        <w:t>— То вона, душа тота, не є на похороні?</w:t>
      </w:r>
    </w:p>
    <w:p>
      <w:r>
        <w:br/>
        <w:t>— Не є; вона є або в небі, або в пеклі, або в чистилищі.</w:t>
      </w:r>
    </w:p>
    <w:p>
      <w:r>
        <w:br/>
        <w:t>Мужик повернувся до коней, а панотець засунув голову в ковнір.</w:t>
      </w:r>
    </w:p>
    <w:p>
      <w:r>
        <w:br/>
        <w:t>— Ба, — зачав несміло мужик, — як воно так є, наприклад, що душа не йде за трумною, то можна би й без паради ховати...</w:t>
      </w:r>
    </w:p>
    <w:p>
      <w:r>
        <w:br/>
        <w:t>— Що-о? Що ви кажете? — здивовано спитав панотець.</w:t>
      </w:r>
    </w:p>
    <w:p>
      <w:r>
        <w:br/>
        <w:t>— Та я нічо... лиш воно, тіло тото, що є? Глина, порох... а як душа не йде за трумною, то можна би й без похорону...</w:t>
      </w:r>
    </w:p>
    <w:p>
      <w:r>
        <w:br/>
        <w:t>Тут панотець з неприємністю помітив, що його пояснення в справі душі, оперте на науці теологічній, може дуже шкідливо вплинути на мислячого мужика, — він зачав справу обертати так, щоби і наука не потерпіла і щоби мужик не доходив до висновку, що можна тіло і без паради ховати.</w:t>
      </w:r>
    </w:p>
    <w:p>
      <w:r>
        <w:br/>
        <w:t>— Ви того не зрозуміли добре, що я вам сказав, — пояснював він. — Душа прецінь може з тамтого світу бачити, що тут з тілом дієся, а зрештою, похорон є більше для душі, як для тіла.</w:t>
      </w:r>
    </w:p>
    <w:p>
      <w:r>
        <w:br/>
        <w:t>— Тамті єгомость казали, що душа йде за трумною, — опирався на авторитеті мужик.</w:t>
      </w:r>
    </w:p>
    <w:p>
      <w:r>
        <w:br/>
        <w:t>— Тамті казали так, а я вам кажу так. Так стоїть у Святому Письмі, — боронився панотець, признаючи в душі практичну рацію своєму попередникові.</w:t>
      </w:r>
    </w:p>
    <w:p>
      <w:r>
        <w:br/>
        <w:t>— Та й чому би люди лишали в хаті, де був мерлець, наніч воду, рушник, хліб, сіль, якби душа не приходила ще раз покушати? — допитувався далі мужик.</w:t>
      </w:r>
    </w:p>
    <w:p>
      <w:r>
        <w:br/>
        <w:t>— То, бачите, суть старі звичаї, котрі треба шанувати; хто там Божу волю може знати? — нап-равляв свою похибку панотець.</w:t>
      </w:r>
    </w:p>
    <w:p>
      <w:r>
        <w:br/>
        <w:t>— У мене вмерла п'ять літ тому жінка. Лишили ми воду в мисці, рушник, хліб — так, як установлено; а на другий день конець рушника був замочений. Що єгомость на тото? Аби-м не доїхав, як неправду кажу.</w:t>
      </w:r>
    </w:p>
    <w:p>
      <w:r>
        <w:br/>
        <w:t>— Божа сила! — ніяково відповів панотець.</w:t>
      </w:r>
    </w:p>
    <w:p>
      <w:r>
        <w:br/>
        <w:t>— То як душа тота ще крізь ніч є на сім світі, то мусить бути і при похороні? — твердив, запитуючи, мужик. — Бо якби вона не йшла за трумною, то можна би і без паради...</w:t>
      </w:r>
    </w:p>
    <w:p>
      <w:r>
        <w:br/>
        <w:t>— А чим же різниться чоловік від звірини? — вже злий говорив панотець. — Здохне вам скотина, облупите шкіру і стерво закоплете, а чоловік — ско-тина, аби без похорону? Що?</w:t>
      </w:r>
    </w:p>
    <w:p>
      <w:r>
        <w:br/>
        <w:t>— Правда, єгомость.</w:t>
      </w:r>
    </w:p>
    <w:p>
      <w:r>
        <w:br/>
        <w:t>— Давніше ще не так старалося за мерців. От в Єгипті — край на полуднє від нас, за морем — там три тисячі літ тому назад так мерців у лляне полотно завивали і мастями намащували, що ще тепер мерці, що їх відкопують, такі, як живі, — старався панотець доказувати конечність похорону.</w:t>
      </w:r>
    </w:p>
    <w:p>
      <w:r>
        <w:br/>
        <w:t>— Ото би добре було: вмерла жінка чи дитина, аби за роки можна подивитися, — міркував голосно му-жик.</w:t>
      </w:r>
    </w:p>
    <w:p>
      <w:r>
        <w:br/>
        <w:t>— Тепер вже люди не вміють так переховувати мерців.</w:t>
      </w:r>
    </w:p>
    <w:p>
      <w:r>
        <w:br/>
        <w:t>— То вже там тої установи нема тепер? Скасували?</w:t>
      </w:r>
    </w:p>
    <w:p>
      <w:r>
        <w:br/>
        <w:t>— Скасували, — потвердив панотець, не хотячи запускатися в історію Єгипту.</w:t>
      </w:r>
    </w:p>
    <w:p>
      <w:r>
        <w:br/>
        <w:t>— А душа, прошу єгомостя, засуджена, наприклад, на пекло, чи може спокутувати колись свої гріхи? — спитав знов мужик.</w:t>
      </w:r>
    </w:p>
    <w:p>
      <w:r>
        <w:br/>
        <w:t>— Боже борони! В пеклі каяння нема, — сказав пан-отець.</w:t>
      </w:r>
    </w:p>
    <w:p>
      <w:r>
        <w:br/>
        <w:t>— Бог милосердний! — зітхнувши, промовив мужик і повернув коні у вуличку, що вела на кладовище.</w:t>
      </w:r>
    </w:p>
    <w:p>
      <w:r>
        <w:br/>
        <w:t>На цвинтарі знов пішла суперечка, бо ніхто не хотів брати шнури, спустити трумну.</w:t>
      </w:r>
    </w:p>
    <w:p>
      <w:r>
        <w:br/>
        <w:t>— Свячена вода! — кликнув панотець.</w:t>
      </w:r>
    </w:p>
    <w:p>
      <w:r>
        <w:br/>
        <w:t>— Свячена вода! — заревів вічно п'яний гробар.</w:t>
      </w:r>
    </w:p>
    <w:p>
      <w:r>
        <w:br/>
        <w:t>Подали воду свячену в зеленій плоскій запазуховій плящині. Панотець покропив гріб тричі.</w:t>
      </w:r>
    </w:p>
    <w:p>
      <w:r>
        <w:br/>
        <w:t>— В гробі вода! — завважив хтось з присутніх.</w:t>
      </w:r>
    </w:p>
    <w:p>
      <w:r>
        <w:br/>
        <w:t>— За життя пила небіжечка, й по смерті вода в гробі, — підсміхуючись, проговорив гробар.</w:t>
      </w:r>
    </w:p>
    <w:p>
      <w:r>
        <w:br/>
        <w:t>— Берри за шнур! Тррримай!</w:t>
      </w:r>
    </w:p>
    <w:p>
      <w:r>
        <w:br/>
        <w:t>— Д'собі! Пере-веррнеш!</w:t>
      </w:r>
    </w:p>
    <w:p>
      <w:r>
        <w:br/>
        <w:t>— Вже!</w:t>
      </w:r>
    </w:p>
    <w:p>
      <w:r>
        <w:br/>
        <w:t>Трумна з стукотом впала на дно гробу, задудніла під падаючими замерзлими грудами землі, — а душа небіжки, що йшла за похороном свого тіла, вислухала ще завзяту сварку гробаря і дяка з її сином, котрий не заплатив їм похоронних належитостей, а відтак вернула зі свистом вітру до нужденної хатини, щоби в останній раз взяти з собою кусник чорного, як земля, черствого хліба і з ним станути на суд справедливого, милосердного Бога...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Душа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