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горить</w:t>
      </w:r>
    </w:p>
    <w:p>
      <w:r>
        <w:br/>
        <w:t xml:space="preserve"> Душа горить, і серце мов співає,&lt;br /&gt;</w:t>
        <w:br/>
        <w:t>За згуком згук хвилюється, дзвенить&lt;br /&gt;</w:t>
        <w:br/>
        <w:t>І вислову бажаного шукає,&lt;br /&gt;</w:t>
        <w:br/>
        <w:t>І образи встають і хочуть жить.</w:t>
      </w:r>
    </w:p>
    <w:p>
      <w:r>
        <w:br/>
        <w:t>Душа горить!.. Палкі на волю рвуться&lt;br /&gt;</w:t>
        <w:br/>
        <w:t>Ті почуття, що виросли у їй,&lt;br /&gt;</w:t>
        <w:br/>
        <w:t>А він мовчить — уста не ворухнуться —&lt;br /&gt;</w:t>
        <w:br/>
        <w:t>Він — брат і цар тій пісні голосній.</w:t>
      </w:r>
    </w:p>
    <w:p>
      <w:r>
        <w:br/>
        <w:t>Душа горить!.. Словами вогняними,&lt;br /&gt;</w:t>
        <w:br/>
        <w:t>Здається, все б у пісню перелив,—&lt;br /&gt;</w:t>
        <w:br/>
        <w:t>Чому ж уста зробилися німими&lt;br /&gt;</w:t>
        <w:br/>
        <w:t>І спів мовчить. Чи вмер уже той, спів?</w:t>
      </w:r>
    </w:p>
    <w:p>
      <w:r>
        <w:br/>
        <w:t>Чи слів таких ще люди не зложили,&lt;br /&gt;</w:t>
        <w:br/>
        <w:t>Щоб розказать, як у душі кипить?&lt;br /&gt;</w:t>
        <w:br/>
        <w:t>А чи на спів нема вже в його сили,—&lt;br /&gt;</w:t>
        <w:br/>
        <w:t>А він німий, ганебно він мовчить?</w:t>
      </w:r>
    </w:p>
    <w:p>
      <w:r>
        <w:br/>
        <w:t>Не знає вія... А гірші й гірші муки&lt;br /&gt;</w:t>
        <w:br/>
        <w:t>Усе встають і вислову нема...&lt;br /&gt;</w:t>
        <w:br/>
        <w:t>І голова схиляється на руки,&lt;br /&gt;</w:t>
        <w:br/>
        <w:t>І серце рве йому нудьга німа...</w:t>
      </w:r>
    </w:p>
    <w:p>
      <w:r>
        <w:br/>
        <w:t>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горить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