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Дункан Грей</w:t>
      </w:r>
    </w:p>
    <w:p>
      <w:r>
        <w:br/>
        <w:t xml:space="preserve"> Закохався Дункан Грей,&lt;br /&gt;</w:t>
        <w:br/>
        <w:t>Ех і закохання!&lt;br /&gt;</w:t>
        <w:br/>
        <w:t>I до Меггі шле людей,&lt;br /&gt;</w:t>
        <w:br/>
        <w:t>Ех і женихання!&lt;br /&gt;</w:t>
        <w:br/>
        <w:t>Та задерла Меггі ніс,&lt;br /&gt;</w:t>
        <w:br/>
        <w:t>Згорда зиркає навскіс;&lt;br /&gt;</w:t>
        <w:br/>
        <w:t>Бідний Дункан зразу скис.&lt;br /&gt;</w:t>
        <w:br/>
        <w:t>Ех і женихання!</w:t>
      </w:r>
    </w:p>
    <w:p>
      <w:r>
        <w:br/>
        <w:t>Дункан мучиться, зітха,&lt;br /&gt;</w:t>
        <w:br/>
        <w:t>Ех і закохання!&lt;br /&gt;</w:t>
        <w:br/>
        <w:t>Але Меггі мов глуха,&lt;br /&gt;</w:t>
        <w:br/>
        <w:t>Ех і женихання!&lt;br /&gt;</w:t>
        <w:br/>
        <w:t>Дункан Грей приймає глум,&lt;br /&gt;</w:t>
        <w:br/>
        <w:t>Серце тисне жаль і сум,-&lt;br /&gt;</w:t>
        <w:br/>
        <w:t>Хоч із мосту просто в шум.&lt;br /&gt;</w:t>
        <w:br/>
        <w:t>Ех і женихання!</w:t>
      </w:r>
    </w:p>
    <w:p>
      <w:r>
        <w:br/>
        <w:t>Все проходить, все мина,&lt;br /&gt;</w:t>
        <w:br/>
        <w:t>Ех і закохання!&lt;br /&gt;</w:t>
        <w:br/>
        <w:t>Все щезає, як мана,&lt;br /&gt;</w:t>
        <w:br/>
        <w:t>Ех і женихання!&lt;br /&gt;</w:t>
        <w:br/>
        <w:t>Дункан каже: "Ну, дарма,&lt;br /&gt;</w:t>
        <w:br/>
        <w:t>Годі сходити з ума,&lt;br /&gt;</w:t>
        <w:br/>
        <w:t>А стокрот же її ма..."&lt;br /&gt;</w:t>
        <w:br/>
        <w:t>Ех і женихання!</w:t>
      </w:r>
    </w:p>
    <w:p>
      <w:r>
        <w:br/>
        <w:t>Охолонув парубій,&lt;br /&gt;</w:t>
        <w:br/>
        <w:t>Ех і закохання!&lt;br /&gt;</w:t>
        <w:br/>
        <w:t>Закортіло пробі їй,&lt;br /&gt;</w:t>
        <w:br/>
        <w:t>Ех і женихання!&lt;br /&gt;</w:t>
        <w:br/>
        <w:t>Меггі з горя вже слаба,&lt;br /&gt;</w:t>
        <w:br/>
        <w:t>Ви не бачите хіба?&lt;br /&gt;</w:t>
        <w:br/>
        <w:t>Сушить серденько журба,&lt;br /&gt;</w:t>
        <w:br/>
        <w:t>Ех і женихання!</w:t>
      </w:r>
    </w:p>
    <w:p>
      <w:r>
        <w:br/>
        <w:t>Меггі мила, не вмирай,&lt;br /&gt;</w:t>
        <w:br/>
        <w:t>Ех і закохання!&lt;br /&gt;</w:t>
        <w:br/>
        <w:t>Дункан Грей не дармограй,&lt;br /&gt;</w:t>
        <w:br/>
        <w:t>Ех і женихання!&lt;br /&gt;</w:t>
        <w:br/>
        <w:t>Дункан дівку пожалів,&lt;br /&gt;</w:t>
        <w:br/>
        <w:t>Замінив на ласку гнів,&lt;br /&gt;</w:t>
        <w:br/>
        <w:t>До вінця її повів,-&lt;br /&gt;</w:t>
        <w:br/>
        <w:t>Ех і женихання!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Дункан Грей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