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біля парадного під’їзду</w:t>
      </w:r>
    </w:p>
    <w:p>
      <w:r>
        <w:br/>
        <w:t xml:space="preserve"> Переклад: І. Муратов</w:t>
      </w:r>
    </w:p>
    <w:p>
      <w:r>
        <w:br/>
        <w:t>Ось парадний під’їзд. На великі свята.&lt;br /&gt;</w:t>
        <w:br/>
        <w:t>Лицемірній не зрадивши звичці,&lt;br /&gt;</w:t>
        <w:br/>
        <w:t>Місто все — хто в кареті, хто в бричці. —&lt;br /&gt;</w:t>
        <w:br/>
        <w:t>До розкішних дверей підліта.&lt;br /&gt;</w:t>
        <w:br/>
        <w:t>Записавши звання та імення,&lt;br /&gt;</w:t>
        <w:br/>
        <w:t>Гості знов роз’їжджаються. їм&lt;br /&gt;</w:t>
        <w:br/>
        <w:t>Так приємно і радісно всім,&lt;br /&gt;</w:t>
        <w:br/>
        <w:t>Мов у цьому їх щастя й натхнення!&lt;br /&gt;</w:t>
        <w:br/>
        <w:t>А в буденну годину просителі місць,&lt;br /&gt;</w:t>
        <w:br/>
        <w:t>Удовиці та сироти вбогі&lt;br /&gt;</w:t>
        <w:br/>
        <w:t>Облягають парадний під’їзд,&lt;br /&gt;</w:t>
        <w:br/>
        <w:t>Оббивають високі пороги.&lt;br /&gt;</w:t>
        <w:br/>
        <w:t>А навколо — туди і назад, тут і там&lt;br /&gt;</w:t>
        <w:br/>
        <w:t>Все кур’єри з паперами скачуть.&lt;br /&gt;</w:t>
        <w:br/>
        <w:t>Повертаючись, інший співає "трам-там",&lt;br /&gt;</w:t>
        <w:br/>
        <w:t>А просителі бідні аж плачуть.&lt;br /&gt;</w:t>
        <w:br/>
        <w:t>Раз я бачив, прибились сюди мужики,&lt;br /&gt;</w:t>
        <w:br/>
        <w:t>Руські, чесні, сільські наші люди.&lt;br /&gt;</w:t>
        <w:br/>
        <w:t>Помолились на церкву й чекають дядьки,&lt;br /&gt;</w:t>
        <w:br/>
        <w:t>Русі бороди впали на груди...&lt;br /&gt;</w:t>
        <w:br/>
        <w:t>От з’явився швейцар. "Допусти, — кажуть.— брат",—&lt;br /&gt;</w:t>
        <w:br/>
        <w:t>А в очах і надія і мука.&lt;br /&gt;</w:t>
        <w:br/>
        <w:t>Той лиш скоса зирнув: що за вид для палат?&lt;br /&gt;</w:t>
        <w:br/>
        <w:t>В них же й лиця засмаглі і руки!&lt;br /&gt;</w:t>
        <w:br/>
        <w:t>Сірячина, та ще й у латках,&lt;br /&gt;</w:t>
        <w:br/>
        <w:t>По торбині на спинах горбатих,&lt;br /&gt;</w:t>
        <w:br/>
        <w:t>Хрест на шиї і кров на ногах&lt;br /&gt;</w:t>
        <w:br/>
        <w:t>Від старих личаків кострубатих.&lt;br /&gt;</w:t>
        <w:br/>
        <w:t>(Видно, довго чвалали вони&lt;br /&gt;</w:t>
        <w:br/>
        <w:t>Хто й зна відки, з далеких губерній)...&lt;br /&gt;</w:t>
        <w:br/>
        <w:t>Хтось гукнув до швейцара: "Жени!&lt;br /&gt;</w:t>
        <w:br/>
        <w:t>Від голоти, бач, нашого верне..."&lt;br /&gt;</w:t>
        <w:br/>
        <w:t>І замкнулися двері. Дідусь розв’язав&lt;br /&gt;</w:t>
        <w:br/>
        <w:t>Драну торбу руками старими,&lt;br /&gt;</w:t>
        <w:br/>
        <w:t>Та швейцар не пустив, подарунка не взяв,&lt;br /&gt;</w:t>
        <w:br/>
        <w:t>І пішли собі геть пілігрими.&lt;br /&gt;</w:t>
        <w:br/>
        <w:t>"Бог суддя йому!" — чулось між них,&lt;br /&gt;</w:t>
        <w:br/>
        <w:t>Безнадійно махали руками&lt;br /&gt;</w:t>
        <w:br/>
        <w:t>Й далі йшли, доки бачить я міг,&lt;br /&gt;</w:t>
        <w:br/>
        <w:t>З непокритими йшли головами.</w:t>
      </w:r>
    </w:p>
    <w:p>
      <w:r>
        <w:br/>
        <w:t>А хазяїн хоромів отих&lt;br /&gt;</w:t>
        <w:br/>
        <w:t>Іще спав на перинах м’яких...&lt;br /&gt;</w:t>
        <w:br/>
        <w:t>Ти, покірною челяддю пещений&lt;br /&gt;</w:t>
        <w:br/>
        <w:t>І життям безтурботним розбещений,&lt;br /&gt;</w:t>
        <w:br/>
        <w:t>Чий кумир лиш розпуста і гра,&lt;br /&gt;</w:t>
        <w:br/>
        <w:t>Прокидайсь — ти ж надія остання їх!&lt;br /&gt;</w:t>
        <w:br/>
        <w:t>Поверни їх — в тобі сподівання їх!&lt;br /&gt;</w:t>
        <w:br/>
        <w:t>Та щасливі глухі до добра...</w:t>
      </w:r>
    </w:p>
    <w:p>
      <w:r>
        <w:br/>
        <w:t>Не страшна тобі кара господняя,&lt;br /&gt;</w:t>
        <w:br/>
        <w:t>А земная у тебе в руках,&lt;br /&gt;</w:t>
        <w:br/>
        <w:t>І несуть бідолахи голоднії&lt;br /&gt;</w:t>
        <w:br/>
        <w:t>Безнадійність і горе в серцях.&lt;br /&gt;</w:t>
        <w:br/>
        <w:t>Що для тебе ці люди знедолені?&lt;br /&gt;</w:t>
        <w:br/>
        <w:t>Їхня мука тебе не пече.&lt;br /&gt;</w:t>
        <w:br/>
        <w:t>Наче свято в чаду задоволення&lt;br /&gt;</w:t>
        <w:br/>
        <w:t>Все життя твоє змалку тече.&lt;br /&gt;</w:t>
        <w:br/>
        <w:t>Не прокинешся. Нащо? Забавою&lt;br /&gt;</w:t>
        <w:br/>
        <w:t>Поривання найкращі ти звеш,&lt;br /&gt;</w:t>
        <w:br/>
        <w:t>Проживеш і без них ти зі славою&lt;br /&gt;</w:t>
        <w:br/>
        <w:t>І у славі помреш!&lt;br /&gt;</w:t>
        <w:br/>
        <w:t>Без турбот, мов аркадська ідилія,&lt;br /&gt;</w:t>
        <w:br/>
        <w:t>Закінчаться життя твого дні:&lt;br /&gt;</w:t>
        <w:br/>
        <w:t>Десь під сонячним небом Сіцілії,&lt;br /&gt;</w:t>
        <w:br/>
        <w:t>Під заморського птаства пісні,&lt;br /&gt;</w:t>
        <w:br/>
        <w:t>В гарнім затишку, спостерігаючи,&lt;br /&gt;</w:t>
        <w:br/>
        <w:t>Як у морі блакитнім втопаючи,&lt;br /&gt;</w:t>
        <w:br/>
        <w:t>Промінь сонця його золотить.&lt;br /&gt;</w:t>
        <w:br/>
        <w:t>Та ще й хвилею там Середземною&lt;br /&gt;</w:t>
        <w:br/>
        <w:t>Заколисаний — тихо заснеш,&lt;br /&gt;</w:t>
        <w:br/>
        <w:t>Для родини дбайливої, чемної&lt;br /&gt;</w:t>
        <w:br/>
        <w:t>Залишивши, крім туги даремної,&lt;br /&gt;</w:t>
        <w:br/>
        <w:t>Довгожданую спадщину теж.&lt;br /&gt;</w:t>
        <w:br/>
        <w:t>Щоб останки прощальною тризною&lt;br /&gt;</w:t>
        <w:br/>
        <w:t>Вшанувать — привезуть їх сюди, —&lt;br /&gt;</w:t>
        <w:br/>
        <w:t>Хоч і проклятий потай вітчизною,&lt;br /&gt;</w:t>
        <w:br/>
        <w:t>Все ж лишишся прославленим ти!..</w:t>
      </w:r>
    </w:p>
    <w:p>
      <w:r>
        <w:br/>
        <w:t>А втім, нащо такого вельможу&lt;br /&gt;</w:t>
        <w:br/>
        <w:t>Для людців ми турбуєм дрібних?&lt;br /&gt;</w:t>
        <w:br/>
        <w:t>Злість на них свою вилити можем, —&lt;br /&gt;</w:t>
        <w:br/>
        <w:t>Це безпечніш... Хіба в тому гріх,&lt;br /&gt;</w:t>
        <w:br/>
        <w:t>Що не всім це життя — насолода?&lt;br /&gt;</w:t>
        <w:br/>
        <w:t>Не біда, що потерпить мужик!&lt;br /&gt;</w:t>
        <w:br/>
        <w:t>Так йому присудила вже зроду&lt;br /&gt;</w:t>
        <w:br/>
        <w:t>Вища воля... та він уже й звик!&lt;br /&gt;</w:t>
        <w:br/>
        <w:t>Є корчма за заставою вбога,&lt;br /&gt;</w:t>
        <w:br/>
        <w:t>Там проп'є він усе й загуля,&lt;br /&gt;</w:t>
        <w:br/>
        <w:t>А тоді — у далеку дорогу&lt;br /&gt;</w:t>
        <w:br/>
        <w:t>Та й застогне там... Рідна земля!&lt;br /&gt;</w:t>
        <w:br/>
        <w:t>Покажи мені край неймовірний,&lt;br /&gt;</w:t>
        <w:br/>
        <w:t>Я такого кутка не стрічав,&lt;br /&gt;</w:t>
        <w:br/>
        <w:t>Де б сіяч і захисник наш вірний,&lt;br /&gt;</w:t>
        <w:br/>
        <w:t>Де б російський мужик не стогнав?&lt;br /&gt;</w:t>
        <w:br/>
        <w:t>Стогне він на полях, по дорогах,&lt;br /&gt;</w:t>
        <w:br/>
        <w:t>Стогне він по в'язницях — острогах,&lt;br /&gt;</w:t>
        <w:br/>
        <w:t>В темній рудні на ржавім цепу,&lt;br /&gt;</w:t>
        <w:br/>
        <w:t>Під стогами, в повітках убогих,&lt;br /&gt;</w:t>
        <w:br/>
        <w:t>На ночівлі під возом в степу.&lt;br /&gt;</w:t>
        <w:br/>
        <w:t>Стогне в хаті нетопленій вдома,&lt;br /&gt;</w:t>
        <w:br/>
        <w:t>Світлу божого сонця не рад,&lt;br /&gt;</w:t>
        <w:br/>
        <w:t>І в селі, і в містечку глухому,&lt;br /&gt;</w:t>
        <w:br/>
        <w:t>У під’їздах судів і палат.&lt;br /&gt;</w:t>
        <w:br/>
        <w:t>Чуєш, брате, чий стогін несеться&lt;br /&gt;</w:t>
        <w:br/>
        <w:t>Над просторами Волги-ріки?&lt;br /&gt;</w:t>
        <w:br/>
        <w:t>Стогін той у нас піснею зветься, —&lt;br /&gt;</w:t>
        <w:br/>
        <w:t>То у лямці бредуть бурлаки!..&lt;br /&gt;</w:t>
        <w:br/>
        <w:t>Волго, Волго, ріка многоводна,&lt;br /&gt;</w:t>
        <w:br/>
        <w:t>Ти не так заливаєш поля,&lt;br /&gt;</w:t>
        <w:br/>
        <w:t>Як сльозами і горем народним&lt;br /&gt;</w:t>
        <w:br/>
        <w:t>Переповнена наша земля, —&lt;br /&gt;</w:t>
        <w:br/>
        <w:t>Де народ, там і плач... Ех, сердечний!&lt;br /&gt;</w:t>
        <w:br/>
        <w:t>Що він значить, твій плач безконечний?&lt;br /&gt;</w:t>
        <w:br/>
        <w:t>Чи проснешся ти, сповнений сил,&lt;br /&gt;</w:t>
        <w:br/>
        <w:t>Чи, підкорений долі зловісній,&lt;br /&gt;</w:t>
        <w:br/>
        <w:t>Все, що міг, ти давно вже створив, —&lt;br /&gt;</w:t>
        <w:br/>
        <w:t>Наче стогін, створив свою пісню&lt;br /&gt;</w:t>
        <w:br/>
        <w:t>І духовно навіки спочив?..&lt;br /&gt;</w:t>
        <w:br/>
        <w:t>1858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біля парадного під’їзду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