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Думка, мандруючи, співає пісню</w:t>
      </w:r>
    </w:p>
    <w:p>
      <w:r>
        <w:br/>
        <w:t xml:space="preserve"> Хай я у світі пес — лише б маєтний був.&lt;br /&gt;</w:t>
        <w:br/>
        <w:t>Совість не в моді вже, золота б лише набув.&lt;br /&gt;</w:t>
        <w:br/>
        <w:t>Як нажив, хто спита? Тільки б жирний був гріш.&lt;br /&gt;</w:t>
        <w:br/>
        <w:t>Це багатий всім брат, він усім наймиліш.&lt;br /&gt;</w:t>
        <w:br/>
        <w:t>Що у світі найгірш? — зовсім легкий гаман.&lt;br /&gt;</w:t>
        <w:br/>
        <w:t>Ніж злиденно прожить, краще смерті туман.&lt;br /&gt;</w:t>
        <w:br/>
        <w:t>Буде мила і смерть, в кого грошей є тьма.&lt;br /&gt;</w:t>
        <w:br/>
        <w:t>Золоте пресвяте! Краще за тебе нема.&lt;br /&gt;</w:t>
        <w:br/>
        <w:t>Не так любі дітки, не так мати моя,&lt;br /&gt;</w:t>
        <w:br/>
        <w:t>Не так батько мене у житті звеселя.&lt;br /&gt;</w:t>
        <w:br/>
        <w:t>І коли такий чар — у Венери красі,&lt;br /&gt;</w:t>
        <w:br/>
        <w:t>Хто дивує на те, що закохані всі.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Думка, мандруючи, співає пісню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