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Думка</w:t>
      </w:r>
    </w:p>
    <w:p>
      <w:r>
        <w:br/>
        <w:t xml:space="preserve"> (На смерть Трохима Зіньківського)</w:t>
      </w:r>
    </w:p>
    <w:p>
      <w:r>
        <w:br/>
        <w:t>О, бідний, бідний краю мій!&lt;br /&gt;</w:t>
        <w:br/>
        <w:t>Як мало маєш ти надій;&lt;br /&gt;</w:t>
        <w:br/>
        <w:t>Але й вони одна по одній — все зникають.&lt;br /&gt;</w:t>
        <w:br/>
        <w:t>Твої найкращії сини&lt;br /&gt;</w:t>
        <w:br/>
        <w:t>Або живуть для чужини,&lt;br /&gt;</w:t>
        <w:br/>
        <w:t>Або як вірні, то не живши помирають.&lt;br /&gt;</w:t>
        <w:br/>
        <w:t>Нема добра з дітей твоїх:&lt;br /&gt;</w:t>
        <w:br/>
        <w:t>Дарма благі заміри їх,&lt;br /&gt;</w:t>
        <w:br/>
        <w:t>Бо наче фатум злий нависнув над тобою.&lt;br /&gt;</w:t>
        <w:br/>
        <w:t>І тих, хто вірним був би ввік,&lt;br /&gt;</w:t>
        <w:br/>
        <w:t>Він наче загодя прирік&lt;br /&gt;</w:t>
        <w:br/>
        <w:t>На скору смерть без боротьби, без бою,&lt;br /&gt;</w:t>
        <w:br/>
        <w:t>Щоб не лишився ні один,&lt;br /&gt;</w:t>
        <w:br/>
        <w:t>Хто б захотів твоїх руїн,&lt;br /&gt;</w:t>
        <w:br/>
        <w:t>Хто б захотів тебе з занепаду підняти;&lt;br /&gt;</w:t>
        <w:br/>
        <w:t>Хто б щиру працю положив,&lt;br /&gt;</w:t>
        <w:br/>
        <w:t>Не боячися ворогів&lt;br /&gt;</w:t>
        <w:br/>
        <w:t>І не ждучи за подвіг благородний плати!..&lt;br /&gt;</w:t>
        <w:br/>
        <w:t>Ох! Не багацько тих у нас,&lt;br /&gt;</w:t>
        <w:br/>
        <w:t>В кого святий огонь не згас&lt;br /&gt;</w:t>
        <w:br/>
        <w:t>І в серці жевріє незрадливе кохання!&lt;br /&gt;</w:t>
        <w:br/>
        <w:t>Чи вже ж і той огонь горить,&lt;br /&gt;</w:t>
        <w:br/>
        <w:t>Щоб тільки блиснути на мить&lt;br /&gt;</w:t>
        <w:br/>
        <w:t>І освітить собі хвилину погасання?!&lt;br /&gt;</w:t>
        <w:br/>
        <w:t>І смерть бере в нас силоміць&lt;br /&gt;</w:t>
        <w:br/>
        <w:t>Їх щирість думки й серця міць;&lt;br /&gt;</w:t>
        <w:br/>
        <w:t>І, замість подвигів, — їх доля — домовина!..&lt;br /&gt;</w:t>
        <w:br/>
        <w:t>А ми, вже поховавши їх&lt;br /&gt;</w:t>
        <w:br/>
        <w:t>Та придивившись до живих,&lt;br /&gt;</w:t>
        <w:br/>
        <w:t>Дізнаємо, кого втеряла Україна!!!</w:t>
      </w:r>
    </w:p>
    <w:p>
      <w:r>
        <w:br/>
        <w:t>2 липня 1891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Думка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