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</w:t>
      </w:r>
    </w:p>
    <w:p>
      <w:r>
        <w:br/>
        <w:t xml:space="preserve"> І</w:t>
      </w:r>
    </w:p>
    <w:p>
      <w:r>
        <w:br/>
        <w:t>Тоді мене назвуть ім’ям постійним,&lt;br /&gt;</w:t>
        <w:br/>
        <w:t>коли я народжуся і мій крик&lt;br /&gt;</w:t>
        <w:br/>
        <w:t>долине до воріт, де королі за ними&lt;br /&gt;</w:t>
        <w:br/>
        <w:t>на збавлення чекають, у нескошеній траві&lt;br /&gt;</w:t>
        <w:br/>
        <w:t>з мірошниками граючи — то в шахи,&lt;br /&gt;</w:t>
        <w:br/>
        <w:t>то в інші більш а менш шляхетні ігри.&lt;br /&gt;</w:t>
        <w:br/>
        <w:t>Нехай тоді один із королів зведеться,&lt;br /&gt;</w:t>
        <w:br/>
        <w:t>і перекине чашку з чаю догори дном,&lt;br /&gt;</w:t>
        <w:br/>
        <w:t>і, давлячись фонетикою давніх іудеїв,&lt;br /&gt;</w:t>
        <w:br/>
        <w:t>усе ж прокаже, дивлячись на рів,&lt;br /&gt;</w:t>
        <w:br/>
        <w:t>забитий головами непокірних гіацинтів,&lt;br /&gt;</w:t>
        <w:br/>
        <w:t>прокаже, зимне сонце язиком перекочуючи&lt;br /&gt;</w:t>
        <w:br/>
        <w:t>з однієї щоки до другої, в долоні сплеснувши,&lt;br /&gt;</w:t>
        <w:br/>
        <w:t>аби увагу королівську привернути, хоч і так&lt;br /&gt;</w:t>
        <w:br/>
        <w:t>усі вже перекинули чашки.&lt;br /&gt;</w:t>
        <w:br/>
        <w:t>І п р о к а ж е о д и н з к о р о л і в:&lt;br /&gt;</w:t>
        <w:br/>
        <w:t>"Любі браття, крове блакитна в рубінових скриньках,&lt;br /&gt;</w:t>
        <w:br/>
        <w:t>щедро всипана м&amp;#253;кою (і низенький уклін&lt;br /&gt;</w:t>
        <w:br/>
        <w:t>в бік насуплених мірошників),&lt;br /&gt;</w:t>
        <w:br/>
        <w:t>любі браття, збиратися час, приготуйте дари".&lt;br /&gt;</w:t>
        <w:br/>
        <w:t>І п р о к а ж е о д и н з к о р о л і в:&lt;br /&gt;</w:t>
        <w:br/>
        <w:t>"У дорогу ніхто зайвини з вас не візьме,&lt;br /&gt;</w:t>
        <w:br/>
        <w:t>бо дорога коротка".&lt;br /&gt;</w:t>
        <w:br/>
        <w:t>і п р о к а ж е о д и н з к о р о л і в,&lt;br /&gt;</w:t>
        <w:br/>
        <w:t>до настрашених слуг повертаючи світле обличчя:&lt;br /&gt;</w:t>
        <w:br/>
        <w:t>"Відкривайте ворота!"&lt;br /&gt;</w:t>
        <w:br/>
        <w:t>Це ворота скриплять? Це у труби трублять?&lt;br /&gt;</w:t>
        <w:br/>
        <w:t>Королі на колінах вітають віз сіна,&lt;br /&gt;</w:t>
        <w:br/>
        <w:t>на якому сиджу, чекаючи імена приготованого, щоб міг я&lt;br /&gt;</w:t>
        <w:br/>
        <w:t>збавити, збавити, збавити королів…&lt;br /&gt;</w:t>
        <w:br/>
        <w:t>Цвіркуни приїхали разом зі мною,&lt;br /&gt;</w:t>
        <w:br/>
        <w:t>повен місяць їх тримаю у срібних руках,&lt;br /&gt;</w:t>
        <w:br/>
        <w:t>і ніхто мене не боїться, навіть слугам від серця&lt;br /&gt;</w:t>
        <w:br/>
        <w:t>уже відлягло, і приносять криницю із кров’ю,&lt;br /&gt;</w:t>
        <w:br/>
        <w:t>і несуть паляницю — нічим Говерлу,&lt;br /&gt;</w:t>
        <w:br/>
        <w:t>і нарешті — імено моє, загорнуте&lt;br /&gt;</w:t>
        <w:br/>
        <w:t>у вишитий матір’ю крик; поспішаю&lt;br /&gt;</w:t>
        <w:br/>
        <w:t>його розгорнути, а королі спритно&lt;br /&gt;</w:t>
        <w:br/>
        <w:t>ловлять цвіркунів, амінь.</w:t>
      </w:r>
    </w:p>
    <w:p>
      <w:r>
        <w:br/>
        <w:t>II</w:t>
      </w:r>
    </w:p>
    <w:p>
      <w:r>
        <w:br/>
        <w:t>Слово "мир" — як вітряк, що його&lt;br /&gt;</w:t>
        <w:br/>
        <w:t>Дон-Кіхот захищає, не вельми і вправно,&lt;br /&gt;</w:t>
        <w:br/>
        <w:t>зате до останку щиро: так уперше кохають,&lt;br /&gt;</w:t>
        <w:br/>
        <w:t>так матір ховають уперше, так тіням&lt;br /&gt;</w:t>
        <w:br/>
        <w:t>відрубують руки, коли помічають,&lt;br /&gt;</w:t>
        <w:br/>
        <w:t>що тіні ті схильні до зла;&lt;br /&gt;</w:t>
        <w:br/>
        <w:t>та ось зло закінчується, майорять прапори&lt;br /&gt;</w:t>
        <w:br/>
        <w:t>над хатиною кожною, над буком і пальмою,&lt;br /&gt;</w:t>
        <w:br/>
        <w:t>Дон-Кіхотові дякують, викликають до офіса,&lt;br /&gt;</w:t>
        <w:br/>
        <w:t>хочуть заплатити, щоб купив принаймні коня,&lt;br /&gt;</w:t>
        <w:br/>
        <w:t>коня новочудового, як фіат, як лавровий листок.&lt;br /&gt;</w:t>
        <w:br/>
        <w:t>"Тридцять срібних достатньо вам, Дон-Кіхоте?" —&lt;br /&gt;</w:t>
        <w:br/>
        <w:t>питає святково прибраний маклер,&lt;br /&gt;</w:t>
        <w:br/>
        <w:t>бо маклери не зникають разом із злом,&lt;br /&gt;</w:t>
        <w:br/>
        <w:t>бо не зло породження маклерів;&lt;br /&gt;</w:t>
        <w:br/>
        <w:t>отож: чи достатньо?&lt;br /&gt;</w:t>
        <w:br/>
        <w:t>Ваш спис мозолями вкритий,&lt;br /&gt;</w:t>
        <w:br/>
        <w:t>ваш кінь — з копитами збитими,&lt;br /&gt;</w:t>
        <w:br/>
        <w:t>слуга ваш схуд, беріть, доки дають.&lt;br /&gt;</w:t>
        <w:br/>
        <w:t>"Слово "мир" — як вітряк, що проріс із зерна,&lt;br /&gt;</w:t>
        <w:br/>
        <w:t>посадженого на обрії мертвими обрами.&lt;br /&gt;</w:t>
        <w:br/>
        <w:t>Ми не обираємо вітряків, ми обираємо&lt;br /&gt;</w:t>
        <w:br/>
        <w:t>коней і слуг і вйо; мир ніколи, ніде&lt;br /&gt;</w:t>
        <w:br/>
        <w:t>не закінчується, тому треба його боронити&lt;br /&gt;</w:t>
        <w:br/>
        <w:t>до останку, а тридцять срібних&lt;br /&gt;</w:t>
        <w:br/>
        <w:t>завжди знадобляться", — відказує Дон-Кіхот.&lt;br /&gt;</w:t>
        <w:br/>
        <w:t>Словом "мир" не користуються,&lt;br /&gt;</w:t>
        <w:br/>
        <w:t>його або мають, або ні в серці, в умі,&lt;br /&gt;</w:t>
        <w:br/>
        <w:t>як нового коня, як лавровий листок,&lt;br /&gt;</w:t>
        <w:br/>
        <w:t>як лист від матері з того світу:&lt;br /&gt;</w:t>
        <w:br/>
        <w:t>"доброго дня синку мій кіхоте&lt;br /&gt;</w:t>
        <w:br/>
        <w:t>турбуюся твоїм здоров’ям&lt;br /&gt;</w:t>
        <w:br/>
        <w:t>будь чемний бережи себе і росінанта&lt;br /&gt;</w:t>
        <w:br/>
        <w:t>ми дуже скучаємо за тобою&lt;br /&gt;</w:t>
        <w:br/>
        <w:t>і все чекаємо що ти нарешті повернешся&lt;br /&gt;</w:t>
        <w:br/>
        <w:t>коло нас усе добре&lt;br /&gt;</w:t>
        <w:br/>
        <w:t>не цілуємо бо ми мертві".</w:t>
      </w:r>
    </w:p>
    <w:p>
      <w:r>
        <w:br/>
        <w:t>III</w:t>
      </w:r>
    </w:p>
    <w:p>
      <w:r>
        <w:br/>
        <w:t>Ось ти і виріс, палаце, увібравши акації запах,&lt;br /&gt;</w:t>
        <w:br/>
        <w:t>барву сльози; жести наші, залишивши нас, відлітають,&lt;br /&gt;</w:t>
        <w:br/>
        <w:t>мов безстрашні метелики,&lt;br /&gt;</w:t>
        <w:br/>
        <w:t>примовляючи: "Ось ти і виріс, палаце".&lt;br /&gt;</w:t>
        <w:br/>
        <w:t>А більше нічого не виросло, так уже повелося,&lt;br /&gt;</w:t>
        <w:br/>
        <w:t>що колір і запах не розвиваються, лише вбираються,&lt;br /&gt;</w:t>
        <w:br/>
        <w:t>лише вбирають у біле й вогнисте древо акацію,&lt;br /&gt;</w:t>
        <w:br/>
        <w:t>палаци солоні, лахміття.&lt;br /&gt;</w:t>
        <w:br/>
        <w:t>Майорить миготливе лахміття на жестах,&lt;br /&gt;</w:t>
        <w:br/>
        <w:t>які до палацу летять, обкручуються круг колон, —&lt;br /&gt;</w:t>
        <w:br/>
        <w:t>і ось уже ввесь палац у лахмітті,&lt;br /&gt;</w:t>
        <w:br/>
        <w:t>і ось уже з&amp;#225;мок увесь у дранті,&lt;br /&gt;</w:t>
        <w:br/>
        <w:t>бо немає для руб’я гарніших лакомин,&lt;br /&gt;</w:t>
        <w:br/>
        <w:t>аніж світла споруда полум’я&lt;br /&gt;</w:t>
        <w:br/>
        <w:t>з духмяною акацією на вежі,&lt;br /&gt;</w:t>
        <w:br/>
        <w:t>з курантами кольору сльози, бо час —&lt;br /&gt;</w:t>
        <w:br/>
        <w:t>то не більше, ніж плач, схлип у темряві,&lt;br /&gt;</w:t>
        <w:br/>
        <w:t>де ніколи не було жестів.&lt;br /&gt;</w:t>
        <w:br/>
        <w:t>Ось ти і виріс, палаце,&lt;br /&gt;</w:t>
        <w:br/>
        <w:t>ось ти вже і в лахміття убрався,&lt;br /&gt;</w:t>
        <w:br/>
        <w:t>і східці вже маєш, як кожен путящий палац,&lt;br /&gt;</w:t>
        <w:br/>
        <w:t>і терасу, куди повагом підіймаються, а піднявшися,&lt;br /&gt;</w:t>
        <w:br/>
        <w:t>довго переводять дух та стрілки кишенькових дзиґариків,&lt;br /&gt;</w:t>
        <w:br/>
        <w:t>бо тут уже інший час, бо інакший тут плач,&lt;br /&gt;</w:t>
        <w:br/>
        <w:t>бо тут лякаються диких голубів, — удавано, —&lt;br /&gt;</w:t>
        <w:br/>
        <w:t>бо тут на обдертих, палаючих стінах&lt;br /&gt;</w:t>
        <w:br/>
        <w:t>написи тих, що бували раніше,&lt;br /&gt;</w:t>
        <w:br/>
        <w:t>і на кожному кроці їхні сліди, —&lt;br /&gt;</w:t>
        <w:br/>
        <w:t>тому тут так незатишно і нестрашно,&lt;br /&gt;</w:t>
        <w:br/>
        <w:t>хоча внизу сади і дим —&lt;br /&gt;</w:t>
        <w:br/>
        <w:t>це ми торішнє листя палимо,&lt;br /&gt;</w:t>
        <w:br/>
        <w:t>тому що на терасі під ногами бите скло&lt;br /&gt;</w:t>
        <w:br/>
        <w:t>і бита цегла, битий плющ&lt;br /&gt;</w:t>
        <w:br/>
        <w:t>і вдрузки потрощені крики&lt;br /&gt;</w:t>
        <w:br/>
        <w:t>усіх палацових птахів.&lt;br /&gt;</w:t>
        <w:br/>
        <w:t>Ти перечитуєш, цвіте акація,&lt;br /&gt;</w:t>
        <w:br/>
        <w:t>киваєш головою, сльоза біжить, —&lt;br /&gt;</w:t>
        <w:br/>
        <w:t>прикладаєш її, як печать,&lt;br /&gt;</w:t>
        <w:br/>
        <w:t>до поштової скриньки плентаєшся.</w:t>
      </w:r>
    </w:p>
    <w:p>
      <w:r>
        <w:br/>
        <w:t>IV</w:t>
      </w:r>
    </w:p>
    <w:p>
      <w:r>
        <w:br/>
        <w:t>Не від люті спалахують очі&lt;br /&gt;</w:t>
        <w:br/>
        <w:t>стогами жахкими, пахучими;&lt;br /&gt;</w:t>
        <w:br/>
        <w:t>не від квітів, що чепурно всілись&lt;br /&gt;</w:t>
        <w:br/>
        <w:t>на шибці січневій, —&lt;br /&gt;</w:t>
        <w:br/>
        <w:t>просто брилу гекзаметра власного,&lt;br /&gt;</w:t>
        <w:br/>
        <w:t>веленічн&amp;#243;го,&lt;br /&gt;</w:t>
        <w:br/>
        <w:t>вкотре взято на струджені плечі кирилиці.&lt;br /&gt;</w:t>
        <w:br/>
        <w:t>Календарику, впертий Каленику хати,&lt;br /&gt;</w:t>
        <w:br/>
        <w:t>поробітньої втоми маєток зблукав ти з лукавим не раз&lt;br /&gt;</w:t>
        <w:br/>
        <w:t>у пошуках свят для немудрого цього століття,&lt;br /&gt;</w:t>
        <w:br/>
        <w:t>для нас невисоких. Хай тобі в нагороду&lt;br /&gt;</w:t>
        <w:br/>
        <w:t>стане пил на порожніх стрімких мисниках,&lt;br /&gt;</w:t>
        <w:br/>
        <w:t>що знедавна — непотріб&lt;br /&gt;</w:t>
        <w:br/>
        <w:t>у народу сізіфів.&lt;br /&gt;</w:t>
        <w:br/>
        <w:t>Ще цигарку вмолю,&lt;br /&gt;</w:t>
        <w:br/>
        <w:t>щоб димом огріла легені сконтужені;&lt;br /&gt;</w:t>
        <w:br/>
        <w:t>новорічні листівки — улюблене чтиво останніми днями;&lt;br /&gt;</w:t>
        <w:br/>
        <w:t>останніми днями ношу скромно похилену голову,&lt;br /&gt;</w:t>
        <w:br/>
        <w:t>ніби й справді ті квіти на вікнах&lt;br /&gt;</w:t>
        <w:br/>
        <w:t>я малював ізнічев'я; а тим часом&lt;br /&gt;</w:t>
        <w:br/>
        <w:t>на колючому дроті собака-неправда тріпоче,&lt;br /&gt;</w:t>
        <w:br/>
        <w:t>струнний дим із благенької "Прими"&lt;br /&gt;</w:t>
        <w:br/>
        <w:t>легенькою римою&lt;br /&gt;</w:t>
        <w:br/>
        <w:t>точить руно,&lt;br /&gt;</w:t>
        <w:br/>
        <w:t>косинцями снігів хтось вимірює золотополе,&lt;br /&gt;</w:t>
        <w:br/>
        <w:t>із синцями гріхів блудний син повертається верхи&lt;br /&gt;</w:t>
        <w:br/>
        <w:t>на перекотиполі.&lt;br /&gt;</w:t>
        <w:br/>
        <w:t>І стопалому цензору, сталому в ницості тлінній,&lt;br /&gt;</w:t>
        <w:br/>
        <w:t>босоногий Шевченко стинає п’ятнадцяту голову,&lt;br /&gt;</w:t>
        <w:br/>
        <w:t>і танцюється звірові вірному, вільному, голому&lt;br /&gt;</w:t>
        <w:br/>
        <w:t>в однині забаганок своїх, у людських стріл і рук множині.&lt;br /&gt;</w:t>
        <w:br/>
        <w:t>Майор&amp;#250; на колючому дроті, собако-неправдо,&lt;br /&gt;</w:t>
        <w:br/>
        <w:t>цілуй протигазові хоботи січня,&lt;br /&gt;</w:t>
        <w:br/>
        <w:t>розвивайся дзвонінням на сто на довколишніх зір;&lt;br /&gt;</w:t>
        <w:br/>
        <w:t>у поетів — і ніч — лише свічка, чи метод, чи звичка,&lt;br /&gt;</w:t>
        <w:br/>
        <w:t>ти нічому, неправдо, не віриш, повір — я останній із них,&lt;br /&gt;</w:t>
        <w:br/>
        <w:t>бо тебе подолав.</w:t>
      </w:r>
    </w:p>
    <w:p>
      <w:r>
        <w:br/>
        <w:t>V</w:t>
      </w:r>
    </w:p>
    <w:p>
      <w:r>
        <w:br/>
        <w:t>В осінню негоду серця опадають з гілок у калюжі,&lt;br /&gt;</w:t>
        <w:br/>
        <w:t>калюжі приймають забарвлення сіро-червоне;&lt;br /&gt;</w:t>
        <w:br/>
        <w:t>кінь у стайні стогне, б’ють кришталь на вежі,&lt;br /&gt;</w:t>
        <w:br/>
        <w:t>сидить жебрак на бруківці, пливуть архаїчні&lt;br /&gt;</w:t>
        <w:br/>
        <w:t>хвилі дощу над містечком, калюжі в одно&lt;br /&gt;</w:t>
        <w:br/>
        <w:t>зливаються, серця в одно,&lt;br /&gt;</w:t>
        <w:br/>
        <w:t>висока дівчина молиться і замовкає гнівно,&lt;br /&gt;</w:t>
        <w:br/>
        <w:t>коли вірган.&lt;br /&gt;</w:t>
        <w:br/>
        <w:t>Жебрак до собору заходить, пес-приблуда&lt;br /&gt;</w:t>
        <w:br/>
        <w:t>за ним заповзає, з хворими очима пес,&lt;br /&gt;</w:t>
        <w:br/>
        <w:t>без серця — воно там, у калюжі, в одно&lt;br /&gt;</w:t>
        <w:br/>
        <w:t>з жебраковим, і мокрі сліди.&lt;br /&gt;</w:t>
        <w:br/>
        <w:t>Що ж тоді робить Бог?&lt;br /&gt;</w:t>
        <w:br/>
        <w:t>Він жебраку і собаці молоко наливає,&lt;br /&gt;</w:t>
        <w:br/>
        <w:t>він високу дівчину за хлібом посилає&lt;br /&gt;</w:t>
        <w:br/>
        <w:t>і ні про що не питає, на те він і Бог&lt;br /&gt;</w:t>
        <w:br/>
        <w:t>для обох.&lt;br /&gt;</w:t>
        <w:br/>
        <w:t>Стогне кінь у стайні, б’ють кришталь на вежі,&lt;br /&gt;</w:t>
        <w:br/>
        <w:t>висока дівчина минає перший склеп,&lt;br /&gt;</w:t>
        <w:br/>
        <w:t>і другий минає, і не збирається&lt;br /&gt;</w:t>
        <w:br/>
        <w:t>повертати в собор, де на неї все ще чекають,&lt;br /&gt;</w:t>
        <w:br/>
        <w:t>хоча хліба не треба вже, хліба не треба:&lt;br /&gt;</w:t>
        <w:br/>
        <w:t>вірганіст униз спустився, він додому хліб купував,&lt;br /&gt;</w:t>
        <w:br/>
        <w:t>і віддав.&lt;br /&gt;</w:t>
        <w:br/>
        <w:t>Вірган продовжує грати, троє до Бога кажуть "брате",&lt;br /&gt;</w:t>
        <w:br/>
        <w:t>п’ють молоко, заїдають хлібом, чекають&lt;br /&gt;</w:t>
        <w:br/>
        <w:t>на високу дівчину, тим часом дощ не вщухає,&lt;br /&gt;</w:t>
        <w:br/>
        <w:t>дівчина все блукає, вона самотня, вона не хоче&lt;br /&gt;</w:t>
        <w:br/>
        <w:t>бути самотньою, вона буде.&lt;br /&gt;</w:t>
        <w:br/>
        <w:t>Дівчина опале листя піднімає, з груді серце вириває,&lt;br /&gt;</w:t>
        <w:br/>
        <w:t>порівнює і шепоче, що змерзла і що зовсім не схоже.&lt;br /&gt;</w:t>
        <w:br/>
        <w:t>Вода до собору затікає, вода вірган заливає,&lt;br /&gt;</w:t>
        <w:br/>
        <w:t>кожну трубу, чорну і білу — байдуже, клавішу кожну.&lt;br /&gt;</w:t>
        <w:br/>
        <w:t>Вірганіст і жебрак за флюгер тримаються,&lt;br /&gt;</w:t>
        <w:br/>
        <w:t>у Бога собака в руках; калюжі, серця&lt;br /&gt;</w:t>
        <w:br/>
        <w:t>підіймаються. "Зараз потопнемо, брате", — спокійно&lt;br /&gt;</w:t>
        <w:br/>
        <w:t>жебрак промовляє, і, щоб не статися цьому,&lt;br /&gt;</w:t>
        <w:br/>
        <w:t>Бог усіх трьох живими до неба забирає. Амінь.</w:t>
      </w:r>
    </w:p>
    <w:p>
      <w:r>
        <w:br/>
        <w:t>VI</w:t>
      </w:r>
    </w:p>
    <w:p>
      <w:r>
        <w:br/>
        <w:t>Мерщій у зиму, в нетоптані сніги,&lt;br /&gt;</w:t>
        <w:br/>
        <w:t>хутчіше під небо, що в круках зашпорталося&lt;br /&gt;</w:t>
        <w:br/>
        <w:t>цивілізованих; як не втікати від осінніх&lt;br /&gt;</w:t>
        <w:br/>
        <w:t>боргів перед вечірніми книгами, перед серпами,&lt;br /&gt;</w:t>
        <w:br/>
        <w:t>які у стодолі волають і сяють?&lt;br /&gt;</w:t>
        <w:br/>
        <w:t>Чи ж тільки знаряддя блискучі, потрібні,&lt;br /&gt;</w:t>
        <w:br/>
        <w:t>минущі, нарешті, давали в кредит?&lt;br /&gt;</w:t>
        <w:br/>
        <w:t>Хіба лиш томи у хистких палітурках&lt;br /&gt;</w:t>
        <w:br/>
        <w:t>поради і солі на віру щораз позичали?&lt;br /&gt;</w:t>
        <w:br/>
        <w:t>А ти пригадай неполоханих оком шулік&lt;br /&gt;</w:t>
        <w:br/>
        <w:t>над степами і ніч не забудь,&lt;br /&gt;</w:t>
        <w:br/>
        <w:t>коли вірш, як бджола, повернувся до вулика,&lt;br /&gt;</w:t>
        <w:br/>
        <w:t>де народився, пожив і помре. Все ж не на вулиці.&lt;br /&gt;</w:t>
        <w:br/>
        <w:t>А полохка риба вранішня, що довірливо,&lt;br /&gt;</w:t>
        <w:br/>
        <w:t>і після смерті довірливо, в тебе дивилась? Її&lt;br /&gt;</w:t>
        <w:br/>
        <w:t>ти теж не захочеш тепер повертати зеленому житу,&lt;br /&gt;</w:t>
        <w:br/>
        <w:t>пекельнику жадібний, дідьку зажерливий, чорте неситий?&lt;br /&gt;</w:t>
        <w:br/>
        <w:t>Кожен борг твій пліч-о-пліч стоїть; борзіше втікай&lt;br /&gt;</w:t>
        <w:br/>
        <w:t>у нерадісну зиму свою; тішся там натюрмортами,&lt;br /&gt;</w:t>
        <w:br/>
        <w:t>непристойними скриками кроків за вікнами;&lt;br /&gt;</w:t>
        <w:br/>
        <w:t>щастя твоє, сило нечиста, — кордон&lt;br /&gt;</w:t>
        <w:br/>
        <w:t>ще за Польщі між зимов і нами збудований;&lt;br /&gt;</w:t>
        <w:br/>
        <w:t>щастя, проте, нетривке: знай, чорнокнижнику,&lt;br /&gt;</w:t>
        <w:br/>
        <w:t>душезапроданцю, знай — навесні ми повернемось,&lt;br /&gt;</w:t>
        <w:br/>
        <w:t>тоді в жодній шпаринці кисіль свій тілесний не заховаєш&lt;br /&gt;</w:t>
        <w:br/>
        <w:t>від суду, де гостро, о, гостро спитають: "А чим&lt;br /&gt;</w:t>
        <w:br/>
        <w:t>ви збираєтесь віддавати?" Вхопиш волосся своє поріділе&lt;br /&gt;</w:t>
        <w:br/>
        <w:t>і не промовиш ні слова, ні титли не скажеш плюгавої&lt;br /&gt;</w:t>
        <w:br/>
        <w:t>і так от, німуючи, підеш у довге заслання&lt;br /&gt;</w:t>
        <w:br/>
        <w:t>з забороною читати, писати, малювати,&lt;br /&gt;</w:t>
        <w:br/>
        <w:t>з пересторогою начальнику гарнізона: серпа не давати,&lt;br /&gt;</w:t>
        <w:br/>
        <w:t>бджіл розводити не дозволяти,&lt;br /&gt;</w:t>
        <w:br/>
        <w:t>а тим більше — на шулік дивитися.&lt;br /&gt;</w:t>
        <w:br/>
        <w:t>Знайдеш сім’ю; неписьменна донька запитає колись:&lt;br /&gt;</w:t>
        <w:br/>
        <w:t>"Тату, чи ж вічно ми будемо жити узимку?"</w:t>
      </w:r>
    </w:p>
    <w:p>
      <w:r>
        <w:br/>
        <w:t>VII</w:t>
      </w:r>
    </w:p>
    <w:p>
      <w:r>
        <w:br/>
        <w:t>Вже хата вистигає, вже ранок незабаром,&lt;br /&gt;</w:t>
        <w:br/>
        <w:t>пора коня порати, збиратися на роботу.&lt;br /&gt;</w:t>
        <w:br/>
        <w:t>Риба сохне на шворці, гриби і трави;&lt;br /&gt;</w:t>
        <w:br/>
        <w:t>дрімливиці домовику дулі сучать,&lt;br /&gt;</w:t>
        <w:br/>
        <w:t>а він погідливо головою киває.&lt;br /&gt;</w:t>
        <w:br/>
        <w:t>Вже ранок вистигає, вже день наступає,&lt;br /&gt;</w:t>
        <w:br/>
        <w:t>принесуть газети із війнами;&lt;br /&gt;</w:t>
        <w:br/>
        <w:t>заїду в березину, начухраю віників,&lt;br /&gt;</w:t>
        <w:br/>
        <w:t>житній вовк, може, на узліссі зустрінеться,&lt;br /&gt;</w:t>
        <w:br/>
        <w:t>побесідуємо про політику і піїтику.&lt;br /&gt;</w:t>
        <w:br/>
        <w:t>Уже день вистигає, святий вечір надходить,&lt;br /&gt;</w:t>
        <w:br/>
        <w:t>корова подоєна, кажани аркан водять.&lt;br /&gt;</w:t>
        <w:br/>
        <w:t>Сісти на рундуку, випалити файку,&lt;br /&gt;</w:t>
        <w:br/>
        <w:t>подивитися, як Марс над хатою сходить,&lt;br /&gt;</w:t>
        <w:br/>
        <w:t>пожуритися.&lt;br /&gt;</w:t>
        <w:br/>
        <w:t>Кілька полін до печі кинути,&lt;br /&gt;</w:t>
        <w:br/>
        <w:t>домовика з комори вигнати — нехай гріється;&lt;br /&gt;</w:t>
        <w:br/>
        <w:t>літери довготерпеливі&lt;br /&gt;</w:t>
        <w:br/>
        <w:t>із книг у книги сіються.&lt;br /&gt;</w:t>
        <w:br/>
        <w:t>Серце серед ночі розболиться.&lt;br /&gt;</w:t>
        <w:br/>
        <w:t>Клодель руками розведе — "що я вдію, нема мене", —&lt;br /&gt;</w:t>
        <w:br/>
        <w:t>а домовик за лікарем кинеться.&lt;br /&gt;</w:t>
        <w:br/>
        <w:t>Прийдуть обидва забрьохані, з гасовими лямпами,&lt;br /&gt;</w:t>
        <w:br/>
        <w:t>стиха розмовлятимуть, лікуватимуть.&lt;br /&gt;</w:t>
        <w:br/>
        <w:t>Лікуватимуть рибою, грибами і травами,&lt;br /&gt;</w:t>
        <w:br/>
        <w:t>домовик масаж робити, лікар рецепти писати.&lt;br /&gt;</w:t>
        <w:br/>
        <w:t>Прибіжить житній вовк, теж забрьоханий,&lt;br /&gt;</w:t>
        <w:br/>
        <w:t>корінь валер'яновий у зубах, і червінця лікарю&lt;br /&gt;</w:t>
        <w:br/>
        <w:t>принесе.&lt;br /&gt;</w:t>
        <w:br/>
        <w:t>Гладитиме лапою по голові волохатою,&lt;br /&gt;</w:t>
        <w:br/>
        <w:t>"Та не бери того дурного серця в серце", — втішатиме.&lt;br /&gt;</w:t>
        <w:br/>
        <w:t>Хотітиметься вовкові ще про політику і піїтику,&lt;br /&gt;</w:t>
        <w:br/>
        <w:t>але стримається, обережно попрощається,&lt;br /&gt;</w:t>
        <w:br/>
        <w:t>іншою дорогою — щоб коней-корів не страхати —&lt;br /&gt;</w:t>
        <w:br/>
        <w:t>до поля свого піде темрявою.&lt;br /&gt;</w:t>
        <w:br/>
        <w:t>…Вже хата вистигає, вже ранок незабаром,&lt;br /&gt;</w:t>
        <w:br/>
        <w:t>треба домовика… тьху, коня порати,&lt;br /&gt;</w:t>
        <w:br/>
        <w:t>на роботу збиратися.</w:t>
      </w:r>
    </w:p>
    <w:p>
      <w:r>
        <w:br/>
        <w:t>VIII</w:t>
      </w:r>
    </w:p>
    <w:p>
      <w:r>
        <w:br/>
        <w:t>Україно, земле непізнана, шибка, до котрої&lt;br /&gt;</w:t>
        <w:br/>
        <w:t>вічногарячим чолом дотуляюся; каюся —&lt;br /&gt;</w:t>
        <w:br/>
        <w:t>я на папір переношу ім’я твоє зболене,&lt;br /&gt;</w:t>
        <w:br/>
        <w:t>дагеротипи, мохом покриті, з матері-покритки&lt;br /&gt;</w:t>
        <w:br/>
        <w:t>пропоную перехожим, а хто з них вартує того,&lt;br /&gt;</w:t>
        <w:br/>
        <w:t>щоб смутну хворобу оцю — батьківщину —&lt;br /&gt;</w:t>
        <w:br/>
        <w:t>у груди прийняти, до того прийняти, аби&lt;br /&gt;</w:t>
        <w:br/>
        <w:t>лише внутрішнім жити відтоді, хворобою жити…&lt;br /&gt;</w:t>
        <w:br/>
        <w:t>Може, ти скажеш: "Боплан був так само чужий,&lt;br /&gt;</w:t>
        <w:br/>
        <w:t>а проте, мої ріки і села, гори й міста встиг&lt;br /&gt;</w:t>
        <w:br/>
        <w:t>на вічноплиннім камінні паперу закарбувати".&lt;br /&gt;</w:t>
        <w:br/>
        <w:t>Так, але жодна вдова не змальована там,&lt;br /&gt;</w:t>
        <w:br/>
        <w:t>а відтак — не доводиться сперечатися про ідентичність&lt;br /&gt;</w:t>
        <w:br/>
        <w:t>в цілому, звичайно, ретельно-любовно-майстерно&lt;br /&gt;</w:t>
        <w:br/>
        <w:t>змальованих мап.&lt;br /&gt;</w:t>
        <w:br/>
        <w:t>А скількох він сиріт — хоча б крапкою&lt;br /&gt;</w:t>
        <w:br/>
        <w:t>кожен десяток — позначив? А кобзарів?&lt;br /&gt;</w:t>
        <w:br/>
        <w:t>Ні, не хочу я слави Боплана, фортець,&lt;br /&gt;</w:t>
        <w:br/>
        <w:t>що як труни — на тлін розраховані;&lt;br /&gt;</w:t>
        <w:br/>
        <w:t>я кожен слід тогочасних орлів і лелек&lt;br /&gt;</w:t>
        <w:br/>
        <w:t>у нечіпанім лоні квітучого неба&lt;br /&gt;</w:t>
        <w:br/>
        <w:t>зобразити хочу і кожну сльозу в позолочених&lt;br /&gt;</w:t>
        <w:br/>
        <w:t>рамах поставити в залах Олеського замку,&lt;br /&gt;</w:t>
        <w:br/>
        <w:t>кожну сльозу, що як відбитки пальців,&lt;br /&gt;</w:t>
        <w:br/>
        <w:t>котрі наругу і благо приносили&lt;br /&gt;</w:t>
        <w:br/>
        <w:t>Роксоланії… А коні, що жодного разу&lt;br /&gt;</w:t>
        <w:br/>
        <w:t>за чотири століття не спали?&lt;br /&gt;</w:t>
        <w:br/>
        <w:t>А чайки козацькі, а хлюпіт води&lt;br /&gt;</w:t>
        <w:br/>
        <w:t>попід веслами з щирого золота?&lt;br /&gt;</w:t>
        <w:br/>
        <w:t>А дзвони, в залізному тілі яких&lt;br /&gt;</w:t>
        <w:br/>
        <w:t>карбували вірші? Серця породіль,&lt;br /&gt;</w:t>
        <w:br/>
        <w:t>живими закопаних ляхами в землю&lt;br /&gt;</w:t>
        <w:br/>
        <w:t>так не били, як дзвони ті з віршами.&lt;br /&gt;</w:t>
        <w:br/>
        <w:t>Врешті що тут казати! Поглянь,&lt;br /&gt;</w:t>
        <w:br/>
        <w:t>де ми зараз знаходимось — ти&lt;br /&gt;</w:t>
        <w:br/>
        <w:t>погодишся: тільки хоробрий і чесний народ&lt;br /&gt;</w:t>
        <w:br/>
        <w:t>міг опинитися тут.</w:t>
      </w:r>
    </w:p>
    <w:p>
      <w:r>
        <w:br/>
        <w:t>IX</w:t>
      </w:r>
    </w:p>
    <w:p>
      <w:r>
        <w:br/>
        <w:t>Легенда приваблює. Так і підсвічник оцей&lt;br /&gt;</w:t>
        <w:br/>
        <w:t>із зображенням сцен мітології грецької&lt;br /&gt;</w:t>
        <w:br/>
        <w:t>здавна притягує очі; по коліна ті очі&lt;br /&gt;</w:t>
        <w:br/>
        <w:t>вгрузають у бронзу, по шию&lt;br /&gt;</w:t>
        <w:br/>
        <w:t>і підошвами раптом твердині торкаються —&lt;br /&gt;</w:t>
        <w:br/>
        <w:t>теплих і ніжних Атлантових рук,&lt;br /&gt;</w:t>
        <w:br/>
        <w:t>що зривають, як яблука, їх — і несуть&lt;br /&gt;</w:t>
        <w:br/>
        <w:t>до Геракла, що також по пояс у землю загруз,&lt;br /&gt;</w:t>
        <w:br/>
        <w:t>добре тримаючи небо засніжене. Віють буйні вітри.&lt;br /&gt;</w:t>
        <w:br/>
        <w:t>Ледь помітно тремтячі долоні Атланта&lt;br /&gt;</w:t>
        <w:br/>
        <w:t>міняють свічки, бо, щоб небо тримати, —&lt;br /&gt;</w:t>
        <w:br/>
        <w:t>треба в и р а з н о г о світла;&lt;br /&gt;</w:t>
        <w:br/>
        <w:t>замислено дивиться первосвященик — Геракл —&lt;br /&gt;</w:t>
        <w:br/>
        <w:t>на короля, що приніс йому яблука,&lt;br /&gt;</w:t>
        <w:br/>
        <w:t>вклоняється, потай дивуючись:&lt;br /&gt;</w:t>
        <w:br/>
        <w:t>чому вітри не торкають сяйливих вогнів&lt;br /&gt;</w:t>
        <w:br/>
        <w:t>на свічках? Ті вогні намальовані, воїне,&lt;br /&gt;</w:t>
        <w:br/>
        <w:t>як і складки плаща, у Нессовій крові настояного…&lt;br /&gt;</w:t>
        <w:br/>
        <w:t>Потім іще: тіні і зблиски, шерхіт води —&lt;br /&gt;</w:t>
        <w:br/>
        <w:t>наче пил на свічадах;&lt;br /&gt;</w:t>
        <w:br/>
        <w:t>мандрує Орфей царством твердим, пошрамованим цвіллю;&lt;br /&gt;</w:t>
        <w:br/>
        <w:t>Гермес замислений квітку несе,&lt;br /&gt;</w:t>
        <w:br/>
        <w:t>власне, не квітку, а відбиток папороті&lt;br /&gt;</w:t>
        <w:br/>
        <w:t>доісторичної, торфу нікчемного шмат;&lt;br /&gt;</w:t>
        <w:br/>
        <w:t>чи озирнеться Орфей — невідомо, але&lt;br /&gt;</w:t>
        <w:br/>
        <w:t>ліру чомусь переклав із десниці у ліву.&lt;br /&gt;</w:t>
        <w:br/>
        <w:t>…В домі безлюдному мовчки сиджу&lt;br /&gt;</w:t>
        <w:br/>
        <w:t>над підсвічником бронзовим; хто&lt;br /&gt;</w:t>
        <w:br/>
        <w:t>і якими ключами двері в підсвічник відімкне?&lt;br /&gt;</w:t>
        <w:br/>
        <w:t>Хто на жадану свободу (чи на неволю довічну?)&lt;br /&gt;</w:t>
        <w:br/>
        <w:t>Гермеса випустить, потім Атланта, Геракла?..&lt;br /&gt;</w:t>
        <w:br/>
        <w:t>Нічого не знаю про це, напису також немає,&lt;br /&gt;</w:t>
        <w:br/>
        <w:t>гірко-безмовні вуста у Орфея, і ліра&lt;br /&gt;</w:t>
        <w:br/>
        <w:t>недбало так втілена.</w:t>
      </w:r>
    </w:p>
    <w:p>
      <w:r>
        <w:br/>
        <w:t>X</w:t>
      </w:r>
    </w:p>
    <w:p>
      <w:r>
        <w:br/>
        <w:t>Долі своєї не знає ні пес, ні поет, ні Зевес.&lt;br /&gt;</w:t>
        <w:br/>
        <w:t>Хто пригадає життя попереднє чи ціну складе&lt;br /&gt;</w:t>
        <w:br/>
        <w:t>проминанню сусіда? Хіба не жебрак отой Крез,&lt;br /&gt;</w:t>
        <w:br/>
        <w:t>що гидує вульгарних, веселих гостей привітати?&lt;br /&gt;</w:t>
        <w:br/>
        <w:t>Хіба не багач той жебрак, що поділить із іншим&lt;br /&gt;</w:t>
        <w:br/>
        <w:t>нестерпне, а все ж неминуче, як сніг, подаяння?&lt;br /&gt;</w:t>
        <w:br/>
        <w:t>Гарним це літо було; не минали і друзі&lt;br /&gt;</w:t>
        <w:br/>
        <w:t>моєї маленької хати, і вороги;&lt;br /&gt;</w:t>
        <w:br/>
        <w:t>всіх я радо приймав, бо вино, що лишилося з осені,&lt;br /&gt;</w:t>
        <w:br/>
        <w:t>вміло в правах прирівняти;&lt;br /&gt;</w:t>
        <w:br/>
        <w:t>деякі потім писали короткі листи,&lt;br /&gt;</w:t>
        <w:br/>
        <w:t>дехто паплюжив мій устрій життя перед людом,&lt;br /&gt;</w:t>
        <w:br/>
        <w:t>мені не відомим; чутки долинають. Ну що ж,&lt;br /&gt;</w:t>
        <w:br/>
        <w:t>так і Горацій, напевно, колись&lt;br /&gt;</w:t>
        <w:br/>
        <w:t>навіть не раз помилявся чином подібним,&lt;br /&gt;</w:t>
        <w:br/>
        <w:t>годі про це. Я також одягав цього літа&lt;br /&gt;</w:t>
        <w:br/>
        <w:t>одяг дорожній, бачив не знані раніше міста,&lt;br /&gt;</w:t>
        <w:br/>
        <w:t>в річці, що Случ називається, рибу ловив;&lt;br /&gt;</w:t>
        <w:br/>
        <w:t>гарно до мене поставились там,&lt;br /&gt;</w:t>
        <w:br/>
        <w:t>може, й занадто аж добре; не заслуги мої&lt;br /&gt;</w:t>
        <w:br/>
        <w:t>в тім причина, а гумор і серце привітне господарів.&lt;br /&gt;</w:t>
        <w:br/>
        <w:t>І не раз я пригадував зливу тамтешню,&lt;br /&gt;</w:t>
        <w:br/>
        <w:t>щиру розмову побіля турецького мосту,&lt;br /&gt;</w:t>
        <w:br/>
        <w:t>цвинтар єврейський, де вишні тоді достигали,&lt;br /&gt;</w:t>
        <w:br/>
        <w:t>скелі, якими безстрашно малі козенята гасали…&lt;br /&gt;</w:t>
        <w:br/>
        <w:t>Коли буду живий і запрошення знову отримаю,&lt;br /&gt;</w:t>
        <w:br/>
        <w:t>з радістю в дальню дорогу подамся.&lt;br /&gt;</w:t>
        <w:br/>
        <w:t>…А зараз повинен я бульбу копати, вікна оббити,&lt;br /&gt;</w:t>
        <w:br/>
        <w:t>дров нарубати, аби не замерзнути взимку.&lt;br /&gt;</w:t>
        <w:br/>
        <w:t>Треба ще трохи грибів назбирати, шипшини,&lt;br /&gt;</w:t>
        <w:br/>
        <w:t>терен, і глід, і калина також знадобляться.&lt;br /&gt;</w:t>
        <w:br/>
        <w:t>Клопоти є, але я їм радію — вказівкам,&lt;br /&gt;</w:t>
        <w:br/>
        <w:t>як треба рухатись далі; куди?&lt;br /&gt;</w:t>
        <w:br/>
        <w:t>Повернись до початку думи цієї, прошу.</w:t>
      </w:r>
    </w:p>
    <w:p>
      <w:r>
        <w:br/>
        <w:t>XI</w:t>
      </w:r>
    </w:p>
    <w:p>
      <w:r>
        <w:br/>
        <w:t>Шляхетного не слава видає,&lt;br /&gt;</w:t>
        <w:br/>
        <w:t>не посмішка тонка чи зграбні рухи рук,&lt;br /&gt;</w:t>
        <w:br/>
        <w:t>не сто книжок, прочитаних ретельно,&lt;br /&gt;</w:t>
        <w:br/>
        <w:t>і не знання чудове мов чужинських&lt;br /&gt;</w:t>
        <w:br/>
        <w:t>або майстерно вишукані одяг та прикраси&lt;br /&gt;</w:t>
        <w:br/>
        <w:t>і виплекане древо свого роду…&lt;br /&gt;</w:t>
        <w:br/>
        <w:t>Тим більше це не гроші, не маєтки,&lt;br /&gt;</w:t>
        <w:br/>
        <w:t>в яких людина — мов роса на павутинні&lt;br /&gt;</w:t>
        <w:br/>
        <w:t>нетривка, і кожен ґандж у ній собі знаходить місце.&lt;br /&gt;</w:t>
        <w:br/>
        <w:t>Шляхетного свобода, вольна воля видає,&lt;br /&gt;</w:t>
        <w:br/>
        <w:t>вони обрали одне одного свідомо&lt;br /&gt;</w:t>
        <w:br/>
        <w:t>і так ідуть, не маючи ні дому, ні півдому,&lt;br /&gt;</w:t>
        <w:br/>
        <w:t>по-своєму радіючи, сумуючи по-своєму.&lt;br /&gt;</w:t>
        <w:br/>
        <w:t>Слова незримі в них і зримі вчинки,&lt;br /&gt;</w:t>
        <w:br/>
        <w:t>по вчинках тих ви впізнаєте їх;&lt;br /&gt;</w:t>
        <w:br/>
        <w:t>без тлумачів, чужинці, взимку навіть&lt;br /&gt;</w:t>
        <w:br/>
        <w:t>розумієте, виразних. Тоді вже лахи не обходять,&lt;br /&gt;</w:t>
        <w:br/>
        <w:t>худі обличчя прикро не вражають,&lt;br /&gt;</w:t>
        <w:br/>
        <w:t>як і проміння, що струмити зачина&lt;br /&gt;</w:t>
        <w:br/>
        <w:t>з речей, людей недужих і зурочених тварин,&lt;br /&gt;</w:t>
        <w:br/>
        <w:t>яких шляхетна воля доторкнула.&lt;br /&gt;</w:t>
        <w:br/>
        <w:t>Не кличте її смертю. Замовчіть.&lt;br /&gt;</w:t>
        <w:br/>
        <w:t>Учіться їй, дітей своїх учіть&lt;br /&gt;</w:t>
        <w:br/>
        <w:t>незримими словами; пам’ятайте,&lt;br /&gt;</w:t>
        <w:br/>
        <w:t>що світ не вами закінчиться,&lt;br /&gt;</w:t>
        <w:br/>
        <w:t>бо ваші виразки суть школи лісові&lt;br /&gt;</w:t>
        <w:br/>
        <w:t>або ашрами, де посібники наочні —&lt;br /&gt;</w:t>
        <w:br/>
        <w:t>ваші шрами, а пензлі та папір —&lt;br /&gt;</w:t>
        <w:br/>
        <w:t>волосся, шкіра, біль, нарешті, ваші.&lt;br /&gt;</w:t>
        <w:br/>
        <w:t>…А паче волі осінь полюбіть,&lt;br /&gt;</w:t>
        <w:br/>
        <w:t>бо гоже ти сказав, пророче:&lt;br /&gt;</w:t>
        <w:br/>
        <w:t>"Ми восени таки похожі&lt;br /&gt;</w:t>
        <w:br/>
        <w:t>хоч капельку на образ божий, —&lt;br /&gt;</w:t>
        <w:br/>
        <w:t>звичайне, що не всі, а так —&lt;br /&gt;</w:t>
        <w:br/>
        <w:t>хоч деякі". І менше всього&lt;br /&gt;</w:t>
        <w:br/>
        <w:t>шляхетний думає про смерть,&lt;br /&gt;</w:t>
        <w:br/>
        <w:t>і так і не вмирає, швидше всього.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