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мої, думи мої...</w:t>
      </w:r>
    </w:p>
    <w:p>
      <w:r>
        <w:br/>
        <w:t xml:space="preserve"> Думи мої, думи мої,&lt;br /&gt;</w:t>
        <w:br/>
        <w:t>Де ви подівались,&lt;br /&gt;</w:t>
        <w:br/>
        <w:t>Нащо мене покинули,&lt;br /&gt;</w:t>
        <w:br/>
        <w:t>Чому одцурались?&lt;br /&gt;</w:t>
        <w:br/>
        <w:t>Покинули, загинули&lt;br /&gt;</w:t>
        <w:br/>
        <w:t>Десь-то за морями;&lt;br /&gt;</w:t>
        <w:br/>
        <w:t>Не вимолю, не виплачу&lt;br /&gt;</w:t>
        <w:br/>
        <w:t>Словом, ні сльозами...&lt;br /&gt;</w:t>
        <w:br/>
        <w:t>Не відаю і не знаю,&lt;br /&gt;</w:t>
        <w:br/>
        <w:t>Де б то вас шукати;&lt;br /&gt;</w:t>
        <w:br/>
        <w:t>Піду, стану край світа,&lt;br /&gt;</w:t>
        <w:br/>
        <w:t>Буду вас гукати;&lt;br /&gt;</w:t>
        <w:br/>
        <w:t>Чи ви в морі з буйним вітром&lt;br /&gt;</w:t>
        <w:br/>
        <w:t>Збиваєте хвилі,&lt;br /&gt;</w:t>
        <w:br/>
        <w:t>Чи за морем співаєте&lt;br /&gt;</w:t>
        <w:br/>
        <w:t>Пісні жалісливі?&lt;br /&gt;</w:t>
        <w:br/>
        <w:t>Чи по скелям, по бескидам&lt;br /&gt;</w:t>
        <w:br/>
        <w:t>Блукаєте здуру,&lt;br /&gt;</w:t>
        <w:br/>
        <w:t>Чи з панами вельможними&lt;br /&gt;</w:t>
        <w:br/>
        <w:t>Гадаєте думу?&lt;br /&gt;</w:t>
        <w:br/>
        <w:t>Потаскались, поблукали,&lt;br /&gt;</w:t>
        <w:br/>
        <w:t>Пора вам додому;&lt;br /&gt;</w:t>
        <w:br/>
        <w:t>Скучно мені, сумно мені&lt;br /&gt;</w:t>
        <w:br/>
        <w:t>Без вас, молодому!&lt;br /&gt;</w:t>
        <w:br/>
        <w:t>Чи ви в небі над зірками&lt;br /&gt;</w:t>
        <w:br/>
        <w:t>Шукаєте долі,&lt;br /&gt;</w:t>
        <w:br/>
        <w:t>Чи де в хаті загляділись&lt;br /&gt;</w:t>
        <w:br/>
        <w:t>На чорнії брови?&lt;br /&gt;</w:t>
        <w:br/>
        <w:t>Знаю, знаю, мої думи,&lt;br /&gt;</w:t>
        <w:br/>
        <w:t>Ви до їх охочі;&lt;br /&gt;</w:t>
        <w:br/>
        <w:t>Милуєте чорні брови,&lt;br /&gt;</w:t>
        <w:br/>
        <w:t>Цілуєте очі!&lt;br /&gt;</w:t>
        <w:br/>
        <w:t>Думи мої давні, любі,&lt;br /&gt;</w:t>
        <w:br/>
        <w:t>Думи мої милі!&lt;br /&gt;</w:t>
        <w:br/>
        <w:t>Прибувайте, прилітайте,&lt;br /&gt;</w:t>
        <w:br/>
        <w:t>Мої жалісливі!&lt;br /&gt;</w:t>
        <w:br/>
        <w:t>Покинула мене доля,&lt;br /&gt;</w:t>
        <w:br/>
        <w:t>Покинули люди;&lt;br /&gt;</w:t>
        <w:br/>
        <w:t>Нащо ж мене покинули,&lt;br /&gt;</w:t>
        <w:br/>
        <w:t>Думи мої, думи!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мої, думи мої...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