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про плакати</w:t>
      </w:r>
    </w:p>
    <w:p>
      <w:r>
        <w:br/>
        <w:t xml:space="preserve"> Рядами, рядами, рядами,&lt;br /&gt;</w:t>
        <w:br/>
        <w:t>Довгими смугами, над кам'яними бруками&lt;br /&gt;</w:t>
        <w:br/>
        <w:t>Висимо,&lt;br /&gt;</w:t>
        <w:br/>
        <w:t>Лежимо,&lt;br /&gt;</w:t>
        <w:br/>
        <w:t>Сидимо&lt;br /&gt;</w:t>
        <w:br/>
        <w:t>Ми на мурах розіп'яті,&lt;br /&gt;</w:t>
        <w:br/>
        <w:t>Ми плакати, плакати, плакати.</w:t>
      </w:r>
    </w:p>
    <w:p>
      <w:r>
        <w:br/>
        <w:t>І вдень і вніч ми все одні,&lt;br /&gt;</w:t>
        <w:br/>
        <w:t>У вдень і вніч ми все різні,&lt;br /&gt;</w:t>
        <w:br/>
        <w:t>Міняємося,&lt;br /&gt;</w:t>
        <w:br/>
        <w:t>Минаємося,&lt;br /&gt;</w:t>
        <w:br/>
        <w:t>Кидаємося&lt;br /&gt;</w:t>
        <w:br/>
        <w:t>В безвістя&lt;br /&gt;</w:t>
        <w:br/>
        <w:t>Серед міста.&lt;br /&gt;</w:t>
        <w:br/>
        <w:t>Ми розвійні вулиць брати,&lt;br /&gt;</w:t>
        <w:br/>
        <w:t>Ми плакати, плакати, плакати.</w:t>
      </w:r>
    </w:p>
    <w:p>
      <w:r>
        <w:br/>
        <w:t>А над нами небо плине,&lt;br /&gt;</w:t>
        <w:br/>
        <w:t>А над нами бетон лине,&lt;br /&gt;</w:t>
        <w:br/>
        <w:t>А між небом і бетоном&lt;br /&gt;</w:t>
        <w:br/>
        <w:t>Одним стоном, одним стоном&lt;br /&gt;</w:t>
        <w:br/>
        <w:t>Місто, місто розікрите, розколисте та розмите.&lt;br /&gt;</w:t>
        <w:br/>
        <w:t>Ми на мурів лук нап'яті,&lt;br /&gt;</w:t>
        <w:br/>
        <w:t>Ми плакати, плакати, плакати.</w:t>
      </w:r>
    </w:p>
    <w:p>
      <w:r>
        <w:br/>
        <w:t>Від рож червоні,&lt;br /&gt;</w:t>
        <w:br/>
        <w:t>Від мурів зелені,&lt;br /&gt;</w:t>
        <w:br/>
        <w:t>Від фйолків фйолетів,&lt;br /&gt;</w:t>
        <w:br/>
        <w:t>Від неба блакитів&lt;br /&gt;</w:t>
        <w:br/>
        <w:t>Ми вкрали.&lt;br /&gt;</w:t>
        <w:br/>
        <w:t>Набрали,&lt;br /&gt;</w:t>
        <w:br/>
        <w:t>Нассали&lt;br /&gt;</w:t>
        <w:br/>
        <w:t>Ми яскраві красок плати,&lt;br /&gt;</w:t>
        <w:br/>
        <w:t>Ми плакати, плакати, плакати.</w:t>
      </w:r>
    </w:p>
    <w:p>
      <w:r>
        <w:br/>
        <w:t>Водограєм,&lt;br /&gt;</w:t>
        <w:br/>
        <w:t>Буйним граєм,&lt;br /&gt;</w:t>
        <w:br/>
        <w:t>Злотом, сріблом осліпляєм,&lt;br /&gt;</w:t>
        <w:br/>
        <w:t>Мозайкою осяваєм,&lt;br /&gt;</w:t>
        <w:br/>
        <w:t>Ми в вуличний чар закляті,&lt;br /&gt;</w:t>
        <w:br/>
        <w:t>Ми плакати, плакати, плакати.</w:t>
      </w:r>
    </w:p>
    <w:p>
      <w:r>
        <w:br/>
        <w:t>Ми все знаєм,&lt;br /&gt;</w:t>
        <w:br/>
        <w:t>Що? де? є?&lt;br /&gt;</w:t>
        <w:br/>
        <w:t>Ми всілякі вісті маєм:&lt;br /&gt;</w:t>
        <w:br/>
        <w:t>Хто? вже? ще?&lt;br /&gt;</w:t>
        <w:br/>
        <w:t>Ми про все повідомляєм,&lt;br /&gt;</w:t>
        <w:br/>
        <w:t>Величаєм,&lt;br /&gt;</w:t>
        <w:br/>
        <w:t>Поганьбляєм.&lt;br /&gt;</w:t>
        <w:br/>
        <w:t>Ми вістуни все закляті,&lt;br /&gt;</w:t>
        <w:br/>
        <w:t>Ми плакати, плакати, плакати.</w:t>
      </w:r>
    </w:p>
    <w:p>
      <w:r>
        <w:br/>
        <w:t>Ми мусимо все кричати,&lt;br /&gt;</w:t>
        <w:br/>
        <w:t>Душу свою сповідати,&lt;br /&gt;</w:t>
        <w:br/>
        <w:t>Тайни свої виявляти,&lt;br /&gt;</w:t>
        <w:br/>
        <w:t>До ух лестиво шептати,&lt;br /&gt;</w:t>
        <w:br/>
        <w:t>До ух рипливо гримати,&lt;br /&gt;</w:t>
        <w:br/>
        <w:t>Без упину,&lt;br /&gt;</w:t>
        <w:br/>
        <w:t>Без спочину,&lt;br /&gt;</w:t>
        <w:br/>
        <w:t>До загину&lt;br /&gt;</w:t>
        <w:br/>
        <w:t>Ми не можемо спочати,&lt;br /&gt;</w:t>
        <w:br/>
        <w:t>Ми плакати, плакати, плакати.</w:t>
      </w:r>
    </w:p>
    <w:p>
      <w:r>
        <w:br/>
        <w:t>Людей зводим,&lt;br /&gt;</w:t>
        <w:br/>
        <w:t>В блуд їх вводим,&lt;br /&gt;</w:t>
        <w:br/>
        <w:t>Ляском маним,&lt;br /&gt;</w:t>
        <w:br/>
        <w:t>Ляском п'яним.&lt;br /&gt;</w:t>
        <w:br/>
        <w:t>Жонглери, маклери, манажери&lt;br /&gt;</w:t>
        <w:br/>
        <w:t>Все відкриті,&lt;br /&gt;</w:t>
        <w:br/>
        <w:t>Все одверті,&lt;br /&gt;</w:t>
        <w:br/>
        <w:t>Не закриті,&lt;br /&gt;</w:t>
        <w:br/>
        <w:t>Покраяні,&lt;br /&gt;</w:t>
        <w:br/>
        <w:t>мальовані,&lt;br /&gt;</w:t>
        <w:br/>
        <w:t>Проститутки, юди, свати,&lt;br /&gt;</w:t>
        <w:br/>
        <w:t>Ми плакати, плакати, плакати.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про плакати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