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Духовність</w:t>
      </w:r>
    </w:p>
    <w:p>
      <w:r>
        <w:br/>
        <w:t xml:space="preserve"> Це прийде, як негадана правда.&lt;br /&gt;</w:t>
        <w:br/>
        <w:t>І вжахне та знесилить на мент&lt;br /&gt;</w:t>
        <w:br/>
        <w:t>узвичаєний життєпорядок:&lt;br /&gt;</w:t>
        <w:br/>
        <w:t>народився — пожив — і помер.</w:t>
      </w:r>
    </w:p>
    <w:p>
      <w:r>
        <w:br/>
        <w:t>То й доволі.&lt;br /&gt;</w:t>
        <w:br/>
        <w:t>Не варто ридати:&lt;br /&gt;</w:t>
        <w:br/>
        <w:t>час — життю, але й безвісті — час.&lt;br /&gt;</w:t>
        <w:br/>
        <w:t>Космос, кажуть, нічого не втратить,&lt;br /&gt;</w:t>
        <w:br/>
        <w:t>як не стане котрогось із нас…</w:t>
      </w:r>
    </w:p>
    <w:p>
      <w:r>
        <w:br/>
        <w:t>Межи днів, що були золотими,&lt;br /&gt;</w:t>
        <w:br/>
        <w:t>між діянь, які зменшили біль, —&lt;br /&gt;</w:t>
        <w:br/>
        <w:t>віднайдуть&lt;br /&gt;</w:t>
        <w:br/>
        <w:t>золоту&lt;br /&gt;</w:t>
        <w:br/>
        <w:t>середину&lt;br /&gt;</w:t>
        <w:br/>
        <w:t>і вшанують як слід — по тобі.</w:t>
      </w:r>
    </w:p>
    <w:p>
      <w:r>
        <w:br/>
        <w:t>Це й усе, визначальне та чільне?&lt;br /&gt;</w:t>
        <w:br/>
        <w:t>Не бажаю пояснень таких.&lt;br /&gt;</w:t>
        <w:br/>
        <w:t>Бо не тільки вервечка учинків&lt;br /&gt;</w:t>
        <w:br/>
        <w:t>є нутро біографій людських.</w:t>
      </w:r>
    </w:p>
    <w:p>
      <w:r>
        <w:br/>
        <w:t>Досліди біографію мислі —&lt;br /&gt;</w:t>
        <w:br/>
        <w:t>за невидимим рухом простеж,&lt;br /&gt;</w:t>
        <w:br/>
        <w:t>а вже потім, підмайстре, насмілься&lt;br /&gt;</w:t>
        <w:br/>
        <w:t>будувати висотнішу з веж.</w:t>
      </w:r>
    </w:p>
    <w:p>
      <w:r>
        <w:br/>
        <w:t>Пізнавати людину-державу&lt;br /&gt;</w:t>
        <w:br/>
        <w:t>важко… важче… важезно! —&lt;br /&gt;</w:t>
        <w:br/>
        <w:t>немов&lt;br /&gt;</w:t>
        <w:br/>
        <w:t>і насправді ти е каторжанин&lt;br /&gt;</w:t>
        <w:br/>
        <w:t>у довічній копальні думок.</w:t>
      </w:r>
    </w:p>
    <w:p>
      <w:r>
        <w:br/>
        <w:t>…Та зненацька полегкість надходить:&lt;br /&gt;</w:t>
        <w:br/>
        <w:t>ти трудився і жив недарма —&lt;br /&gt;</w:t>
        <w:br/>
        <w:t>то, нарешті, правдива духовність&lt;br /&gt;</w:t>
        <w:br/>
        <w:t>саме вчасно тебе обійма.</w:t>
      </w:r>
    </w:p>
    <w:p>
      <w:r>
        <w:br/>
        <w:t>Не майстерність, не досвід, не вміння&lt;br /&gt;</w:t>
        <w:br/>
        <w:t>прояснили, що маєш довкруг.&lt;br /&gt;</w:t>
        <w:br/>
        <w:t>Ось вона, та зупинка проміжня&lt;br /&gt;</w:t>
        <w:br/>
        <w:t>на ім’я —&lt;br /&gt;</w:t>
        <w:br/>
        <w:t>вдосконалений&lt;br /&gt;</w:t>
        <w:br/>
        <w:t>Дух!</w:t>
      </w:r>
    </w:p>
    <w:p>
      <w:r>
        <w:br/>
        <w:t>Розрізни ж і в негоди шалені&lt;br /&gt;</w:t>
        <w:br/>
        <w:t>вежі мудрості та простоти:&lt;br /&gt;</w:t>
        <w:br/>
        <w:t>Вежа — Матір твоя…&lt;br /&gt;</w:t>
        <w:br/>
        <w:t>Вежа — Ленін…</w:t>
      </w:r>
    </w:p>
    <w:p>
      <w:r>
        <w:br/>
        <w:t>Будь підмурком для третьої — ти!&lt;br /&gt;</w:t>
        <w:br/>
        <w:t>Тож возводь. І страждай. А по всьому&lt;br /&gt;</w:t>
        <w:br/>
        <w:t>За труди не жадай нагород,&lt;br /&gt;</w:t>
        <w:br/>
        <w:t>а сю Вежу — високу з високих —&lt;br /&gt;</w:t>
        <w:br/>
        <w:t>назови дуже просто:&lt;br /&gt;</w:t>
        <w:br/>
        <w:t>НАРОД.</w:t>
      </w:r>
    </w:p>
    <w:p>
      <w:r>
        <w:br/>
        <w:t>1980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Духовність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