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Дударик</w:t>
      </w:r>
    </w:p>
    <w:p>
      <w:r>
        <w:br/>
        <w:t xml:space="preserve"> Коли б тобі горенько та печаль,&lt;br /&gt;</w:t>
        <w:br/>
        <w:t>То ти б вийшов на вулицю та й кричав.&lt;br /&gt;</w:t>
        <w:br/>
        <w:t>Пісня.</w:t>
      </w:r>
    </w:p>
    <w:p>
      <w:r>
        <w:br/>
        <w:t>Голосять баби на згарищах,&lt;br /&gt;</w:t>
        <w:br/>
        <w:t>На труну сльозами ллють.&lt;br /&gt;</w:t>
        <w:br/>
        <w:t>А вірші — так це не горе ще,&lt;br /&gt;</w:t>
        <w:br/>
        <w:t>Радше втіха у жалю.</w:t>
      </w:r>
    </w:p>
    <w:p>
      <w:r>
        <w:br/>
        <w:t>Діти хлібом снять, голоднії,&lt;br /&gt;</w:t>
        <w:br/>
        <w:t>В матерів на віях сіль.&lt;br /&gt;</w:t>
        <w:br/>
        <w:t>А хорали чи симфонії —&lt;br /&gt;</w:t>
        <w:br/>
        <w:t>То мистецтво, а не біль.</w:t>
      </w:r>
    </w:p>
    <w:p>
      <w:r>
        <w:br/>
        <w:t>І кохану, котру звабили,&lt;br /&gt;</w:t>
        <w:br/>
        <w:t>Не знайти на полотні,&lt;br /&gt;</w:t>
        <w:br/>
        <w:t>Бо кольори і муштабелі —&lt;br /&gt;</w:t>
        <w:br/>
        <w:t>То малярство, а не біль.</w:t>
      </w:r>
    </w:p>
    <w:p>
      <w:r>
        <w:br/>
        <w:t>Та в шпиталі, і за ґратами,&lt;br /&gt;</w:t>
        <w:br/>
        <w:t>І в землі під повстю трав&lt;br /&gt;</w:t>
        <w:br/>
        <w:t>Знову й знову я благатиму,&lt;br /&gt;</w:t>
        <w:br/>
        <w:t>Як у пісні хтось благав:</w:t>
      </w:r>
    </w:p>
    <w:p>
      <w:r>
        <w:br/>
        <w:t>Заграй мені, дударику, на дуду,&lt;br /&gt;</w:t>
        <w:br/>
        <w:t>Нехай же я своє горе забуду!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Дударик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