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Довбуш</w:t>
      </w:r>
    </w:p>
    <w:p>
      <w:r>
        <w:br/>
        <w:t xml:space="preserve"> 1</w:t>
      </w:r>
    </w:p>
    <w:p>
      <w:r>
        <w:br/>
        <w:t>Чомусь рішили: суці, значить – суче.&lt;br /&gt;</w:t>
        <w:br/>
        <w:t>І склали пісню – душу відвели.&lt;br /&gt;</w:t>
        <w:br/>
        <w:t>А вже мені від того, Орфенюче *,&lt;br /&gt;</w:t>
        <w:br/>
        <w:t>побільшало і слави, і хвали.</w:t>
      </w:r>
    </w:p>
    <w:p>
      <w:r>
        <w:br/>
        <w:t>Хтось вип'є, заспіває і заплаче&lt;br /&gt;</w:t>
        <w:br/>
        <w:t>над тим, як через Кути на Космач&lt;br /&gt;</w:t>
        <w:br/>
        <w:t>мене вела не слава, Баюраче… **&lt;br /&gt;</w:t>
        <w:br/>
        <w:t>Але кого</w:t>
      </w:r>
    </w:p>
    <w:p>
      <w:r>
        <w:br/>
        <w:t>тепер</w:t>
      </w:r>
    </w:p>
    <w:p>
      <w:r>
        <w:br/>
        <w:t>зупинить плач?</w:t>
      </w:r>
    </w:p>
    <w:p>
      <w:r>
        <w:br/>
        <w:t>І доспівають… "Вмер він через суку",&lt;br /&gt;</w:t>
        <w:br/>
        <w:t>слова креснуть, немов топірці ті,&lt;br /&gt;</w:t>
        <w:br/>
        <w:t>що піднятий на них я, Орфенюку,&lt;br /&gt;</w:t>
        <w:br/>
        <w:t>понад комори наші золоті.</w:t>
      </w:r>
    </w:p>
    <w:p>
      <w:r>
        <w:br/>
        <w:t>…Ще пісня буде.</w:t>
      </w:r>
    </w:p>
    <w:p>
      <w:r>
        <w:br/>
        <w:t>Ви ще є.</w:t>
      </w:r>
    </w:p>
    <w:p>
      <w:r>
        <w:br/>
        <w:t>У плесо</w:t>
      </w:r>
    </w:p>
    <w:p>
      <w:r>
        <w:br/>
        <w:t>небес космацьких</w:t>
      </w:r>
    </w:p>
    <w:p>
      <w:r>
        <w:br/>
        <w:t>я іще не впав.</w:t>
      </w:r>
    </w:p>
    <w:p>
      <w:r>
        <w:br/>
        <w:t>Я тільки запитав себе: "Олексо,&lt;br /&gt;</w:t>
        <w:br/>
        <w:t>а як би ти у ратуші вмирав?.."</w:t>
      </w:r>
    </w:p>
    <w:p>
      <w:r>
        <w:br/>
        <w:t>Поцілив Штефан. Довбуш падав.&lt;br /&gt;</w:t>
        <w:br/>
        <w:t>Не вдарив грім і бурелім.&lt;br /&gt;</w:t>
        <w:br/>
        <w:t>Не срібний волос нині зрадив.&lt;br /&gt;</w:t>
        <w:br/>
        <w:t>І яре зерно ні при чім.</w:t>
      </w:r>
    </w:p>
    <w:p>
      <w:r>
        <w:br/>
        <w:t>Він завше Довбуш.</w:t>
      </w:r>
    </w:p>
    <w:p>
      <w:r>
        <w:br/>
        <w:t>Хай перерва</w:t>
      </w:r>
    </w:p>
    <w:p>
      <w:r>
        <w:br/>
        <w:t>на двісті літ – для нас пусте.&lt;br /&gt;</w:t>
        <w:br/>
        <w:t>Навпроти смерті буде церква –&lt;br /&gt;</w:t>
        <w:br/>
        <w:t>нащадок спалить, підмете.</w:t>
      </w:r>
    </w:p>
    <w:p>
      <w:r>
        <w:br/>
        <w:t>А хлоп є хлоп –</w:t>
      </w:r>
    </w:p>
    <w:p>
      <w:r>
        <w:br/>
        <w:t>він правду каже.</w:t>
      </w:r>
    </w:p>
    <w:p>
      <w:r>
        <w:br/>
        <w:t>Осудить сатанинську хіть.&lt;br /&gt;</w:t>
        <w:br/>
        <w:t>Йому орати поле наше&lt;br /&gt;</w:t>
        <w:br/>
        <w:t>і сина божого любить.</w:t>
      </w:r>
    </w:p>
    <w:p>
      <w:r>
        <w:br/>
        <w:t>"Бо що розбійник проти війська?&lt;br /&gt;</w:t>
        <w:br/>
        <w:t>За нього кожен пас поров.&lt;br /&gt;</w:t>
        <w:br/>
        <w:t>Йому ж би тільки масть курвинська –&lt;br /&gt;</w:t>
        <w:br/>
        <w:t>Космач тут, хлопе, – будь здоров!"</w:t>
      </w:r>
    </w:p>
    <w:p>
      <w:r>
        <w:br/>
        <w:t>Всяк чує, і Дзвінчук почує,&lt;br /&gt;</w:t>
        <w:br/>
        <w:t>й корчма, на вигадки тяжка:&lt;br /&gt;</w:t>
        <w:br/>
        <w:t>Космач віднині – не для збуя,&lt;br /&gt;</w:t>
        <w:br/>
        <w:t>а для Штефана Дзвінчука.</w:t>
      </w:r>
    </w:p>
    <w:p>
      <w:r>
        <w:br/>
        <w:t>Він має все.</w:t>
      </w:r>
    </w:p>
    <w:p>
      <w:r>
        <w:br/>
        <w:t>Він Дзвінку має.</w:t>
      </w:r>
    </w:p>
    <w:p>
      <w:r>
        <w:br/>
        <w:t>Він, навіть смирний – до пори,&lt;br /&gt;</w:t>
        <w:br/>
        <w:t>космацькі лестощі приймає&lt;br /&gt;</w:t>
        <w:br/>
        <w:t>й презирство польське і дари.</w:t>
      </w:r>
    </w:p>
    <w:p>
      <w:r>
        <w:br/>
        <w:t>___________________________________&lt;br /&gt;</w:t>
        <w:br/>
        <w:t>* ** Найближчі побратими Олекси Довбуша.</w:t>
      </w:r>
    </w:p>
    <w:p>
      <w:r>
        <w:br/>
        <w:t>3</w:t>
      </w:r>
    </w:p>
    <w:p>
      <w:r>
        <w:br/>
        <w:t>Зимарка в снігах.</w:t>
      </w:r>
    </w:p>
    <w:p>
      <w:r>
        <w:br/>
        <w:t>Тут опришки сумні зимували?</w:t>
      </w:r>
    </w:p>
    <w:p>
      <w:r>
        <w:br/>
        <w:t>Постаріли тут, у снігах…</w:t>
      </w:r>
    </w:p>
    <w:p>
      <w:r>
        <w:br/>
        <w:t>Й розуміли – коли.</w:t>
      </w:r>
    </w:p>
    <w:p>
      <w:r>
        <w:br/>
        <w:t>Над лісом стояли сніги.</w:t>
      </w:r>
    </w:p>
    <w:p>
      <w:r>
        <w:br/>
        <w:t>А вовки завивали</w:t>
      </w:r>
    </w:p>
    <w:p>
      <w:r>
        <w:br/>
        <w:t>ще вище.</w:t>
      </w:r>
    </w:p>
    <w:p>
      <w:r>
        <w:br/>
        <w:t>І зорі в морози, немов постоли,</w:t>
      </w:r>
    </w:p>
    <w:p>
      <w:r>
        <w:br/>
        <w:t>скрипіли. Взувайся, легіню!</w:t>
      </w:r>
    </w:p>
    <w:p>
      <w:r>
        <w:br/>
        <w:t>Й на лови, неборе!</w:t>
      </w:r>
    </w:p>
    <w:p>
      <w:r>
        <w:br/>
        <w:t>Викрешуй вогню.</w:t>
      </w:r>
    </w:p>
    <w:p>
      <w:r>
        <w:br/>
        <w:t>Перевір своє око і кріс.</w:t>
      </w:r>
    </w:p>
    <w:p>
      <w:r>
        <w:br/>
        <w:t>Один на всі гори.</w:t>
      </w:r>
    </w:p>
    <w:p>
      <w:r>
        <w:br/>
        <w:t>Пішли на мадяри цімбори.</w:t>
      </w:r>
    </w:p>
    <w:p>
      <w:r>
        <w:br/>
        <w:t>А ти зимувати</w:t>
      </w:r>
    </w:p>
    <w:p>
      <w:r>
        <w:br/>
        <w:t>в пору полонинську заліз.</w:t>
      </w:r>
    </w:p>
    <w:p>
      <w:r>
        <w:br/>
        <w:t>А сніг тебе видасть.</w:t>
      </w:r>
    </w:p>
    <w:p>
      <w:r>
        <w:br/>
        <w:t>А зорі плаєчок покажуть.</w:t>
      </w:r>
    </w:p>
    <w:p>
      <w:r>
        <w:br/>
        <w:t>А ватра підскочить,</w:t>
      </w:r>
    </w:p>
    <w:p>
      <w:r>
        <w:br/>
        <w:t>заб'ється у сивих очах.</w:t>
      </w:r>
    </w:p>
    <w:p>
      <w:r>
        <w:br/>
        <w:t>Це сниться, легіню.</w:t>
      </w:r>
    </w:p>
    <w:p>
      <w:r>
        <w:br/>
        <w:t>Виводь свою душу на пашу.</w:t>
      </w:r>
    </w:p>
    <w:p>
      <w:r>
        <w:br/>
        <w:t>Ридає у корчмах Космач</w:t>
      </w:r>
    </w:p>
    <w:p>
      <w:r>
        <w:br/>
        <w:t>при свічках і ножах.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Довбуш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