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Довбуш, або Громовий топір і знахарський хрест</w:t>
      </w:r>
    </w:p>
    <w:p>
      <w:r>
        <w:br/>
        <w:t xml:space="preserve"> ДОВБУШ,&lt;br /&gt;</w:t>
        <w:br/>
        <w:t>або&lt;br /&gt;</w:t>
        <w:br/>
        <w:t>ГРОМОВИЙ ТОПІР І ЗНАХАРСЬКИЙ ХРЕСТ&lt;br /&gt;</w:t>
        <w:br/>
        <w:t>Трагедія в п'яти ділах</w:t>
      </w:r>
    </w:p>
    <w:p>
      <w:r>
        <w:br/>
        <w:t>ОСОБИ:&lt;br /&gt;</w:t>
        <w:br/>
        <w:t>Воєвод руський.&lt;br /&gt;</w:t>
        <w:br/>
        <w:t>Княгиня гуцульська — его супруга.&lt;br /&gt;</w:t>
        <w:br/>
        <w:t>Секретар воєводи.&lt;br /&gt;</w:t>
        <w:br/>
        <w:t>Маршалок двора.&lt;br /&gt;</w:t>
        <w:br/>
        <w:t>Олекса Довбуш — славний гуцульський леґінь.&lt;br /&gt;</w:t>
        <w:br/>
        <w:t>Іван — єго брат.&lt;br /&gt;</w:t>
        <w:br/>
        <w:t>Д ж и м ї р — Олекси побратим.&lt;br /&gt;</w:t>
        <w:br/>
        <w:t>Лагадин — Іванів товариш.&lt;br /&gt;</w:t>
        <w:br/>
        <w:t>Морган — старий циганський знахар.&lt;br /&gt;</w:t>
        <w:br/>
        <w:t>Ч о р а — єго донька.&lt;br /&gt;</w:t>
        <w:br/>
        <w:t>Соя — стара циганка.&lt;br /&gt;</w:t>
        <w:br/>
        <w:t>Дзвінка — молода удова.&lt;br /&gt;</w:t>
        <w:br/>
        <w:t>Старий гуцул.&lt;br /&gt;</w:t>
        <w:br/>
        <w:t>Старий староста.&lt;br /&gt;</w:t>
        <w:br/>
        <w:t>Молодий староста.&lt;br /&gt;</w:t>
        <w:br/>
        <w:t>Капітан трабантів.&lt;br /&gt;</w:t>
        <w:br/>
        <w:t>Жебрущий монах.&lt;br /&gt;</w:t>
        <w:br/>
        <w:t>Кат.&lt;br /&gt;</w:t>
        <w:br/>
        <w:t>Гуцули. Шляхта. Двірські урядники. Трабанти.&lt;br /&gt;</w:t>
        <w:br/>
        <w:t>Слуги. Челядь княгині. Помічники ката.&lt;br /&gt;</w:t>
        <w:br/>
        <w:t>Місце діла.&lt;br /&gt;</w:t>
        <w:br/>
        <w:t>Одно гуцульське село у галицьких Карпатах і поблизька Чориогора.&lt;br /&gt;</w:t>
        <w:br/>
        <w:t>Рік 1745.</w:t>
      </w:r>
    </w:p>
    <w:p>
      <w:r>
        <w:br/>
        <w:t>ПЕРШЕ ДІЛО&lt;br /&gt;</w:t>
        <w:br/>
        <w:t>П О Д Р я&lt;br /&gt;</w:t>
        <w:br/>
        <w:t>Обширні хороми в замку воєводи. Направо й наліво— ворота нарозтвір.&lt;br /&gt;</w:t>
        <w:br/>
        <w:t>У затиллі — двері, а перед ними — невеличка естрада. Спереду, по лі-&lt;br /&gt;</w:t>
        <w:br/>
        <w:t>вім боці,— лавичка на двох. Ніч.</w:t>
      </w:r>
    </w:p>
    <w:p>
      <w:r>
        <w:br/>
        <w:t>ПЕРША СЦЕНА&lt;br /&gt;</w:t>
        <w:br/>
        <w:t>Слуги з лушницями уходя з лівого боку. За ними — воєвод з&lt;br /&gt;</w:t>
        <w:br/>
        <w:t>дороги. За ним услід: секретар, маршалок, капітан, уряд-&lt;br /&gt;</w:t>
        <w:br/>
        <w:t>ники, трабанти, слуги.&lt;br /&gt;</w:t>
        <w:br/>
        <w:t>Воєвод&lt;br /&gt;</w:t>
        <w:br/>
        <w:t>І знов огонь? І знов у світлицях&lt;br /&gt;</w:t>
        <w:br/>
        <w:t>Княгині? Corpus Domini! * То ж ті&lt;br /&gt;</w:t>
        <w:br/>
        <w:t>Пожари лиш на мене ся завзяли?&lt;br /&gt;</w:t>
        <w:br/>
        <w:t>Се мож би збожеволіти: аж дев'ять&lt;br /&gt;</w:t>
        <w:br/>
        <w:t>Пожарів у однім року! А щоб&lt;br /&gt;</w:t>
        <w:br/>
        <w:t>Десятка була в ціль,— нарешті й тут,&lt;br /&gt;</w:t>
        <w:br/>
        <w:t>У сім щонаймилішім моїм замку,&lt;br /&gt;</w:t>
        <w:br/>
        <w:t>У гуцульських прекрасних моїх горах,&lt;br /&gt;</w:t>
        <w:br/>
        <w:t>Де літо перелітувать я думав&lt;br /&gt;</w:t>
        <w:br/>
        <w:t>В спокою безпечальнім,— аж і тут&lt;br /&gt;</w:t>
        <w:br/>
        <w:t>Пожар!..&lt;br /&gt;</w:t>
        <w:br/>
        <w:t>Маршалок&lt;br /&gt;</w:t>
        <w:br/>
        <w:t>Пресвітлий князю...&lt;br /&gt;</w:t>
        <w:br/>
        <w:t>Воєвод&lt;br /&gt;</w:t>
        <w:br/>
        <w:t>Будеш тихо,&lt;br /&gt;</w:t>
        <w:br/>
        <w:t>Собако ти скажена!? То ж на те&lt;br /&gt;</w:t>
        <w:br/>
        <w:t>Злишив супругу мою я на вас,&lt;br /&gt;</w:t>
        <w:br/>
        <w:t>Аби, єслй відгоджуся від дому,&lt;br /&gt;</w:t>
        <w:br/>
        <w:t>І ви порозлітались у нетрудне,&lt;br /&gt;</w:t>
        <w:br/>
        <w:t>Куда нечиста думка вас несе?&lt;br /&gt;</w:t>
        <w:br/>
        <w:t>Нікчемники!&lt;br /&gt;</w:t>
        <w:br/>
        <w:t>Секретар&lt;br /&gt;</w:t>
        <w:br/>
        <w:t>Мій пане...&lt;br /&gt;</w:t>
        <w:br/>
        <w:t>Воєвод&lt;br /&gt;</w:t>
        <w:br/>
        <w:t>Ані слова&lt;br /&gt;</w:t>
        <w:br/>
        <w:t>Від тебе, бо і ти не ліпший всіх!&lt;br /&gt;</w:t>
        <w:br/>
        <w:t>Та що мені они? Раби, що їх&lt;br /&gt;</w:t>
        <w:br/>
        <w:t>Нагай мій воротає. Але ти —&lt;br /&gt;</w:t>
        <w:br/>
        <w:t>Тебе я мав за сина...&lt;br /&gt;</w:t>
        <w:br/>
        <w:t>Секретар&lt;br /&gt;</w:t>
        <w:br/>
        <w:t>Що повинен&lt;br /&gt;</w:t>
        <w:br/>
        <w:t>Сліди вам ваші світлі продувать:&lt;br /&gt;</w:t>
        <w:br/>
        <w:t>Жебрущого хлопчину, сироту&lt;br /&gt;</w:t>
        <w:br/>
        <w:t>Без матері-вітця, мене приймили,&lt;br /&gt;</w:t>
        <w:br/>
        <w:t>І згодували, і до шкіл мя дали,&lt;br /&gt;</w:t>
        <w:br/>
        <w:t>Відтак...</w:t>
      </w:r>
    </w:p>
    <w:p>
      <w:r>
        <w:br/>
        <w:t>Божа кара! (лат.)— Ред.</w:t>
      </w:r>
    </w:p>
    <w:p>
      <w:r>
        <w:br/>
        <w:t>Воєвод&lt;br /&gt;</w:t>
        <w:br/>
        <w:t>Для того ж...&lt;br /&gt;</w:t>
        <w:br/>
        <w:t>Один слуга виступає.&lt;br /&gt;</w:t>
        <w:br/>
        <w:t>Там знов що нового?.&lt;br /&gt;</w:t>
        <w:br/>
        <w:t>Чи, може, знов пожар?&lt;br /&gt;</w:t>
        <w:br/>
        <w:t>Слуга&lt;br /&gt;</w:t>
        <w:br/>
        <w:t>Пани старости&lt;br /&gt;</w:t>
        <w:br/>
        <w:t>Благають.&lt;br /&gt;</w:t>
        <w:br/>
        <w:t>Воєвод&lt;br /&gt;</w:t>
        <w:br/>
        <w:t>В добрий час! Проси сюда!&lt;br /&gt;</w:t>
        <w:br/>
        <w:t>ДРУГА СЦЕНА&lt;br /&gt;</w:t>
        <w:br/>
        <w:t>Кілька старостів. Т і, що перше.&lt;br /&gt;</w:t>
        <w:br/>
        <w:t>Старий староста&lt;br /&gt;</w:t>
        <w:br/>
        <w:t>Ми чули, о пресвітлий воєводо,&lt;br /&gt;</w:t>
        <w:br/>
        <w:t>Яке нове нещастє...&lt;br /&gt;</w:t>
        <w:br/>
        <w:t>Воєвод&lt;br /&gt;</w:t>
        <w:br/>
        <w:t>А чи ж не?&lt;br /&gt;</w:t>
        <w:br/>
        <w:t>Подумайте, пани! Учора їду&lt;br /&gt;</w:t>
        <w:br/>
        <w:t>До Коломиї я, як то буває,&lt;br /&gt;</w:t>
        <w:br/>
        <w:t>Лишаючи супругу мою під&lt;br /&gt;</w:t>
        <w:br/>
        <w:t>Дозором сих нечемників. Хороший&lt;br /&gt;</w:t>
        <w:br/>
        <w:t>Дозір мені! Я тільки за ворота —&lt;br /&gt;</w:t>
        <w:br/>
        <w:t>А сі собі у вітер! Лиш княгиня&lt;br /&gt;</w:t>
        <w:br/>
        <w:t>Лишається сама, а що найлучче —&lt;br /&gt;</w:t>
        <w:br/>
        <w:t>Ще й позамикана!..&lt;br /&gt;</w:t>
        <w:br/>
        <w:t>Молодий староста&lt;br /&gt;</w:t>
        <w:br/>
        <w:t>Аж тут пожар!?&lt;br /&gt;</w:t>
        <w:br/>
        <w:t>Воєвод&lt;br /&gt;</w:t>
        <w:br/>
        <w:t>В кімнатах всередині! Думайте,&lt;br /&gt;</w:t>
        <w:br/>
        <w:t>Пани! Та де ж відважний той стрілець,&lt;br /&gt;</w:t>
        <w:br/>
        <w:t>Що, важучи душев, супругу мою&lt;br /&gt;</w:t>
        <w:br/>
        <w:t>З огню ми виніс? Предці ж я єго&lt;br /&gt;</w:t>
        <w:br/>
        <w:t>Зазвав до себе? нє?&lt;br /&gt;</w:t>
        <w:br/>
        <w:t>Маршалок&lt;br /&gt;</w:t>
        <w:br/>
        <w:t>Він ставився&lt;br /&gt;</w:t>
        <w:br/>
        <w:t>І дожидає світлого пізва.</w:t>
      </w:r>
    </w:p>
    <w:p>
      <w:r>
        <w:br/>
        <w:t>Воєвод&lt;br /&gt;</w:t>
        <w:br/>
        <w:t>В сей час сюда з ним!&lt;br /&gt;</w:t>
        <w:br/>
        <w:t>Маршалок&lt;br /&gt;</w:t>
        <w:br/>
        <w:t>Зараз, князю мій.&lt;br /&gt;</w:t>
        <w:br/>
        <w:t>(Пріч.)&lt;br /&gt;</w:t>
        <w:br/>
        <w:t>Воєвод&lt;br /&gt;</w:t>
        <w:br/>
        <w:t>Відважний і великодушний нарід&lt;br /&gt;</w:t>
        <w:br/>
        <w:t>Ті гуцули! Одну лиш хибу має:&lt;br /&gt;</w:t>
        <w:br/>
        <w:t>Що легкоумно кождому він вірить,&lt;br /&gt;</w:t>
        <w:br/>
        <w:t>І так ся попадає мимохіть&lt;br /&gt;</w:t>
        <w:br/>
        <w:t>У сіть обмани.&lt;br /&gt;</w:t>
        <w:br/>
        <w:t>Старий староста&lt;br /&gt;</w:t>
        <w:br/>
        <w:t>Се, звичайно, так.&lt;br /&gt;</w:t>
        <w:br/>
        <w:t>Бо кождий добродушний чоловік&lt;br /&gt;</w:t>
        <w:br/>
        <w:t>Усіх по собі судить.&lt;br /&gt;</w:t>
        <w:br/>
        <w:t>Молодий староста&lt;br /&gt;</w:t>
        <w:br/>
        <w:t>Правда то,&lt;br /&gt;</w:t>
        <w:br/>
        <w:t>Що гуцули — такі стрільці управні?&lt;br /&gt;</w:t>
        <w:br/>
        <w:t>Воєвод&lt;br /&gt;</w:t>
        <w:br/>
        <w:t>Він пташку тобі трафить на лету,&lt;br /&gt;</w:t>
        <w:br/>
        <w:t>І то немного ціливши. Ба навіть&lt;br /&gt;</w:t>
        <w:br/>
        <w:t>Жінки у них уміють стрільчити,&lt;br /&gt;</w:t>
        <w:br/>
        <w:t>І не одна вже укого стрільця&lt;br /&gt;</w:t>
        <w:br/>
        <w:t>Переветила навіть. Я би про&lt;br /&gt;</w:t>
        <w:br/>
        <w:t>Одно польованє раз на медведя&lt;br /&gt;</w:t>
        <w:br/>
        <w:t>Вам розповів, де молодий оден&lt;br /&gt;</w:t>
        <w:br/>
        <w:t>Стрілець... Та ось він сам! Лиш скорше, скорше,&lt;br /&gt;</w:t>
        <w:br/>
        <w:t>Мій жвавий стрільче!</w:t>
      </w:r>
    </w:p>
    <w:p>
      <w:r>
        <w:br/>
        <w:t>ТРЕТЯ СЦЕНА&lt;br /&gt;</w:t>
        <w:br/>
        <w:t>Олекса Довбуш з прекрасним топірцем. Виступивши, здоймае&lt;br /&gt;</w:t>
        <w:br/>
        <w:t>трохи свій багатий кресак, але кладе его собі зараз на голов.&lt;br /&gt;</w:t>
        <w:br/>
        <w:t>Т і, що перше.&lt;br /&gt;</w:t>
        <w:br/>
        <w:t>Воєвод&lt;br /&gt;</w:t>
        <w:br/>
        <w:t>Як зовешся?&lt;br /&gt;</w:t>
        <w:br/>
        <w:t>Довбуш&lt;br /&gt;</w:t>
        <w:br/>
        <w:t>я?&lt;br /&gt;</w:t>
        <w:br/>
        <w:t>Олекса Довбуш звуся.&lt;br /&gt;</w:t>
        <w:br/>
        <w:t>Воєвод&lt;br /&gt;</w:t>
        <w:br/>
        <w:t>(думаючи)&lt;br /&gt;</w:t>
        <w:br/>
        <w:t>Довбуш... Довбуш...&lt;br /&gt;</w:t>
        <w:br/>
        <w:t>(Говорить потиху з маршалком.)&lt;br /&gt;</w:t>
        <w:br/>
        <w:t>Молодий староста&lt;br /&gt;</w:t>
        <w:br/>
        <w:t>(іде до Олекси Довбуша і бере від него топір обзирати)&lt;br /&gt;</w:t>
        <w:br/>
        <w:t>Чи се не громовий топір лиш той,&lt;br /&gt;</w:t>
        <w:br/>
        <w:t>Що поклич ходить...&lt;br /&gt;</w:t>
        <w:br/>
        <w:t>Довбуш&lt;br /&gt;</w:t>
        <w:br/>
        <w:t>(вириваючи му го сердито з рук)&lt;br /&gt;</w:t>
        <w:br/>
        <w:t>Він!&lt;br /&gt;</w:t>
        <w:br/>
        <w:t>Воєвод&lt;br /&gt;</w:t>
        <w:br/>
        <w:t>Не той ти Довбуш,&lt;br /&gt;</w:t>
        <w:br/>
        <w:t>Що, два-три роки тому буде, на&lt;br /&gt;</w:t>
        <w:br/>
        <w:t>Польованю у чорногірськім лісі&lt;br /&gt;</w:t>
        <w:br/>
        <w:t>Мя від медведя спас?&lt;br /&gt;</w:t>
        <w:br/>
        <w:t>Довбуш&lt;br /&gt;</w:t>
        <w:br/>
        <w:t>Вже не нагадую.&lt;br /&gt;</w:t>
        <w:br/>
        <w:t>Воєвод&lt;br /&gt;</w:t>
        <w:br/>
        <w:t>А як тебе я княжеським даром&lt;br /&gt;</w:t>
        <w:br/>
        <w:t>Обдарувать хотів, ти вельми згорда&lt;br /&gt;</w:t>
        <w:br/>
        <w:t>Ми відповів, що від ляха дарів&lt;br /&gt;</w:t>
        <w:br/>
        <w:t>Не потребуєш?&lt;br /&gt;</w:t>
        <w:br/>
        <w:t>Довбуш&lt;br /&gt;</w:t>
        <w:br/>
        <w:t>Бо у нас не можна&lt;br /&gt;</w:t>
        <w:br/>
        <w:t>Від ворога дари приймати.&lt;br /&gt;</w:t>
        <w:br/>
        <w:t>Воєвод&lt;br /&gt;</w:t>
        <w:br/>
        <w:t>Як!?&lt;br /&gt;</w:t>
        <w:br/>
        <w:t>Ти ворогом мя звеш?&lt;br /&gt;</w:t>
        <w:br/>
        <w:t>Довбуш&lt;br /&gt;</w:t>
        <w:br/>
        <w:t>А ти ж не лях?&lt;br /&gt;</w:t>
        <w:br/>
        <w:t>Не тих самих батьків ти син, що волю&lt;br /&gt;</w:t>
        <w:br/>
        <w:t>Нам нашу зрабували? Відколи&lt;br /&gt;</w:t>
        <w:br/>
        <w:t>Ми поберіжє моря Чорного&lt;br /&gt;</w:t>
        <w:br/>
        <w:t>Нехали і в сих горах оселились,&lt;br /&gt;</w:t>
        <w:br/>
        <w:t>То гуцул волен був. Не знав він, що</w:t>
      </w:r>
    </w:p>
    <w:p>
      <w:r>
        <w:br/>
        <w:t>Король, що воєвод, що пан, що шляхтич,&lt;br /&gt;</w:t>
        <w:br/>
        <w:t>Бо сам си був і королем, і паном,&lt;br /&gt;</w:t>
        <w:br/>
        <w:t>І судцев, і не то.&lt;br /&gt;</w:t>
        <w:br/>
        <w:t>Секретар&lt;br /&gt;</w:t>
        <w:br/>
        <w:t>Як смієш...&lt;br /&gt;</w:t>
        <w:br/>
        <w:t>Воєвод&lt;br /&gt;</w:t>
        <w:br/>
        <w:t>Най го!&lt;br /&gt;</w:t>
        <w:br/>
        <w:t>Лиш далі, Довбущуку! Говори!&lt;br /&gt;</w:t>
        <w:br/>
        <w:t>Д о в б у ш&lt;br /&gt;</w:t>
        <w:br/>
        <w:t>Аж тут і лях ніт вісті відки взявся&lt;br /&gt;</w:t>
        <w:br/>
        <w:t>Та й каже: "Гуцули, цобратими!&lt;br /&gt;</w:t>
        <w:br/>
        <w:t>У вас ліси, де зроду ще й набою&lt;br /&gt;</w:t>
        <w:br/>
        <w:t>Стрілецького не чути було, а&lt;br /&gt;</w:t>
        <w:br/>
        <w:t>В них звірі без ліку всілякої,&lt;br /&gt;</w:t>
        <w:br/>
        <w:t>Що кождому стрільцеві серце аж&lt;br /&gt;</w:t>
        <w:br/>
        <w:t>Гуляє, як згадає. Як же ж би&lt;br /&gt;</w:t>
        <w:br/>
        <w:t>То було, братчики, аби ви нам&lt;br /&gt;</w:t>
        <w:br/>
        <w:t>Позволили стаї собі мисливські&lt;br /&gt;</w:t>
        <w:br/>
        <w:t>Побудувати тут, аби враз з вами&lt;br /&gt;</w:t>
        <w:br/>
        <w:t>І стрільчити, і літо літувать?"&lt;br /&gt;</w:t>
        <w:br/>
        <w:t>А гуцул, що він вірить кождому&lt;br /&gt;</w:t>
        <w:br/>
        <w:t>І думає, що кождий так, як він,&lt;br /&gt;</w:t>
        <w:br/>
        <w:t>Лукавством не орудує, приймив&lt;br /&gt;</w:t>
        <w:br/>
        <w:t>За рідних вас у вольні свої гори!&lt;br /&gt;</w:t>
        <w:br/>
        <w:t>Старий староста&lt;br /&gt;</w:t>
        <w:br/>
        <w:t>Позволь...&lt;br /&gt;</w:t>
        <w:br/>
        <w:t>Воєвод&lt;br /&gt;</w:t>
        <w:br/>
        <w:t>Нехайте ж го! Лиш далі, Довбуш!&lt;br /&gt;</w:t>
        <w:br/>
        <w:t>Д о в б у ш&lt;br /&gt;</w:t>
        <w:br/>
        <w:t>Але з ватер мисливських стали замки,&lt;br /&gt;</w:t>
        <w:br/>
        <w:t>З товаришів — кати, з братів — тирани,&lt;br /&gt;</w:t>
        <w:br/>
        <w:t>Що посіпак та драбів понаймали,&lt;br /&gt;</w:t>
        <w:br/>
        <w:t>Аби дідизного господаря,&lt;br /&gt;</w:t>
        <w:br/>
        <w:t>Що в свій халаш за гостя вас приймив,&lt;br /&gt;</w:t>
        <w:br/>
        <w:t>В ярем убрати та в рабський кайдан!&lt;br /&gt;</w:t>
        <w:br/>
        <w:t>А ви ще хочете, аби вас гуцул&lt;br /&gt;</w:t>
        <w:br/>
        <w:t>За друга свого мав? О воєводо!&lt;br /&gt;</w:t>
        <w:br/>
        <w:t>Ви нас опришками, та різунами,&lt;br /&gt;</w:t>
        <w:br/>
        <w:t>Та людоїдами звете. До кого&lt;br /&gt;</w:t>
        <w:br/>
        <w:t>З обох нас — чи до ляха, чи до нас —&lt;br /&gt;</w:t>
        <w:br/>
        <w:t>Та назва липне, світ колись осудить.&lt;br /&gt;</w:t>
        <w:br/>
        <w:t>Але що гуцул — то за свою волю&lt;br /&gt;</w:t>
        <w:br/>
        <w:t>Він вступиться, хоть най там зараз знає,&lt;br /&gt;</w:t>
        <w:br/>
        <w:t>Що або лядське серце то невірне,&lt;br /&gt;</w:t>
        <w:br/>
        <w:t>Або й послідне щире гуцульське&lt;br /&gt;</w:t>
        <w:br/>
        <w:t>Ме голе трепетатись на ножі:&lt;br /&gt;</w:t>
        <w:br/>
        <w:t>Нам все одно!&lt;br /&gt;</w:t>
        <w:br/>
        <w:t>Воєвод&lt;br /&gt;</w:t>
        <w:br/>
        <w:t>Відважна бесіда!&lt;br /&gt;</w:t>
        <w:br/>
        <w:t>Єй-богу, що відважна! Й щастє твоє!..&lt;br /&gt;</w:t>
        <w:br/>
        <w:t>Бо якби не така відважна, то&lt;br /&gt;</w:t>
        <w:br/>
        <w:t>Мій кат би зараз мав роботу! Ти ж&lt;br /&gt;</w:t>
        <w:br/>
        <w:t>Ляха ненавидиш, звеш ворогом,&lt;br /&gt;</w:t>
        <w:br/>
        <w:t>А предці єс за лядською душею&lt;br /&gt;</w:t>
        <w:br/>
        <w:t>У поломінь пішов. За се, мій сину,&lt;br /&gt;</w:t>
        <w:br/>
        <w:t>То вибери собі, котре найкраще,&lt;br /&gt;</w:t>
        <w:br/>
        <w:t>Село від мене в дар! Що грамоти&lt;br /&gt;</w:t>
        <w:br/>
        <w:t>Шляхоцької ся тичить, то се буде&lt;br /&gt;</w:t>
        <w:br/>
        <w:t>Найперше моє діло, як лиш сойм&lt;br /&gt;</w:t>
        <w:br/>
        <w:t>Ся з'їде. Ну?&lt;br /&gt;</w:t>
        <w:br/>
        <w:t>Д о в б у ш&lt;br /&gt;</w:t>
        <w:br/>
        <w:t>Я гуцул, воєводо!&lt;br /&gt;</w:t>
        <w:br/>
        <w:t>Воєвод&lt;br /&gt;</w:t>
        <w:br/>
        <w:t>А я знов лях, що завстидатися&lt;br /&gt;</w:t>
        <w:br/>
        <w:t>Й від гуцула не дасть!&lt;br /&gt;</w:t>
        <w:br/>
        <w:t>Д о в б у ш&lt;br /&gt;</w:t>
        <w:br/>
        <w:t>Се варт би пруби.&lt;br /&gt;</w:t>
        <w:br/>
        <w:t>Воєвод&lt;br /&gt;</w:t>
        <w:br/>
        <w:t>Прубуй — даю ти волю! Але знай,&lt;br /&gt;</w:t>
        <w:br/>
        <w:t>Аби ся пруба князя лядського&lt;br /&gt;</w:t>
        <w:br/>
        <w:t>І годна була!&lt;br /&gt;</w:t>
        <w:br/>
        <w:t>Д о в б у ш&lt;br /&gt;</w:t>
        <w:br/>
        <w:t>Не журися, князю!&lt;br /&gt;</w:t>
        <w:br/>
        <w:t>Верни усім ти гуцульським осадам,&lt;br /&gt;</w:t>
        <w:br/>
        <w:t>Що в твоєму ключі, їх давну волю!&lt;br /&gt;</w:t>
        <w:br/>
        <w:t>Воєвод&lt;br /&gt;</w:t>
        <w:br/>
        <w:t>На се ти мою руку, годний Довбуш!&lt;br /&gt;</w:t>
        <w:br/>
        <w:t>(До слуг.)&lt;br /&gt;</w:t>
        <w:br/>
        <w:t>Сідлати свіжі коні!&lt;br /&gt;</w:t>
        <w:br/>
        <w:t>Кілька слуг — пріч.&lt;br /&gt;</w:t>
        <w:br/>
        <w:t>І княгиня&lt;br /&gt;</w:t>
        <w:br/>
        <w:t>Давно бажає сего. Сойм мені&lt;br /&gt;</w:t>
        <w:br/>
        <w:t>В нічім не заперечить; задля того ж,&lt;br /&gt;</w:t>
        <w:br/>
        <w:t>Секретарю, сегодне рано ще&lt;br /&gt;</w:t>
        <w:br/>
        <w:t>Всіх гуцулів на замок сей зазвати&lt;br /&gt;</w:t>
        <w:br/>
        <w:t>І волю огласити їм! А я,&lt;br /&gt;</w:t>
        <w:br/>
        <w:t>Як стою, так і до Варшави їду,&lt;br /&gt;</w:t>
        <w:br/>
        <w:t>Аби на моє слово й грамоту&lt;br /&gt;</w:t>
        <w:br/>
        <w:t>Принести вам. Доволен?&lt;br /&gt;</w:t>
        <w:br/>
        <w:t>Довбуш&lt;br /&gt;</w:t>
        <w:br/>
        <w:t>Варт тобі&lt;br /&gt;</w:t>
        <w:br/>
        <w:t>Би бути гуцулом! На се ти моя&lt;br /&gt;</w:t>
        <w:br/>
        <w:t>Рука, о воєводо! Якби всі&lt;br /&gt;</w:t>
        <w:br/>
        <w:t>Ляхи такі, як ти, о князю, були,&lt;br /&gt;</w:t>
        <w:br/>
        <w:t>То ми б мечі&lt;br /&gt;</w:t>
        <w:br/>
        <w:t>На плугове желізо перекули!&lt;br /&gt;</w:t>
        <w:br/>
        <w:t>Воєвод&lt;br /&gt;</w:t>
        <w:br/>
        <w:t>А ми з шабель серпи бих поробили!&lt;br /&gt;</w:t>
        <w:br/>
        <w:t>Лиш з Русев враз святої Польщі сила!&lt;br /&gt;</w:t>
        <w:br/>
        <w:t>Лиш руська грудь нам може валом стати —&lt;br /&gt;</w:t>
        <w:br/>
        <w:t>Для того ж нам любитися, як браття,&lt;br /&gt;</w:t>
        <w:br/>
        <w:t>І нашу силу у одну злучити:&lt;br /&gt;</w:t>
        <w:br/>
        <w:t>Хто ж годен нас в союзі побідити?&lt;br /&gt;</w:t>
        <w:br/>
        <w:t>Тепер же до Варшави!&lt;br /&gt;</w:t>
        <w:br/>
        <w:t>(Пріч.)&lt;br /&gt;</w:t>
        <w:br/>
        <w:t>Усі єго випроводжають, і лиш секретар лишаєсь.&lt;br /&gt;</w:t>
        <w:br/>
        <w:t>ЧЕТВЕРТА СЦЕНА&lt;br /&gt;</w:t>
        <w:br/>
        <w:t>Секретар сам.&lt;br /&gt;</w:t>
        <w:br/>
        <w:t>Секретар&lt;br /&gt;</w:t>
        <w:br/>
        <w:t>Хоть і в пекло І&lt;br /&gt;</w:t>
        <w:br/>
        <w:t>Аби мені лиш воля своє діло&lt;br /&gt;</w:t>
        <w:br/>
        <w:t>До краю довести. Бо я — я люб'ю&lt;br /&gt;</w:t>
        <w:br/>
        <w:t>Княгиню гуцульську — старого сего дурня&lt;br /&gt;</w:t>
        <w:br/>
        <w:t>Прекрасную супругу, і то так,&lt;br /&gt;</w:t>
        <w:br/>
        <w:t>Як ще ніхто у світі не любив,&lt;br /&gt;</w:t>
        <w:br/>
        <w:t>Як ще ніхто у нім не був люблений.&lt;br /&gt;</w:t>
        <w:br/>
        <w:t>А хоть і моє сватане любовне&lt;br /&gt;</w:t>
        <w:br/>
        <w:t>З погордов відвертаєш ти від себе,&lt;br /&gt;</w:t>
        <w:br/>
        <w:t>А хоть і всі пожари так прехитро&lt;br /&gt;</w:t>
        <w:br/>
        <w:t>Від мене приспособлені — а то</w:t>
      </w:r>
    </w:p>
    <w:p>
      <w:r>
        <w:br/>
        <w:t>На те умисне приспособлен^&lt;br /&gt;</w:t>
        <w:br/>
        <w:t>Аби у розрусі пожарному&lt;br /&gt;</w:t>
        <w:br/>
        <w:t>З тов мойов райськов пташков пріч умчать,—-&lt;br /&gt;</w:t>
        <w:br/>
        <w:t>То я однако свою жертву ще&lt;br /&gt;</w:t>
        <w:br/>
        <w:t>Не пишу за пропащу, але овшем:&lt;br /&gt;</w:t>
        <w:br/>
        <w:t>Чим більше перепон — тим більше в мене&lt;br /&gt;</w:t>
        <w:br/>
        <w:t>Відваги, і охоти, і прагніння,&lt;br /&gt;</w:t>
        <w:br/>
        <w:t>Котрі ростуть година за годинов&lt;br /&gt;</w:t>
        <w:br/>
        <w:t>У моїм невсипущім серці тут,&lt;br /&gt;</w:t>
        <w:br/>
        <w:t>Аж доки ту до него не притулю,&lt;br /&gt;</w:t>
        <w:br/>
        <w:t>Що вно за нев горить, палає, гине!&lt;br /&gt;</w:t>
        <w:br/>
        <w:t>Хоть світ цілий бих мав пустити з димом!</w:t>
      </w:r>
    </w:p>
    <w:p>
      <w:r>
        <w:br/>
        <w:t>П'ЯТА СЦЕНА&lt;br /&gt;</w:t>
        <w:br/>
        <w:t>Довбуш. Той, що перше&lt;br /&gt;</w:t>
        <w:br/>
        <w:t>Довбуш&lt;br /&gt;</w:t>
        <w:br/>
        <w:t>На перешкоді, може?&lt;br /&gt;</w:t>
        <w:br/>
        <w:t>Секретар&lt;br /&gt;</w:t>
        <w:br/>
        <w:t>(нишком)&lt;br /&gt;</w:t>
        <w:br/>
        <w:t>Проклятущий!&lt;br /&gt;</w:t>
        <w:br/>
        <w:t>(На голос.)&lt;br /&gt;</w:t>
        <w:br/>
        <w:t>Кого се виджу!? Славний Довбуш наш!?&lt;br /&gt;</w:t>
        <w:br/>
        <w:t>А сеї ночі — світлої княгині&lt;br /&gt;</w:t>
        <w:br/>
        <w:t>Спаситель!?&lt;br /&gt;</w:t>
        <w:br/>
        <w:t>Довбуш&lt;br /&gt;</w:t>
        <w:br/>
        <w:t>Що за діло! Але можу&lt;br /&gt;</w:t>
        <w:br/>
        <w:t>Тобі я звіритись?&lt;br /&gt;</w:t>
        <w:br/>
        <w:t>Секретар&lt;br /&gt;</w:t>
        <w:br/>
        <w:t>Як можеш так&lt;br /&gt;</w:t>
        <w:br/>
        <w:t>Питати лиш? Мене лиш так питати?&lt;br /&gt;</w:t>
        <w:br/>
        <w:t>Довбуш&lt;br /&gt;</w:t>
        <w:br/>
        <w:t>То заспособ же так, аби з княгинев&lt;br /&gt;</w:t>
        <w:br/>
        <w:t>Я говорив! Але без свідків!&lt;br /&gt;</w:t>
        <w:br/>
        <w:t>Д ж и м І р показується і махає на Довбуша, котрий, єго постерігши, до&lt;br /&gt;</w:t>
        <w:br/>
        <w:t>него каже:&lt;br /&gt;</w:t>
        <w:br/>
        <w:t>Зараз!&lt;br /&gt;</w:t>
        <w:br/>
        <w:t>(До секретаря.)&lt;br /&gt;</w:t>
        <w:br/>
        <w:t>На хвильку лиш...&lt;br /&gt;</w:t>
        <w:br/>
        <w:t>(Іде до Джиміра, котрий єго нишком перестерігає,&lt;br /&gt;</w:t>
        <w:br/>
        <w:t>в одно на секретаря показуючи.)&lt;br /&gt;</w:t>
        <w:br/>
        <w:t>Секретар&lt;br /&gt;</w:t>
        <w:br/>
        <w:t>(до себе)&lt;br /&gt;</w:t>
        <w:br/>
        <w:t>Се що такого? Ґа!&lt;br /&gt;</w:t>
        <w:br/>
        <w:t>(Б'єсь у чоло.)&lt;br /&gt;</w:t>
        <w:br/>
        <w:t>О, плохоум я! Він хіба не спас ю&lt;br /&gt;</w:t>
        <w:br/>
        <w:t>Від смерті сеї ночі? Він не гуцул?&lt;br /&gt;</w:t>
        <w:br/>
        <w:t>Она ж не красна? Га! щоб то я знав!..&lt;br /&gt;</w:t>
        <w:br/>
        <w:t>Але я мушу знати! бо я мушу!&lt;br /&gt;</w:t>
        <w:br/>
        <w:t>Д о в б у ш&lt;br /&gt;</w:t>
        <w:br/>
        <w:t>(вертаючи)&lt;br /&gt;</w:t>
        <w:br/>
        <w:t>І як?&lt;br /&gt;</w:t>
        <w:br/>
        <w:t>Секретар&lt;br /&gt;</w:t>
        <w:br/>
        <w:t>(хитро)&lt;br /&gt;</w:t>
        <w:br/>
        <w:t>А вадь, що ти княгиню любиш.'&lt;br /&gt;</w:t>
        <w:br/>
        <w:t>Д о в б у ш&lt;br /&gt;</w:t>
        <w:br/>
        <w:t>Ти ще й питаєш? О секретарю!..&lt;br /&gt;</w:t>
        <w:br/>
        <w:t>Секретар&lt;br /&gt;</w:t>
        <w:br/>
        <w:t>І відколи?&lt;br /&gt;</w:t>
        <w:br/>
        <w:t>Д о в б у ш&lt;br /&gt;</w:t>
        <w:br/>
        <w:t>Я ту княгиню люб'ю?&lt;br /&gt;</w:t>
        <w:br/>
        <w:t>Віднині рано, як уперше ю&lt;br /&gt;</w:t>
        <w:br/>
        <w:t>В садах там на проході я уздрів.&lt;br /&gt;</w:t>
        <w:br/>
        <w:t>А нині вечором — як попід замок,&lt;br /&gt;</w:t>
        <w:br/>
        <w:t>Неначе окаянний той, блукаю&lt;br /&gt;</w:t>
        <w:br/>
        <w:t>І сам не знаю чо. А тут пожар&lt;br /&gt;</w:t>
        <w:br/>
        <w:t>В кімнатах ловиться! Я в замок лом'юсь&lt;br /&gt;</w:t>
        <w:br/>
        <w:t>Умлівшу з поломені на руках&lt;br /&gt;</w:t>
        <w:br/>
        <w:t>Виношу, у рожеве то личко&lt;br /&gt;</w:t>
        <w:br/>
        <w:t>Цілую, то... О-о! для чого ж я&lt;br /&gt;</w:t>
        <w:br/>
        <w:t>Враз з нею не згорів — в тій хвилі не&lt;br /&gt;</w:t>
        <w:br/>
        <w:t>Згорів, коли у ангельське личко&lt;br /&gt;</w:t>
        <w:br/>
        <w:t>Я то дивився!.. О секретарю!..&lt;br /&gt;</w:t>
        <w:br/>
        <w:t>Секретар&lt;br /&gt;</w:t>
        <w:br/>
        <w:t>Мені тя жаль, мій друже! І такий&lt;br /&gt;</w:t>
        <w:br/>
        <w:t>Мені тебе є жаль, що я готів&lt;br /&gt;</w:t>
        <w:br/>
        <w:t>Тобі в послузі стати. А она</w:t>
      </w:r>
    </w:p>
    <w:p>
      <w:r>
        <w:br/>
        <w:t>Хіба чувства у серці би не мала,&lt;br /&gt;</w:t>
        <w:br/>
        <w:t>Аби не вислухать любов твою.&lt;br /&gt;</w:t>
        <w:br/>
        <w:t>Ти ж, предці, ю від смерті нині спас!?&lt;br /&gt;</w:t>
        <w:br/>
        <w:t>Але чи йме мені она се віри,&lt;br /&gt;</w:t>
        <w:br/>
        <w:t>Що ти мене післав?&lt;br /&gt;</w:t>
        <w:br/>
        <w:t>Довбуш&lt;br /&gt;</w:t>
        <w:br/>
        <w:t>(подає му топір)&lt;br /&gt;</w:t>
        <w:br/>
        <w:t>То на ж тобі!&lt;br /&gt;</w:t>
        <w:br/>
        <w:t>Княгиня певне знає, що топір сей&lt;br /&gt;</w:t>
        <w:br/>
        <w:t>Святий є гуцулам, святий мені,&lt;br /&gt;</w:t>
        <w:br/>
        <w:t>А так і ониматися не ме,&lt;br /&gt;</w:t>
        <w:br/>
        <w:t>Секретарю! Се много я тобі&lt;br /&gt;</w:t>
        <w:br/>
        <w:t>Повірив! Але муж що не зробив би&lt;br /&gt;</w:t>
        <w:br/>
        <w:t>Для своєї люби?..&lt;br /&gt;</w:t>
        <w:br/>
        <w:t>Секретар&lt;br /&gt;</w:t>
        <w:br/>
        <w:t>(нишком)&lt;br /&gt;</w:t>
        <w:br/>
        <w:t>Яка ж наука&lt;br /&gt;</w:t>
        <w:br/>
        <w:t>Для мене!..&lt;br /&gt;</w:t>
        <w:br/>
        <w:t>(До Довбуша.)&lt;br /&gt;</w:t>
        <w:br/>
        <w:t>Тож прийди за півгодини!&lt;br /&gt;</w:t>
        <w:br/>
        <w:t>Довбуш&lt;br /&gt;</w:t>
        <w:br/>
        <w:t>Я прийду! Хоть бих знав, що там загину!&lt;br /&gt;</w:t>
        <w:br/>
        <w:t>(Пріч.)&lt;br /&gt;</w:t>
        <w:br/>
        <w:t>ШОСТА СЦЕНА&lt;br /&gt;</w:t>
        <w:br/>
        <w:t>Секретар сам.&lt;br /&gt;</w:t>
        <w:br/>
        <w:t>Секретар&lt;br /&gt;</w:t>
        <w:br/>
        <w:t>І справді много дав мені єси!&lt;br /&gt;</w:t>
        <w:br/>
        <w:t>І справді много!.. Бо отсей топір&lt;br /&gt;</w:t>
        <w:br/>
        <w:t>У народа святий — і він єго&lt;br /&gt;</w:t>
        <w:br/>
        <w:t>За всі корони світа не міняв би.&lt;br /&gt;</w:t>
        <w:br/>
        <w:t>(Смотрить вістрє.)&lt;br /&gt;</w:t>
        <w:br/>
        <w:t>А й твоє вістрє остре, топоре!&lt;br /&gt;</w:t>
        <w:br/>
        <w:t>Ще довго можеш катові служити&lt;br /&gt;</w:t>
        <w:br/>
        <w:t>Та душ переколоти!.. Тож подай,&lt;br /&gt;</w:t>
        <w:br/>
        <w:t>Вовіки невсипущий аде ти,&lt;br /&gt;</w:t>
        <w:br/>
        <w:t>До сеї зброї й руку ще мені —&lt;br /&gt;</w:t>
        <w:br/>
        <w:t>А виграна кровава тая гра,&lt;br /&gt;</w:t>
        <w:br/>
        <w:t>Що грати я задумав! Але ти&lt;br /&gt;</w:t>
        <w:br/>
        <w:t>Не любиш там баритися, де кров&lt;br /&gt;</w:t>
        <w:br/>
        <w:t>Та людські душі ти на жир завітриш!&lt;br /&gt;</w:t>
        <w:br/>
        <w:t>Бо сли мя очі мої не заводя,&lt;br /&gt;</w:t>
        <w:br/>
        <w:t>То Дзвінка там іде, з тих нешт одна,&lt;br /&gt;</w:t>
        <w:br/>
        <w:t>Що женихливого Довбущука&lt;br /&gt;</w:t>
        <w:br/>
        <w:t>Всилилася,— а він, як не одну вже,&lt;br /&gt;</w:t>
        <w:br/>
        <w:t>У своїй легкоумиості нехав?&lt;br /&gt;</w:t>
        <w:br/>
        <w:t>Так, се она!&lt;br /&gt;</w:t>
        <w:br/>
        <w:t>(Ховає топір поза плечі.)&lt;br /&gt;</w:t>
        <w:br/>
        <w:t>Лиш скорше, моя паво!&lt;br /&gt;</w:t>
        <w:br/>
        <w:t>Вас пекло вивело собі на славу!&lt;br /&gt;</w:t>
        <w:br/>
        <w:t>СЬОМА СЦЕНА&lt;br /&gt;</w:t>
        <w:br/>
        <w:t>Дзвінка. Той, що перше.&lt;br /&gt;</w:t>
        <w:br/>
        <w:t>Дзвінка&lt;br /&gt;</w:t>
        <w:br/>
        <w:t>(з горя ревучи)&lt;br /&gt;</w:t>
        <w:br/>
        <w:t>Не було тутки Довбуша?&lt;br /&gt;</w:t>
        <w:br/>
        <w:t>Секретар&lt;br /&gt;</w:t>
        <w:br/>
        <w:t>О-о!..&lt;br /&gt;</w:t>
        <w:br/>
        <w:t>У сльозах, красна Дзвінко!? А то ж хто&lt;br /&gt;</w:t>
        <w:br/>
        <w:t>Такий невірний та немилосердний&lt;br /&gt;</w:t>
        <w:br/>
        <w:t>Такі прекрасні, любі оченята&lt;br /&gt;</w:t>
        <w:br/>
        <w:t>У сльозах затоп'яти!..&lt;br /&gt;</w:t>
        <w:br/>
        <w:t>Дзвінка&lt;br /&gt;</w:t>
        <w:br/>
        <w:t>Хто? А він!&lt;br /&gt;</w:t>
        <w:br/>
        <w:t>Невірний Довбуш той!.. Секретарю!&lt;br /&gt;</w:t>
        <w:br/>
        <w:t>Що я з-за него учинила — того&lt;br /&gt;</w:t>
        <w:br/>
        <w:t>Люба не учинила ще, як світ,&lt;br /&gt;</w:t>
        <w:br/>
        <w:t>А він...&lt;br /&gt;</w:t>
        <w:br/>
        <w:t>Секретар&lt;br /&gt;</w:t>
        <w:br/>
        <w:t>Що маю чути!?&lt;br /&gt;</w:t>
        <w:br/>
        <w:t>Дзвінка&lt;br /&gt;</w:t>
        <w:br/>
        <w:t>Що мя зрадив!&lt;br /&gt;</w:t>
        <w:br/>
        <w:t>Покинув! Понехав! Мене забув!&lt;br /&gt;</w:t>
        <w:br/>
        <w:t>А то усе через одну циганку,&lt;br /&gt;</w:t>
        <w:br/>
        <w:t>Пекольну чарівницю!..&lt;br /&gt;</w:t>
        <w:br/>
        <w:t>Секретар&lt;br /&gt;</w:t>
        <w:br/>
        <w:t>(сміючись)&lt;br /&gt;</w:t>
        <w:br/>
        <w:t>Ха-ха-ха!..&lt;br /&gt;</w:t>
        <w:br/>
        <w:t>Плетеш як божевільна! Довбуш — Дзвінку —&lt;br /&gt;</w:t>
        <w:br/>
        <w:t>Та через чарівницю!..&lt;br /&gt;</w:t>
        <w:br/>
        <w:t>Дзвінка&lt;br /&gt;</w:t>
        <w:br/>
        <w:t>Через кого ж?&lt;br /&gt;</w:t>
        <w:br/>
        <w:t>Секретар&lt;br /&gt;</w:t>
        <w:br/>
        <w:t>(ніби нишком, але з притиском)&lt;br /&gt;</w:t>
        <w:br/>
        <w:t>Через княгиню!&lt;br /&gt;</w:t>
        <w:br/>
        <w:t>Дзвінка&lt;br /&gt;</w:t>
        <w:br/>
        <w:t>(потикаючись навзнак)&lt;br /&gt;</w:t>
        <w:br/>
        <w:t>Га!..&lt;br /&gt;</w:t>
        <w:br/>
        <w:t>Секретар&lt;br /&gt;</w:t>
        <w:br/>
        <w:t>Хороша паня,&lt;br /&gt;</w:t>
        <w:br/>
        <w:t>Ніщо й казати! О, твій Довбуш знає&lt;br /&gt;</w:t>
        <w:br/>
        <w:t>Хорошим обертин!..&lt;br /&gt;</w:t>
        <w:br/>
        <w:t>Дзвінка&lt;br /&gt;</w:t>
        <w:br/>
        <w:t>То ж так? Не Чора?..&lt;br /&gt;</w:t>
        <w:br/>
        <w:t>Секретар&lt;br /&gt;</w:t>
        <w:br/>
        <w:t>Ще кілько раз ти маю повторяти?&lt;br /&gt;</w:t>
        <w:br/>
        <w:t>Княгиня гуцульська!&lt;br /&gt;</w:t>
        <w:br/>
        <w:t>(Показує топір.)&lt;br /&gt;</w:t>
        <w:br/>
        <w:t>А се у мене&lt;br /&gt;</w:t>
        <w:br/>
        <w:t>Післанець!&lt;br /&gt;</w:t>
        <w:br/>
        <w:t>Дзвінка&lt;br /&gt;</w:t>
        <w:br/>
        <w:t>(у крайній розпуці)&lt;br /&gt;</w:t>
        <w:br/>
        <w:t>Я пропала!..&lt;br /&gt;</w:t>
        <w:br/>
        <w:t>Секретар&lt;br /&gt;</w:t>
        <w:br/>
        <w:t>Так, небого!&lt;br /&gt;</w:t>
        <w:br/>
        <w:t>Пропала-єс навіки! Але ти&lt;br /&gt;</w:t>
        <w:br/>
        <w:t>Ще не пропала, як лиш тільки схочеш&lt;br /&gt;</w:t>
        <w:br/>
        <w:t>Послухать мої ради і піти&lt;br /&gt;</w:t>
        <w:br/>
        <w:t>За моїм проводом.&lt;br /&gt;</w:t>
        <w:br/>
        <w:t>Дзвінка&lt;br /&gt;</w:t>
        <w:br/>
        <w:t>Як то дитя&lt;br /&gt;</w:t>
        <w:br/>
        <w:t>За матері руками — лиш пімститись&lt;br /&gt;</w:t>
        <w:br/>
        <w:t>Мені над ляшков дай! А то пімститись,&lt;br /&gt;</w:t>
        <w:br/>
        <w:t>Аби аж пекло зодригнулося!&lt;br /&gt;</w:t>
        <w:br/>
        <w:t>Отак на ній пімститися!!!&lt;br /&gt;</w:t>
        <w:br/>
        <w:t>Секретар&lt;br /&gt;</w:t>
        <w:br/>
        <w:t>Пімстишся!&lt;br /&gt;</w:t>
        <w:br/>
        <w:t>Лиш насамперед постарайся з Чоров&lt;br /&gt;</w:t>
        <w:br/>
        <w:t>Союз зробити.&lt;br /&gt;</w:t>
        <w:br/>
        <w:t>Дзвінка&lt;br /&gt;</w:t>
        <w:br/>
        <w:t>І ще більше! Я&lt;br /&gt;</w:t>
        <w:br/>
        <w:t>Такий вповім ти спосіб, що змієв&lt;br /&gt;</w:t>
        <w:br/>
        <w:t>Она на него встане, невсипущов&lt;br /&gt;</w:t>
        <w:br/>
        <w:t>Гадюков, що го переслідувать&lt;br /&gt;</w:t>
        <w:br/>
        <w:t>До страшного аж суду ме!&lt;br /&gt;</w:t>
        <w:br/>
        <w:t>Секретар&lt;br /&gt;</w:t>
        <w:br/>
        <w:t>Я дуже&lt;br /&gt;</w:t>
        <w:br/>
        <w:t>Цікавий?&lt;br /&gt;</w:t>
        <w:br/>
        <w:t>Дзвінка&lt;br /&gt;</w:t>
        <w:br/>
        <w:t>Слухай же ж! Там, за селом,&lt;br /&gt;</w:t>
        <w:br/>
        <w:t>Живе оден циганський чарівник,&lt;br /&gt;</w:t>
        <w:br/>
        <w:t>Що над хрестом одним він золотим&lt;br /&gt;</w:t>
        <w:br/>
        <w:t>Чаклує років більше вже як двадцять&lt;br /&gt;</w:t>
        <w:br/>
        <w:t>І всю надію свою, ввесь свій вік&lt;br /&gt;</w:t>
        <w:br/>
        <w:t>У знахарськім хресті тім затопив.&lt;br /&gt;</w:t>
        <w:br/>
        <w:t>Секретар&lt;br /&gt;</w:t>
        <w:br/>
        <w:t>І я про се вже чув. Але як липне&lt;br /&gt;</w:t>
        <w:br/>
        <w:t>Той хрест до Довбуша?&lt;br /&gt;</w:t>
        <w:br/>
        <w:t>Дзвінка&lt;br /&gt;</w:t>
        <w:br/>
        <w:t>Та се ж бо й штука!&lt;br /&gt;</w:t>
        <w:br/>
        <w:t>Єсли тобі би вдалось Довбуша&lt;br /&gt;</w:t>
        <w:br/>
        <w:t>Яков прехитров штучков підійти&lt;br /&gt;</w:t>
        <w:br/>
        <w:t>Або, про мене, й приневолити,&lt;br /&gt;</w:t>
        <w:br/>
        <w:t>Аби від Чори витуманив він&lt;br /&gt;</w:t>
        <w:br/>
        <w:t>Той хрест,— тогді не бійся, що не станесь&lt;br /&gt;</w:t>
        <w:br/>
        <w:t>Все так, як я казала.&lt;br /&gt;</w:t>
        <w:br/>
        <w:t>Секретар&lt;br /&gt;</w:t>
        <w:br/>
        <w:t>(роздумуючи)&lt;br /&gt;</w:t>
        <w:br/>
        <w:t>Гм... гм... гм!..&lt;br /&gt;</w:t>
        <w:br/>
        <w:t>(Радісно.)&lt;br /&gt;</w:t>
        <w:br/>
        <w:t>Тепер я розумію!! Прехороше!&lt;br /&gt;</w:t>
        <w:br/>
        <w:t>Препрехороше, Дзвінко! За тото ж&lt;br /&gt;</w:t>
        <w:br/>
        <w:t>Ти й Довбуша дістанеш!&lt;br /&gt;</w:t>
        <w:br/>
        <w:t>(Подає їй тапір.)&lt;br /&gt;</w:t>
        <w:br/>
        <w:t>На ж тобі&lt;br /&gt;</w:t>
        <w:br/>
        <w:t>Топір сей дорогий і дожидай&lt;br /&gt;</w:t>
        <w:br/>
        <w:t>У моїй мя кімнаті, де о далі&lt;br /&gt;</w:t>
        <w:br/>
        <w:t>Порадимось, що прийде нам робитиі&lt;br /&gt;</w:t>
        <w:br/>
        <w:t>Дзвінка&lt;br /&gt;</w:t>
        <w:br/>
        <w:t>Бих мала по чоло в крові бродити!&lt;br /&gt;</w:t>
        <w:br/>
        <w:t>(Пріч.)&lt;br /&gt;</w:t>
        <w:br/>
        <w:t>ВОСЬМА СЦЕНА&lt;br /&gt;</w:t>
        <w:br/>
        <w:t>Секретар сам.&lt;br /&gt;</w:t>
        <w:br/>
        <w:t>Секретар&lt;br /&gt;</w:t>
        <w:br/>
        <w:t>Так! по чоло, невісто, по чоло!&lt;br /&gt;</w:t>
        <w:br/>
        <w:t>Двох народів судьба рішилася,&lt;br /&gt;</w:t>
        <w:br/>
        <w:t>І пишесь нужда, горе, кров, погибельї&lt;br /&gt;</w:t>
        <w:br/>
        <w:t>Бо хто безвстидниці завдасть лиш волю,&lt;br /&gt;</w:t>
        <w:br/>
        <w:t>Той вже не вирветься з їй рук ніколи!..&lt;br /&gt;</w:t>
        <w:br/>
        <w:t>Вже йдеш? Ходи, ходи!..&lt;br /&gt;</w:t>
        <w:br/>
        <w:t>(Робиться, що плаче.)&lt;br /&gt;</w:t>
        <w:br/>
        <w:t>ДЕВ'ЯТА СЦЕНА&lt;br /&gt;</w:t>
        <w:br/>
        <w:t>Д о в б у ш. Т о й, що перше.&lt;br /&gt;</w:t>
        <w:br/>
        <w:t>Д о в б у ш&lt;br /&gt;</w:t>
        <w:br/>
        <w:t>Се що тобі!?&lt;br /&gt;</w:t>
        <w:br/>
        <w:t>Ти плачеш? Що ся стало?&lt;br /&gt;</w:t>
        <w:br/>
        <w:t>Секретар&lt;br /&gt;</w:t>
        <w:br/>
        <w:t>Умирає!..&lt;br /&gt;</w:t>
        <w:br/>
        <w:t>Д о в б у ш&lt;br /&gt;</w:t>
        <w:br/>
        <w:t>Про бога! хто?&lt;br /&gt;</w:t>
        <w:br/>
        <w:t>Секретар&lt;br /&gt;</w:t>
        <w:br/>
        <w:t>Княгиня, милий друже!&lt;br /&gt;</w:t>
        <w:br/>
        <w:t>Княгиня наша гине! Той пожар!..&lt;br /&gt;</w:t>
        <w:br/>
        <w:t>Д о в б у ш&lt;br /&gt;</w:t>
        <w:br/>
        <w:t>А ти ще тут стоїш та не летиш!?&lt;br /&gt;</w:t>
        <w:br/>
        <w:t>Лікарей! Але нє — мене пішли!&lt;br /&gt;</w:t>
        <w:br/>
        <w:t>Я скорше від усіх!..&lt;br /&gt;</w:t>
        <w:br/>
        <w:t>Секретар&lt;br /&gt;</w:t>
        <w:br/>
        <w:t>Три лікарі&lt;br /&gt;</w:t>
        <w:br/>
        <w:t>При ній...&lt;br /&gt;</w:t>
        <w:br/>
        <w:t>Довбуш&lt;br /&gt;</w:t>
        <w:br/>
        <w:t>І що ж?&lt;br /&gt;</w:t>
        <w:br/>
        <w:t>Секретар&lt;br /&gt;</w:t>
        <w:br/>
        <w:t>Усе пропало, кажуть,—&lt;br /&gt;</w:t>
        <w:br/>
        <w:t>Хіба одна ще річ...&lt;br /&gt;</w:t>
        <w:br/>
        <w:t>Довбуш&lt;br /&gt;</w:t>
        <w:br/>
        <w:t>Яка ще річ?&lt;br /&gt;</w:t>
        <w:br/>
        <w:t>Секретар&lt;br /&gt;</w:t>
        <w:br/>
        <w:t>Така дивна й чудна, що і сказати&lt;br /&gt;</w:t>
        <w:br/>
        <w:t>Не вмію ти.&lt;br /&gt;</w:t>
        <w:br/>
        <w:t>Довбуш&lt;br /&gt;</w:t>
        <w:br/>
        <w:t>Кажи!&lt;br /&gt;</w:t>
        <w:br/>
        <w:t>'(Ловить за ніж.)&lt;br /&gt;</w:t>
        <w:br/>
        <w:t>Бо ріжу тя!!!&lt;br /&gt;</w:t>
        <w:br/>
        <w:t>Секретар&lt;br /&gt;</w:t>
        <w:br/>
        <w:t>Оден циганин має мати хрест,&lt;br /&gt;</w:t>
        <w:br/>
        <w:t>І що ще знахарський.&lt;br /&gt;</w:t>
        <w:br/>
        <w:t>Довбуш&lt;br /&gt;</w:t>
        <w:br/>
        <w:t>І що з хрестом тим?&lt;br /&gt;</w:t>
        <w:br/>
        <w:t>Я знаю го.&lt;br /&gt;</w:t>
        <w:br/>
        <w:t>Секретар&lt;br /&gt;</w:t>
        <w:br/>
        <w:t>Той хрест? О, слава богу!&lt;br /&gt;</w:t>
        <w:br/>
        <w:t>Тогді усе гаразд!&lt;br /&gt;</w:t>
        <w:br/>
        <w:t>Довбуш&lt;br /&gt;</w:t>
        <w:br/>
        <w:t>Який гаразд?&lt;br /&gt;</w:t>
        <w:br/>
        <w:t>Секретар&lt;br /&gt;</w:t>
        <w:br/>
        <w:t>Той тільки хрест для неї ти дістанеш —&lt;br /&gt;</w:t>
        <w:br/>
        <w:t>І житиме!&lt;br /&gt;</w:t>
        <w:br/>
        <w:t>Довбуш&lt;br /&gt;</w:t>
        <w:br/>
        <w:t>(борючись з совістев)&lt;br /&gt;</w:t>
        <w:br/>
        <w:t>Той хрест!..&lt;br /&gt;</w:t>
        <w:br/>
        <w:t>Секретар&lt;br /&gt;</w:t>
        <w:br/>
        <w:t>Лиш він оден&lt;br /&gt;</w:t>
        <w:br/>
        <w:t>ЙІ І СлМ)-; Л:(_./ІЧО пасти то.</w:t>
      </w:r>
    </w:p>
    <w:p>
      <w:r>
        <w:br/>
        <w:t>Довбуш&lt;br /&gt;</w:t>
        <w:br/>
        <w:t>Дістану —&lt;br /&gt;</w:t>
        <w:br/>
        <w:t>Хоть най і всім циганам гробом стану!&lt;br /&gt;</w:t>
        <w:br/>
        <w:t>(Пріч.)</w:t>
      </w:r>
    </w:p>
    <w:p>
      <w:r>
        <w:br/>
        <w:t>ДЕСЯТА СЦЕНА&lt;br /&gt;</w:t>
        <w:br/>
        <w:t>Секретар сам.&lt;br /&gt;</w:t>
        <w:br/>
        <w:t>Секретар&lt;br /&gt;</w:t>
        <w:br/>
        <w:t>Великий з тя гробар!.. Ха-ха, ха-ха!..&lt;br /&gt;</w:t>
        <w:br/>
        <w:t>Нам, дипломатам, до Дзвінок у школу&lt;br /&gt;</w:t>
        <w:br/>
        <w:t>Ходить бй ще, єй-богу! Так казав&lt;br /&gt;</w:t>
        <w:br/>
        <w:t>І наш учитель на колегії&lt;br /&gt;</w:t>
        <w:br/>
        <w:t>У єзуїтській школі. О-о-о!&lt;br /&gt;</w:t>
        <w:br/>
        <w:t>Що ж був се за учитель!.. Над усі&lt;br /&gt;</w:t>
        <w:br/>
        <w:t>Учителі!.. А особливше всіх&lt;br /&gt;</w:t>
        <w:br/>
        <w:t>Мене він поважав, і жалував,&lt;br /&gt;</w:t>
        <w:br/>
        <w:t>Для чого я у єзуїтський орден&lt;br /&gt;</w:t>
        <w:br/>
        <w:t>Не записався. Ба! Я ж думаю,&lt;br /&gt;</w:t>
        <w:br/>
        <w:t>Що лучче єзуїтом діськи бути,&lt;br /&gt;</w:t>
        <w:br/>
        <w:t>Як ним лиш зватися. Се я, бувало,&lt;br /&gt;</w:t>
        <w:br/>
        <w:t>Му кажу і доводжу, що таких&lt;br /&gt;</w:t>
        <w:br/>
        <w:t>Багато більше в світі, як тих, званих,&lt;br /&gt;</w:t>
        <w:br/>
        <w:t>А він регочеться та моргає.&lt;br /&gt;</w:t>
        <w:br/>
        <w:t>Відтак знов був він особливший знавця&lt;br /&gt;</w:t>
        <w:br/>
        <w:t>Усіх дворів шляхоцьких в цілій Польщі,&lt;br /&gt;</w:t>
        <w:br/>
        <w:t>І всі їх тайни, всі традиції&lt;br /&gt;</w:t>
        <w:br/>
        <w:t>Так акуратно знав, неначе він&lt;br /&gt;</w:t>
        <w:br/>
        <w:t>Враз з ними зріс!.. А там знов хто іде?&lt;br /&gt;</w:t>
        <w:br/>
        <w:t>Жебрущий монах? Бідний ти, старушку:&lt;br /&gt;</w:t>
        <w:br/>
        <w:t>Приніс — і понесеш порожню пушку!..</w:t>
      </w:r>
    </w:p>
    <w:p>
      <w:r>
        <w:br/>
        <w:t>ОДИНАДЦЯТА СЦЕНА&lt;br /&gt;</w:t>
        <w:br/>
        <w:t>Жебрущий монах з бесажками і з паличков. Т о й, що перше.&lt;br /&gt;</w:t>
        <w:br/>
        <w:t>Монах&lt;br /&gt;</w:t>
        <w:br/>
        <w:t>Слава Спасителю!&lt;br /&gt;</w:t>
        <w:br/>
        <w:t>Секретар&lt;br /&gt;</w:t>
        <w:br/>
        <w:t>Вовіки слава!&lt;br /&gt;</w:t>
        <w:br/>
        <w:t>Чи ви лиш, отче, прічком не зблудили?&lt;br /&gt;</w:t>
        <w:br/>
        <w:t>Монах&lt;br /&gt;</w:t>
        <w:br/>
        <w:t>Єсли не найду того, що шукаю..*&lt;br /&gt;</w:t>
        <w:br/>
        <w:t>Секретар&lt;br /&gt;</w:t>
        <w:br/>
        <w:t>І хто се має бути?&lt;br /&gt;</w:t>
        <w:br/>
        <w:t>Монах&lt;br /&gt;</w:t>
        <w:br/>
        <w:t>Єзуїтський&lt;br /&gt;</w:t>
        <w:br/>
        <w:t>Школяр.&lt;br /&gt;</w:t>
        <w:br/>
        <w:t>Секретар&lt;br /&gt;</w:t>
        <w:br/>
        <w:t>На йм'я?&lt;br /&gt;</w:t>
        <w:br/>
        <w:t>Монах&lt;br /&gt;</w:t>
        <w:br/>
        <w:t>(виймає лист і подає єго секретареві)&lt;br /&gt;</w:t>
        <w:br/>
        <w:t>Читайте!&lt;br /&gt;</w:t>
        <w:br/>
        <w:t>Секретар&lt;br /&gt;</w:t>
        <w:br/>
        <w:t>Га! Мій давній&lt;br /&gt;</w:t>
        <w:br/>
        <w:t>Учитель! — і до мене!&lt;br /&gt;</w:t>
        <w:br/>
        <w:t>Монах&lt;br /&gt;</w:t>
        <w:br/>
        <w:t>Коли так,&lt;br /&gt;</w:t>
        <w:br/>
        <w:t>То моя місія удалася.&lt;br /&gt;</w:t>
        <w:br/>
        <w:t>(Нишком.)&lt;br /&gt;</w:t>
        <w:br/>
        <w:t>Тепер ще до маршалка нищечком.&lt;br /&gt;</w:t>
        <w:br/>
        <w:t>(Голосно.)&lt;br /&gt;</w:t>
        <w:br/>
        <w:t>Бувайте ж ми здорові в добрий час!&lt;br /&gt;</w:t>
        <w:br/>
        <w:t>Та не забудьте часом і за нас!&lt;br /&gt;</w:t>
        <w:br/>
        <w:t>(Пріч.)&lt;br /&gt;</w:t>
        <w:br/>
        <w:t>ДВАНАДЦЯТА' СЦЕНА&lt;br /&gt;</w:t>
        <w:br/>
        <w:t>Секретар. Пізніше: маршалок, трабант и, слуги з луш-&lt;br /&gt;</w:t>
        <w:br/>
        <w:t>ницями.&lt;br /&gt;</w:t>
        <w:br/>
        <w:t>Секретар&lt;br /&gt;</w:t>
        <w:br/>
        <w:t>'(прочитавши лист)&lt;br /&gt;</w:t>
        <w:br/>
        <w:t>І се він навіть знає: що я люб'ю&lt;br /&gt;</w:t>
        <w:br/>
        <w:t>Княгиню!? О ти, боже провидінє,&lt;br /&gt;</w:t>
        <w:br/>
        <w:t>Ти зовсім злишнє, відколи Лойола&lt;br /&gt;</w:t>
        <w:br/>
        <w:t>То своє посадив на твій престів!&lt;br /&gt;</w:t>
        <w:br/>
        <w:t>А также пише ми, аби я слідив&lt;br /&gt;</w:t>
        <w:br/>
        <w:t>За тайником в архівах сего замку,&lt;br /&gt;</w:t>
        <w:br/>
        <w:t>Де дуже важні документи найду,&lt;br /&gt;</w:t>
        <w:br/>
        <w:t>Котрі ся тичуть і княгині, і&lt;br /&gt;</w:t>
        <w:br/>
        <w:t>Єї вітця, і матері, і роду,&lt;br /&gt;</w:t>
        <w:br/>
        <w:t>І що дадуть мені над нев всю власть —&lt;br /&gt;</w:t>
        <w:br/>
        <w:t>А то таку велику, що мені&lt;br /&gt;</w:t>
        <w:br/>
        <w:t>Она ся і не снила! Пише также,&lt;br /&gt;</w:t>
        <w:br/>
        <w:t>Що му уся прихильність воєводи&lt;br /&gt;</w:t>
        <w:br/>
        <w:t>Для русинів свідома є, і як&lt;br /&gt;</w:t>
        <w:br/>
        <w:t>Би можна тому лиху запобічи.&lt;br /&gt;</w:t>
        <w:br/>
        <w:t>А тут знов, при кінці, мені він пише,&lt;br /&gt;</w:t>
        <w:br/>
        <w:t>Що наш маршалок — близький му свояк&lt;br /&gt;</w:t>
        <w:br/>
        <w:t>І що дістав вже розказ в кождім ділі&lt;br /&gt;</w:t>
        <w:br/>
        <w:t>Мені служити, де лиш загадаю.&lt;br /&gt;</w:t>
        <w:br/>
        <w:t>Чого ж мені у світі більше треба,&lt;br /&gt;</w:t>
        <w:br/>
        <w:t>Коли зо мнов в союзі пекло й небо!?&lt;br /&gt;</w:t>
        <w:br/>
        <w:t>До діла ж!&lt;br /&gt;</w:t>
        <w:br/>
        <w:t>(Плеще в долоні.)&lt;br /&gt;</w:t>
        <w:br/>
        <w:t>Ге, маршалку! Ге, трабаити!&lt;br /&gt;</w:t>
        <w:br/>
        <w:t>Кликані виступають з лушницями і стають наокола.&lt;br /&gt;</w:t>
        <w:br/>
        <w:t>Се розказ воєводи: у сей час&lt;br /&gt;</w:t>
        <w:br/>
        <w:t>Всіх гуцулів оперед замку скликать!&lt;br /&gt;</w:t>
        <w:br/>
        <w:t>Сьогодні ж день Варфоломія в них,&lt;br /&gt;</w:t>
        <w:br/>
        <w:t>Тож легко буде їх усіх зібрати.&lt;br /&gt;</w:t>
        <w:br/>
        <w:t>А сли питати будуть, о що ходить,&lt;br /&gt;</w:t>
        <w:br/>
        <w:t>То відповісти їм, що річ іде&lt;br /&gt;</w:t>
        <w:br/>
        <w:t>О волю гуцулів. А кінні два&lt;br /&gt;</w:t>
        <w:br/>
        <w:t>Післанці най стоя напоготові —&lt;br /&gt;</w:t>
        <w:br/>
        <w:t>Се про случай, єсли би треба було&lt;br /&gt;</w:t>
        <w:br/>
        <w:t>Від мене з листом князя здоганяти.&lt;br /&gt;</w:t>
        <w:br/>
        <w:t>До діла ж!&lt;br /&gt;</w:t>
        <w:br/>
        <w:t>Усі направо і наліво — пріч.&lt;br /&gt;</w:t>
        <w:br/>
        <w:t>І похід мій розпочатий.&lt;br /&gt;</w:t>
        <w:br/>
        <w:t>Кому на зиск? Кому знов на утрату?&lt;br /&gt;</w:t>
        <w:br/>
        <w:t>Заслона&lt;br /&gt;</w:t>
        <w:br/>
        <w:t>ДРУГЕ ДІЛО&lt;br /&gt;</w:t>
        <w:br/>
        <w:t>ПО Д Р я&lt;br /&gt;</w:t>
        <w:br/>
        <w:t>Розвалини одного монастиря або замку при гостинці. Ватрак находиться&lt;br /&gt;</w:t>
        <w:br/>
        <w:t>в однім побочнім закамарку — але так, що лиш блиск огню відбивавсь&lt;br /&gt;</w:t>
        <w:br/>
        <w:t>і цілу подрю освічає. Спереду, направо і наліво — великі скрині на но-&lt;br /&gt;</w:t>
        <w:br/>
        <w:t>гах, котрі также яко столи служя. Попри скрині — стільці (крісла). На&lt;br /&gt;</w:t>
        <w:br/>
        <w:t>правій скрині — великий єгипетський папірус і усілякий знахарський&lt;br /&gt;</w:t>
        <w:br/>
        <w:t>наряд, а на лівій скрині — дзеркало і усілякі дівочі оздоби. Ніч. На обох&lt;br /&gt;</w:t>
        <w:br/>
        <w:t>скринях стоя старосвітські каганці, але не засвічені.&lt;br /&gt;</w:t>
        <w:br/>
        <w:t>ПЕРША СЦЕНА&lt;br /&gt;</w:t>
        <w:br/>
        <w:t>Довбуш і Джимір надходя з лівого боку і стають на гостинці.</w:t>
      </w:r>
    </w:p>
    <w:p>
      <w:r>
        <w:br/>
        <w:t>Д ж и м і р&lt;br /&gt;</w:t>
        <w:br/>
        <w:t>Як Джимір звуся, сего я не знав!&lt;br /&gt;</w:t>
        <w:br/>
        <w:t>То Дзвінка — щоб убійниця!?&lt;br /&gt;</w:t>
        <w:br/>
        <w:t>Довбуш&lt;br /&gt;</w:t>
        <w:br/>
        <w:t>Чи ж не?&lt;br /&gt;</w:t>
        <w:br/>
        <w:t>Хіба старого Дзвінку Штефана не&lt;br /&gt;</w:t>
        <w:br/>
        <w:t>Она строїла?&lt;br /&gt;</w:t>
        <w:br/>
        <w:t>Джимір&lt;br /&gt;</w:t>
        <w:br/>
        <w:t>Дуже може бути!&lt;br /&gt;</w:t>
        <w:br/>
        <w:t>А вїдки ж ти се знаєш?&lt;br /&gt;</w:t>
        <w:br/>
        <w:t>Довбуш&lt;br /&gt;</w:t>
        <w:br/>
        <w:t>А від Чори,&lt;br /&gt;</w:t>
        <w:br/>
        <w:t>Джимір&lt;br /&gt;</w:t>
        <w:br/>
        <w:t>Від того знахаря доньки, що він&lt;br /&gt;</w:t>
        <w:br/>
        <w:t>У сих розвалинах живе?&lt;br /&gt;</w:t>
        <w:br/>
        <w:t>Довбуш&lt;br /&gt;</w:t>
        <w:br/>
        <w:t>Від неї.&lt;br /&gt;</w:t>
        <w:br/>
        <w:t>Джимір&lt;br /&gt;</w:t>
        <w:br/>
        <w:t>Богдай же ж тих дівок!.. Але яку&lt;br /&gt;</w:t>
        <w:br/>
        <w:t>Циганочка могла причину мати&lt;br /&gt;</w:t>
        <w:br/>
        <w:t>Тобі се уповісти?&lt;br /&gt;</w:t>
        <w:br/>
        <w:t>Довбуш&lt;br /&gt;</w:t>
        <w:br/>
        <w:t>И ти питаєш!..&lt;br /&gt;</w:t>
        <w:br/>
        <w:t>Хіба дівочі нісенітниці&lt;br /&gt;</w:t>
        <w:br/>
        <w:t>Мені у голові? Досить на тім:&lt;br /&gt;</w:t>
        <w:br/>
        <w:t>Вертаючи, трудний, раз з полювання,&lt;br /&gt;</w:t>
        <w:br/>
        <w:t>Сів припочить я у отім шатрі.&lt;br /&gt;</w:t>
        <w:br/>
        <w:t>Тогді мені циганочка хороша&lt;br /&gt;</w:t>
        <w:br/>
        <w:t>Про Дзвінку і вповіла.&lt;br /&gt;</w:t>
        <w:br/>
        <w:t>Джимір&lt;br /&gt;</w:t>
        <w:br/>
        <w:t>Ха-ха-ха!&lt;br /&gt;</w:t>
        <w:br/>
        <w:t>Та і воробчика імила в сітку!..&lt;br /&gt;</w:t>
        <w:br/>
        <w:t>Довбуш&lt;br /&gt;</w:t>
        <w:br/>
        <w:t>Ти що се кажеш, Джимір!?&lt;br /&gt;</w:t>
        <w:br/>
        <w:t>Джимір&lt;br /&gt;</w:t>
        <w:br/>
        <w:t>Дивно ти?&lt;br /&gt;</w:t>
        <w:br/>
        <w:t>Мені знов — ані раз! Хіба не має&lt;br /&gt;</w:t>
        <w:br/>
        <w:t>Кожда краса тебе на аркані?&lt;br /&gt;</w:t>
        <w:br/>
        <w:t>Довбуш&lt;br /&gt;</w:t>
        <w:br/>
        <w:t>О, що б я міг на се ти відповісти:&lt;br /&gt;</w:t>
        <w:br/>
        <w:t>Якби мені самому ся любило!..&lt;br /&gt;</w:t>
        <w:br/>
        <w:t>А так... О, се недоля моя крайна,&lt;br /&gt;</w:t>
        <w:br/>
        <w:t>Котра мене в нещасте ще вжене&lt;br /&gt;</w:t>
        <w:br/>
        <w:t>Так, як мене она уже угнала&lt;br /&gt;</w:t>
        <w:br/>
        <w:t>Убійниці в пекольні єї шпони!..&lt;br /&gt;</w:t>
        <w:br/>
        <w:t>А люди ще дивуються, що я&lt;br /&gt;</w:t>
        <w:br/>
        <w:t>Жіноче сватане ненавиджу&lt;br /&gt;</w:t>
        <w:br/>
        <w:t>Гірш чорта!..&lt;br /&gt;</w:t>
        <w:br/>
        <w:t>Д ж и м і р&lt;br /&gt;</w:t>
        <w:br/>
        <w:t>Задля того ж і мені&lt;br /&gt;</w:t>
        <w:br/>
        <w:t>Се дивно, як се сватане циганки&lt;br /&gt;</w:t>
        <w:br/>
        <w:t>Тя не обурило?&lt;br /&gt;</w:t>
        <w:br/>
        <w:t>Довбуш&lt;br /&gt;</w:t>
        <w:br/>
        <w:t>Ти що се кажеш!?&lt;br /&gt;</w:t>
        <w:br/>
        <w:t>То й Чори приятельство — має бути&lt;br /&gt;</w:t>
        <w:br/>
        <w:t>Таке-то сватане?&lt;br /&gt;</w:t>
        <w:br/>
        <w:t>Д ж и м і р&lt;br /&gt;</w:t>
        <w:br/>
        <w:t>Що ж іншого?&lt;br /&gt;</w:t>
        <w:br/>
        <w:t>Хоть хитре і не впрост — але однако&lt;br /&gt;</w:t>
        <w:br/>
        <w:t>Жіноче сватане.&lt;br /&gt;</w:t>
        <w:br/>
        <w:t>Довбуш&lt;br /&gt;</w:t>
        <w:br/>
        <w:t>(обурений)&lt;br /&gt;</w:t>
        <w:br/>
        <w:t>О, се она&lt;br /&gt;</w:t>
        <w:br/>
        <w:t>Попам'ятає!&lt;br /&gt;</w:t>
        <w:br/>
        <w:t>Д ж и м і р&lt;br /&gt;</w:t>
        <w:br/>
        <w:t>Що попам'ятає?&lt;br /&gt;</w:t>
        <w:br/>
        <w:t>Одного дурня, що попавсь в капкан?&lt;br /&gt;</w:t>
        <w:br/>
        <w:t>Она не з тих дурних!&lt;br /&gt;</w:t>
        <w:br/>
        <w:t>Довбуш&lt;br /&gt;</w:t>
        <w:br/>
        <w:t>А як той дурень&lt;br /&gt;</w:t>
        <w:br/>
        <w:t>Дурителя одурить?&lt;br /&gt;</w:t>
        <w:br/>
        <w:t>Д ж и м і р&lt;br /&gt;</w:t>
        <w:br/>
        <w:t>Вже тогді,&lt;br /&gt;</w:t>
        <w:br/>
        <w:t>Як у капкан попався? Бідний дурень!..&lt;br /&gt;</w:t>
        <w:br/>
        <w:t>Але вже доста тих дурниць нам на&lt;br /&gt;</w:t>
        <w:br/>
        <w:t>Сегодне, а тепер послухай друга&lt;br /&gt;</w:t>
        <w:br/>
        <w:t>І гуцула: невіста слабодушна —&lt;br /&gt;</w:t>
        <w:br/>
        <w:t>І слабодушності судилася,&lt;br /&gt;</w:t>
        <w:br/>
        <w:t>Відколи світ і доки сего світа;&lt;br /&gt;</w:t>
        <w:br/>
        <w:t>Але коли кріпкий, желізний муж&lt;br /&gt;</w:t>
        <w:br/>
        <w:t>Не може окротити своє серце —&lt;br /&gt;</w:t>
        <w:br/>
        <w:t>Не може окротить его як муж,—&lt;br /&gt;</w:t>
        <w:br/>
        <w:t>Для чого ж жінка свої слабості&lt;br /&gt;</w:t>
        <w:br/>
        <w:t>Би мала ся встидати? Задля того ж&lt;br /&gt;</w:t>
        <w:br/>
        <w:t>Мовчи мені о мсті і о відплаті,&lt;br /&gt;</w:t>
        <w:br/>
        <w:t>Бо меш до жуса ще і злодій зватись!&lt;br /&gt;</w:t>
        <w:br/>
        <w:t>(Прій.)</w:t>
      </w:r>
    </w:p>
    <w:p>
      <w:r>
        <w:br/>
        <w:t>ДРУГА СЦЕНА&lt;br /&gt;</w:t>
        <w:br/>
        <w:t>Довбуш сам.&lt;br /&gt;</w:t>
        <w:br/>
        <w:t>[Довбуш]&lt;br /&gt;</w:t>
        <w:br/>
        <w:t>Жіноча слабодушність? Стокрот душ!Г&lt;br /&gt;</w:t>
        <w:br/>
        <w:t>А та прехитрість, та диявольська,&lt;br /&gt;</w:t>
        <w:br/>
        <w:t>Котров они пекольні свої мрежі&lt;br /&gt;</w:t>
        <w:br/>
        <w:t>На серце мужа мечуть,— звесь се также&lt;br /&gt;</w:t>
        <w:br/>
        <w:t>Жіноча слабодушність? Узи чорта!&lt;br /&gt;</w:t>
        <w:br/>
        <w:t>І то найгіршого з усіх чортів!!&lt;br /&gt;</w:t>
        <w:br/>
        <w:t>Але й від сих потрафить кріпкий муж&lt;br /&gt;</w:t>
        <w:br/>
        <w:t>Ся скорше вирвать,— як від тих, що їх&lt;br /&gt;</w:t>
        <w:br/>
        <w:t>Несита та безвстидниця на него&lt;br /&gt;</w:t>
        <w:br/>
        <w:t>Накине, наче хитрий всадник той&lt;br /&gt;</w:t>
        <w:br/>
        <w:t>На комоня узду, аби єго&lt;br /&gt;</w:t>
        <w:br/>
        <w:t>До втому, до загину аж заїхать!&lt;br /&gt;</w:t>
        <w:br/>
        <w:t>А се у него слабодушність звесь?&lt;br /&gt;</w:t>
        <w:br/>
        <w:t>Пекольні сіті! Узи аду! Га!..&lt;br /&gt;</w:t>
        <w:br/>
        <w:t>Я рад на се пристану: того мужа&lt;br /&gt;</w:t>
        <w:br/>
        <w:t>Назвати жусом і нікчемником,&lt;br /&gt;</w:t>
        <w:br/>
        <w:t>Котрий аж доти слідить за невістов,&lt;br /&gt;</w:t>
        <w:br/>
        <w:t>Аж доки ю з розуму не зведе,—&lt;br /&gt;</w:t>
        <w:br/>
        <w:t>Такий не варт у мене й скотом зватись!&lt;br /&gt;</w:t>
        <w:br/>
        <w:t>Але если він хитрість перехитрить&lt;br /&gt;</w:t>
        <w:br/>
        <w:t>І душеловицю в саму ту сіть,&lt;br /&gt;</w:t>
        <w:br/>
        <w:t>Що зажда їй скверна на него верже,&lt;br /&gt;</w:t>
        <w:br/>
        <w:t>Іме,—&lt;br /&gt;</w:t>
        <w:br/>
        <w:t>Оце у мене муж ся називає!&lt;br /&gt;</w:t>
        <w:br/>
        <w:t>І сеї віри я не покидаю!&lt;br /&gt;</w:t>
        <w:br/>
        <w:t>(Пріч.)&lt;br /&gt;</w:t>
        <w:br/>
        <w:t>ТРЕТЯ СЦЕНА&lt;br /&gt;</w:t>
        <w:br/>
        <w:t>Ч о р а. Зараз відтак Соя.&lt;br /&gt;</w:t>
        <w:br/>
        <w:t>Чор а&lt;br /&gt;</w:t>
        <w:br/>
        <w:t>(оберемок ріща на плечу. Она го кидає у ватрак,&lt;br /&gt;</w:t>
        <w:br/>
        <w:t>а сама сідає відпочити)&lt;br /&gt;</w:t>
        <w:br/>
        <w:t>О Ізідо! Як батько мій лиш може&lt;br /&gt;</w:t>
        <w:br/>
        <w:t>Над своїм тим хрестом в одно-одно&lt;br /&gt;</w:t>
        <w:br/>
        <w:t>Так побиватися!..&lt;br /&gt;</w:t>
        <w:br/>
        <w:t>Соя&lt;br /&gt;</w:t>
        <w:br/>
        <w:t>(ще надворі)&lt;br /&gt;</w:t>
        <w:br/>
        <w:t>Чи дома, Чоро?&lt;br /&gt;</w:t>
        <w:br/>
        <w:t>Ч о р а&lt;br /&gt;</w:t>
        <w:br/>
        <w:t>Нещасна Соя! Дома — увійди!&lt;br /&gt;</w:t>
        <w:br/>
        <w:t>Соя&lt;br /&gt;</w:t>
        <w:br/>
        <w:t>(в'язка зілля і збанок у руках, уходить)&lt;br /&gt;</w:t>
        <w:br/>
        <w:t>Твій батько дома?&lt;br /&gt;</w:t>
        <w:br/>
        <w:t>Ч о р а&lt;br /&gt;</w:t>
        <w:br/>
        <w:t>Не ще. От тепер&lt;br /&gt;</w:t>
        <w:br/>
        <w:t>Що відвела його до головиці.&lt;br /&gt;</w:t>
        <w:br/>
        <w:t>Соя&lt;br /&gt;</w:t>
        <w:br/>
        <w:t>А ти его ще не питала про&lt;br /&gt;</w:t>
        <w:br/>
        <w:t>Єго той хрест?&lt;br /&gt;</w:t>
        <w:br/>
        <w:t>Ч о р а&lt;br /&gt;</w:t>
        <w:br/>
        <w:t>Ще не! Та й нащо ми?&lt;br /&gt;</w:t>
        <w:br/>
        <w:t>Соя&lt;br /&gt;</w:t>
        <w:br/>
        <w:t>Аби лиш знати, доню! Щоб лиш знати!&lt;br /&gt;</w:t>
        <w:br/>
        <w:t>Бо чоловік повинен всего знати,&lt;br /&gt;</w:t>
        <w:br/>
        <w:t>Недбайлице одна! І нині ще&lt;br /&gt;</w:t>
        <w:br/>
        <w:t>Питатимеш у него! Розумієш?&lt;br /&gt;</w:t>
        <w:br/>
        <w:t>(Крутиться наокола, неначе що шукає.)&lt;br /&gt;</w:t>
        <w:br/>
        <w:t>А так!..&lt;br /&gt;</w:t>
        <w:br/>
        <w:t>(Голубить збанок до себе.)&lt;br /&gt;</w:t>
        <w:br/>
        <w:t>Збаночку мій!.. Мій ти збаночку!..&lt;br /&gt;</w:t>
        <w:br/>
        <w:t>(П'є лакомо.)&lt;br /&gt;</w:t>
        <w:br/>
        <w:t>Се — охолода се! А Сої треба!..&lt;br /&gt;</w:t>
        <w:br/>
        <w:t>Бо ті мари прокляті, що в одно&lt;br /&gt;</w:t>
        <w:br/>
        <w:t>У мене душі правя... Сої треба!..&lt;br /&gt;</w:t>
        <w:br/>
        <w:t>(П'є.)&lt;br /&gt;</w:t>
        <w:br/>
        <w:t>А вже ніхто так, як старий той Дзвінка,&lt;br /&gt;</w:t>
        <w:br/>
        <w:t>Се чваниться мені! Пріч, кажу ти!&lt;br /&gt;</w:t>
        <w:br/>
        <w:t>Що? Я!? Се твоя жінка, а не я!&lt;br /&gt;</w:t>
        <w:br/>
        <w:t>Ти ж, предці, ю купив у мене! Не?&lt;br /&gt;</w:t>
        <w:br/>
        <w:t>Ге, Чоро! Відьмо, де ти!?&lt;br /&gt;</w:t>
        <w:br/>
        <w:t>Ч о р а&lt;br /&gt;</w:t>
        <w:br/>
        <w:t>Та ж я тут!&lt;br /&gt;</w:t>
        <w:br/>
        <w:t>Соя&lt;br /&gt;</w:t>
        <w:br/>
        <w:t>Тут? Добре, добре, доню! А де ж він —&lt;br /&gt;</w:t>
        <w:br/>
        <w:t>Хороший твій стрілець?&lt;br /&gt;</w:t>
        <w:br/>
        <w:t>Ч о р а&lt;br /&gt;</w:t>
        <w:br/>
        <w:t>Мій Лесь? О, щоб&lt;br /&gt;</w:t>
        <w:br/>
        <w:t>Тобі віддячитись!..&lt;br /&gt;</w:t>
        <w:br/>
        <w:t>Соя&lt;br /&gt;</w:t>
        <w:br/>
        <w:t>Мені? Та за що?&lt;br /&gt;</w:t>
        <w:br/>
        <w:t>Ти ж, предці, заплатила ми за тайну!&lt;br /&gt;</w:t>
        <w:br/>
        <w:t>Та й Дзвінка заплатила — золотом!&lt;br /&gt;</w:t>
        <w:br/>
        <w:t>Ой, то ж тото леліло!.. Але ж бо&lt;br /&gt;</w:t>
        <w:br/>
        <w:t>І варт го було! Що твій волосочок&lt;br /&gt;</w:t>
        <w:br/>
        <w:t>Перепалить — уже й по нему: фіть!..&lt;br /&gt;</w:t>
        <w:br/>
        <w:t>Чора здригається.&lt;br /&gt;</w:t>
        <w:br/>
        <w:t>Яке страшне тут, доню? Чей же не&lt;br /&gt;</w:t>
        <w:br/>
        <w:t>Отрій? Ти, чмуте, ти! Отрій е вірний!&lt;br /&gt;</w:t>
        <w:br/>
        <w:t>Нас не заводить так, як гуцули ті!&lt;br /&gt;</w:t>
        <w:br/>
        <w:t>А як тобі для твоего стрільця&lt;br /&gt;</w:t>
        <w:br/>
        <w:t>Зварбчку треба буде...&lt;br /&gt;</w:t>
        <w:br/>
        <w:t>Чора&lt;br /&gt;</w:t>
        <w:br/>
        <w:t>Що плетеш?&lt;br /&gt;</w:t>
        <w:br/>
        <w:t>Олексик мене любить!&lt;br /&gt;</w:t>
        <w:br/>
        <w:t>Соя&lt;br /&gt;</w:t>
        <w:br/>
        <w:t>Доню, доню!&lt;br /&gt;</w:t>
        <w:br/>
        <w:t>Він і мене любив!..&lt;br /&gt;</w:t>
        <w:br/>
        <w:t>Чора&lt;br /&gt;</w:t>
        <w:br/>
        <w:t>Хто? Мій Лесько!?</w:t>
      </w:r>
    </w:p>
    <w:p>
      <w:r>
        <w:br/>
        <w:t>Соя&lt;br /&gt;</w:t>
        <w:br/>
        <w:t>І справді, що на него саманав!&lt;br /&gt;</w:t>
        <w:br/>
        <w:t>Але они усі собі подібні —&lt;br /&gt;</w:t>
        <w:br/>
        <w:t>Усі-усі! Як гуцульська люба!&lt;br /&gt;</w:t>
        <w:br/>
        <w:t>(П'є.)&lt;br /&gt;</w:t>
        <w:br/>
        <w:t>Ч о р а&lt;br /&gt;</w:t>
        <w:br/>
        <w:t>Та гуцульська&lt;br /&gt;</w:t>
        <w:br/>
        <w:t>Люба? Яка ж она?&lt;br /&gt;</w:t>
        <w:br/>
        <w:t>Соя&lt;br /&gt;</w:t>
        <w:br/>
        <w:t>Ще будеш знати!&lt;br /&gt;</w:t>
        <w:br/>
        <w:t>Ще будеш знати, доню! Але будь&lt;br /&gt;</w:t>
        <w:br/>
        <w:t>Здорова! Бо з отсего зіллячка&lt;br /&gt;</w:t>
        <w:br/>
        <w:t>Зварок варити мушу —— нині ще!&lt;br /&gt;</w:t>
        <w:br/>
        <w:t>Дзвінок жиє чимало!..&lt;br /&gt;</w:t>
        <w:br/>
        <w:t>(Обертавсь до відходу, але, уздрівши ватрак, зупинявсь,&lt;br /&gt;</w:t>
        <w:br/>
        <w:t>переполошена.)&lt;br /&gt;</w:t>
        <w:br/>
        <w:t>Га! Се що!?&lt;br /&gt;</w:t>
        <w:br/>
        <w:t>Ч о р а&lt;br /&gt;</w:t>
        <w:br/>
        <w:t>А ти ж не знаєш? Батьків се ватрак,&lt;br /&gt;</w:t>
        <w:br/>
        <w:t>Де день і ніч огонь горить великий,&lt;br /&gt;</w:t>
        <w:br/>
        <w:t>Бо так ему до знахарського діла&lt;br /&gt;</w:t>
        <w:br/>
        <w:t>Потрібно.&lt;br /&gt;</w:t>
        <w:br/>
        <w:t>Соя&lt;br /&gt;</w:t>
        <w:br/>
        <w:t>Що за жар, за половінь!..&lt;br /&gt;</w:t>
        <w:br/>
        <w:t>Як тої пре-пре-прежасної ночі,&lt;br /&gt;</w:t>
        <w:br/>
        <w:t>Коли го в піч метали!..&lt;br /&gt;</w:t>
        <w:br/>
        <w:t>Ч о р а&lt;br /&gt;</w:t>
        <w:br/>
        <w:t>Як? Кого?&lt;br /&gt;</w:t>
        <w:br/>
        <w:t>Кого у піч метали?&lt;br /&gt;</w:t>
        <w:br/>
        <w:t>Соя&lt;br /&gt;</w:t>
        <w:br/>
        <w:t>Як ти брешеш!&lt;br /&gt;</w:t>
        <w:br/>
        <w:t>Хто міг єго отеє у піч метати?&lt;br /&gt;</w:t>
        <w:br/>
        <w:t>Він сам у него скочив!..&lt;br /&gt;</w:t>
        <w:br/>
        <w:t>Ч о р а&lt;br /&gt;</w:t>
        <w:br/>
        <w:t>Але хто?&lt;br /&gt;</w:t>
        <w:br/>
        <w:t>Соя&lt;br /&gt;</w:t>
        <w:br/>
        <w:t>Дурнасо ти! То ти не виділа!?&lt;br /&gt;</w:t>
        <w:br/>
        <w:t>Як лев, собі стоїть! А в тій минуті,&lt;br /&gt;</w:t>
        <w:br/>
        <w:t>Коли го посіпаки хочуть брати,&lt;br /&gt;</w:t>
        <w:br/>
        <w:t>Він вириває свій турецький ніж&lt;br /&gt;</w:t>
        <w:br/>
        <w:t>З-за череса собі — і го садить&lt;br /&gt;</w:t>
        <w:br/>
        <w:t>Устеклому се графові у серце&lt;br /&gt;</w:t>
        <w:br/>
        <w:t>Аж по самі черена!&lt;br /&gt;</w:t>
        <w:br/>
        <w:t>Ч о р а&lt;br /&gt;</w:t>
        <w:br/>
        <w:t>Ізіс! Ніж!?&lt;br /&gt;</w:t>
        <w:br/>
        <w:t>Соя&lt;br /&gt;</w:t>
        <w:br/>
        <w:t>Аж по самі черена, кажу ти!&lt;br /&gt;</w:t>
        <w:br/>
        <w:t>Той ніж відтак понесли до графині —&lt;br /&gt;</w:t>
        <w:br/>
        <w:t>Єго любаски се — іще гарячий&lt;br /&gt;</w:t>
        <w:br/>
        <w:t>Від тирби єї мужа...&lt;br /&gt;</w:t>
        <w:br/>
        <w:t>Ч о р а&lt;br /&gt;</w:t>
        <w:br/>
        <w:t>До якої&lt;br /&gt;</w:t>
        <w:br/>
        <w:t>Графині се?&lt;br /&gt;</w:t>
        <w:br/>
        <w:t>Соя&lt;br /&gt;</w:t>
        <w:br/>
        <w:t>Усе, усе забула!.,&lt;br /&gt;</w:t>
        <w:br/>
        <w:t>(П'є.)&lt;br /&gt;</w:t>
        <w:br/>
        <w:t>Але нічо тото! Ще і для Сої&lt;br /&gt;</w:t>
        <w:br/>
        <w:t>Десь зіллячко росте!.. Ти ж не забудь&lt;br /&gt;</w:t>
        <w:br/>
        <w:t>Питатися про хрест! Все треба в світі!&lt;br /&gt;</w:t>
        <w:br/>
        <w:t>І, як та Соя,&lt;br /&gt;</w:t>
        <w:br/>
        <w:t>З кождіського цвітку зварок варити вміти!..&lt;br /&gt;</w:t>
        <w:br/>
        <w:t>(Пріч.)&lt;br /&gt;</w:t>
        <w:br/>
        <w:t>ЧЕТВЕРТА СЦЕНА&lt;br /&gt;</w:t>
        <w:br/>
        <w:t>Чора сама. Зараз відтак М о р г а н.&lt;br /&gt;</w:t>
        <w:br/>
        <w:t>Ч о р а&lt;br /&gt;</w:t>
        <w:br/>
        <w:t>Нещасна ти!.. Та що она казала?&lt;br /&gt;</w:t>
        <w:br/>
        <w:t>Аби про хрест у батька запитати?&lt;br /&gt;</w:t>
        <w:br/>
        <w:t>Я се давно хотіла, та усе&lt;br /&gt;</w:t>
        <w:br/>
        <w:t>Не сміла. Але де ж він нині так&lt;br /&gt;</w:t>
        <w:br/>
        <w:t>Бариться? Га! іде вже...&lt;br /&gt;</w:t>
        <w:br/>
        <w:t>М о р г а н&lt;br /&gt;</w:t>
        <w:br/>
        <w:t>(ще за подрев)&lt;br /&gt;</w:t>
        <w:br/>
        <w:t>Де ти, доню?&lt;br /&gt;</w:t>
        <w:br/>
        <w:t>Чора&lt;br /&gt;</w:t>
        <w:br/>
        <w:t>(біжить до него)&lt;br /&gt;</w:t>
        <w:br/>
        <w:t>Я тут! Поволі лиш — я поведу вас...&lt;br /&gt;</w:t>
        <w:br/>
        <w:t>Сліпий Морган: великий золотий хрест на ланцюжку у лівій, а знахар-&lt;br /&gt;</w:t>
        <w:br/>
        <w:t>ський бичик у правій руці. Чора проводить его до скрині направо, сві-&lt;br /&gt;</w:t>
        <w:br/>
        <w:t>тить каганці; сідає коло скрині наліво, де зачинає прибиратись і стро-&lt;br /&gt;</w:t>
        <w:br/>
        <w:t>їтись.&lt;br /&gt;</w:t>
        <w:br/>
        <w:t>Морган&lt;br /&gt;</w:t>
        <w:br/>
        <w:t>Чи пізно вже?&lt;br /&gt;</w:t>
        <w:br/>
        <w:t>Чора&lt;br /&gt;</w:t>
        <w:br/>
        <w:t>Вже по опівночі.&lt;br /&gt;</w:t>
        <w:br/>
        <w:t>Морган&lt;br /&gt;</w:t>
        <w:br/>
        <w:t>То на годинку задрімаю. Скоро ж&lt;br /&gt;</w:t>
        <w:br/>
        <w:t>Ти світову уздриш — то мя збуди,&lt;br /&gt;</w:t>
        <w:br/>
        <w:t>Бо ввесь мій труд за двадцять рік й оден&lt;br /&gt;</w:t>
        <w:br/>
        <w:t>Пропав би.&lt;br /&gt;</w:t>
        <w:br/>
        <w:t>Чора&lt;br /&gt;</w:t>
        <w:br/>
        <w:t>Батечку?..&lt;br /&gt;</w:t>
        <w:br/>
        <w:t>Морган&lt;br /&gt;</w:t>
        <w:br/>
        <w:t>Питайся!&lt;br /&gt;</w:t>
        <w:br/>
        <w:t>Чора&lt;br /&gt;</w:t>
        <w:br/>
        <w:t>Що&lt;br /&gt;</w:t>
        <w:br/>
        <w:t>Отеє за хрест, що ви, як кажете,&lt;br /&gt;</w:t>
        <w:br/>
        <w:t>Вже років двадцять а оден над ним&lt;br /&gt;</w:t>
        <w:br/>
        <w:t>Працюєте в одно, в одно у книгах&lt;br /&gt;</w:t>
        <w:br/>
        <w:t>Старих тих смотрите — так, що над ними&lt;br /&gt;</w:t>
        <w:br/>
        <w:t>І вид ваш пострадали? Що се діло&lt;br /&gt;</w:t>
        <w:br/>
        <w:t>Є знахарське — то я й сама уже&lt;br /&gt;</w:t>
        <w:br/>
        <w:t>Покмітила. Але велике мусить&lt;br /&gt;</w:t>
        <w:br/>
        <w:t>І важне буть оно, бо муж, як ви,&lt;br /&gt;</w:t>
        <w:br/>
        <w:t>Над ним не розпадавсь би так?..&lt;br /&gt;</w:t>
        <w:br/>
        <w:t>Морган&lt;br /&gt;</w:t>
        <w:br/>
        <w:t>О доню!&lt;br /&gt;</w:t>
        <w:br/>
        <w:t>У моєму віку дні не на те,&lt;br /&gt;</w:t>
        <w:br/>
        <w:t>Аби у іграшках марних терять їх!&lt;br /&gt;</w:t>
        <w:br/>
        <w:t>Велике-превелике моє діло!&lt;br /&gt;</w:t>
        <w:br/>
        <w:t>Ще три дні лиш — а я владикою&lt;br /&gt;</w:t>
        <w:br/>
        <w:t>Всіх духів! Ще лиш три дні — а я цар&lt;br /&gt;</w:t>
        <w:br/>
        <w:t>Над усіма царями: крушу скіптри</w:t>
      </w:r>
    </w:p>
    <w:p>
      <w:r>
        <w:br/>
        <w:t>І роздаю корони! Ще лиш три дні —&lt;br /&gt;</w:t>
        <w:br/>
        <w:t>А моя добра Чора ме сіять&lt;br /&gt;</w:t>
        <w:br/>
        <w:t>У славі своїх праотець: в короні&lt;br /&gt;</w:t>
        <w:br/>
        <w:t>Тих давніх фараонів!&lt;br /&gt;</w:t>
        <w:br/>
        <w:t>Чора&lt;br /&gt;</w:t>
        <w:br/>
        <w:t>Фараони ж&lt;br /&gt;</w:t>
        <w:br/>
        <w:t>Нам праотці були? Яким же ж ділом&lt;br /&gt;</w:t>
        <w:br/>
        <w:t>Узялись ми в сих горах, в сих чужих?&lt;br /&gt;</w:t>
        <w:br/>
        <w:t>М о р г а н&lt;br /&gt;</w:t>
        <w:br/>
        <w:t>О, не питай мя, доню! Як пісок&lt;br /&gt;</w:t>
        <w:br/>
        <w:t>Сахари, що самум той ним мете,&lt;br /&gt;</w:t>
        <w:br/>
        <w:t>Отак і доля розмела наш нарід&lt;br /&gt;</w:t>
        <w:br/>
        <w:t>По світі, і нам більше не осталось —&lt;br /&gt;</w:t>
        <w:br/>
        <w:t>З корони, царства, слави не осталось,—&lt;br /&gt;</w:t>
        <w:br/>
        <w:t>Як книга ся одна. Але й за ню&lt;br /&gt;</w:t>
        <w:br/>
        <w:t>Богам да буде честь! Бо в книзі сій&lt;br /&gt;</w:t>
        <w:br/>
        <w:t>Найшов хреста отсего тайну я&lt;br /&gt;</w:t>
        <w:br/>
        <w:t>Записану. І три ще дні, о доню,—&lt;br /&gt;</w:t>
        <w:br/>
        <w:t>А той старий Єгипет світлим своїм&lt;br /&gt;</w:t>
        <w:br/>
        <w:t>Вітає нас вінцем!&lt;br /&gt;</w:t>
        <w:br/>
        <w:t>Чора&lt;br /&gt;</w:t>
        <w:br/>
        <w:t>Нам добре й тут!.,&lt;br /&gt;</w:t>
        <w:br/>
        <w:t>М о р г а н&lt;br /&gt;</w:t>
        <w:br/>
        <w:t>Бо молодий той гуцульський стрілець так&lt;br /&gt;</w:t>
        <w:br/>
        <w:t>До серця ти пристав? О доню, донюі&lt;br /&gt;</w:t>
        <w:br/>
        <w:t>Давно вже я тобі сказать хотів,&lt;br /&gt;</w:t>
        <w:br/>
        <w:t>Заборонить хотів, єсли б тобі я&lt;br /&gt;</w:t>
        <w:br/>
        <w:t>Заборонить лиш міг що та не знав,&lt;br /&gt;</w:t>
        <w:br/>
        <w:t>Що боронить любі — то все одно,&lt;br /&gt;</w:t>
        <w:br/>
        <w:t>Що у огонь оливи сипать!..&lt;br /&gt;</w:t>
        <w:br/>
        <w:t>Чора&lt;br /&gt;</w:t>
        <w:br/>
        <w:t>Батьку!&lt;br /&gt;</w:t>
        <w:br/>
        <w:t>М о р г а н&lt;br /&gt;</w:t>
        <w:br/>
        <w:t>Бо гуцул — щирий, добрий; в него двері&lt;br /&gt;</w:t>
        <w:br/>
        <w:t>Не заперті ніколи чужинцеві;&lt;br /&gt;</w:t>
        <w:br/>
        <w:t>Він ділить з бідним свій остатній кусень&lt;br /&gt;</w:t>
        <w:br/>
        <w:t>І груди свої накладає за&lt;br /&gt;</w:t>
        <w:br/>
        <w:t>Покривдженим. Але єго люба —&lt;br /&gt;</w:t>
        <w:br/>
        <w:t>То поломінь соломи, що, як буйно&lt;br /&gt;</w:t>
        <w:br/>
        <w:t>Палахла — так без сліду і загасла!&lt;br /&gt;</w:t>
        <w:br/>
        <w:t>Хіба ж та мая рожа не прекрасна?&lt;br /&gt;</w:t>
        <w:br/>
        <w:t>А може, ж того мотиля она&lt;br /&gt;</w:t>
        <w:br/>
        <w:t>Прибить до свої несповітої&lt;br /&gt;</w:t>
        <w:br/>
        <w:t>Краси хоть на годинку? На минутку?&lt;br /&gt;</w:t>
        <w:br/>
        <w:t>Се гуцульська люба! О доню, доню!&lt;br /&gt;</w:t>
        <w:br/>
        <w:t>Озьми собі лиш ту нещасну Сою&lt;br /&gt;</w:t>
        <w:br/>
        <w:t>За примір!..&lt;br /&gt;</w:t>
        <w:br/>
        <w:t>Ч о р а&lt;br /&gt;</w:t>
        <w:br/>
        <w:t>Нашу Сою? Що се з нев?&lt;br /&gt;</w:t>
        <w:br/>
        <w:t>М о р г а н&lt;br /&gt;</w:t>
        <w:br/>
        <w:t>Ти знаєш ю, дитино, але як&lt;br /&gt;</w:t>
        <w:br/>
        <w:t>Тепер ти знаєш ю: отрійницю,&lt;br /&gt;</w:t>
        <w:br/>
        <w:t>П'яницю. Тим она давно не була,&lt;br /&gt;</w:t>
        <w:br/>
        <w:t>А була молода, і добра, і&lt;br /&gt;</w:t>
        <w:br/>
        <w:t>Хороша,— як би й ти,— і много наших&lt;br /&gt;</w:t>
        <w:br/>
        <w:t>Найліпших парубків старалося&lt;br /&gt;</w:t>
        <w:br/>
        <w:t>0 ню. Але она усіх від себе&lt;br /&gt;</w:t>
        <w:br/>
        <w:t>З погордов і з поругов відвертала,&lt;br /&gt;</w:t>
        <w:br/>
        <w:t>Бо гуцульський леґінь оден найславний&lt;br /&gt;</w:t>
        <w:br/>
        <w:t>Сподобав був ся їй, а вна єму.&lt;br /&gt;</w:t>
        <w:br/>
        <w:t>Коби ж ю був любив хоть... але не!&lt;br /&gt;</w:t>
        <w:br/>
        <w:t>Бо, звівши ю з розуму, понехав&lt;br /&gt;</w:t>
        <w:br/>
        <w:t>1 сам любив княгиню гуцульську...&lt;br /&gt;</w:t>
        <w:br/>
        <w:t>Ч о р а&lt;br /&gt;</w:t>
        <w:br/>
        <w:t>Чи лиш не матір тої, що тепер&lt;br /&gt;</w:t>
        <w:br/>
        <w:t>У горах літує?.. Але що далі?&lt;br /&gt;</w:t>
        <w:br/>
        <w:t>М о р г а н&lt;br /&gt;</w:t>
        <w:br/>
        <w:t>Та що ж би далі було, моя доню?&lt;br /&gt;</w:t>
        <w:br/>
        <w:t>Прийшло, як мусило в конець прийти:&lt;br /&gt;</w:t>
        <w:br/>
        <w:t>Княгині чоловік, прегордий граф оден,&lt;br /&gt;</w:t>
        <w:br/>
        <w:t>Довідався — велів зухвалого&lt;br /&gt;</w:t>
        <w:br/>
        <w:t>Легіника спіймати і живцем&lt;br /&gt;</w:t>
        <w:br/>
        <w:t>Спалити...&lt;br /&gt;</w:t>
        <w:br/>
        <w:t>Ч о р а&lt;br /&gt;</w:t>
        <w:br/>
        <w:t>Ізідо! А Соя що?&lt;br /&gt;</w:t>
        <w:br/>
        <w:t>М о р г а н&lt;br /&gt;</w:t>
        <w:br/>
        <w:t>Що видиш... Доню, доню! Стережися&lt;br /&gt;</w:t>
        <w:br/>
        <w:t>Тих гуцулів! О, стережися, доню!..&lt;br /&gt;</w:t>
        <w:br/>
        <w:t>О доню,— стережись їх як огню!..&lt;br /&gt;</w:t>
        <w:br/>
        <w:t>Ч о р а&lt;br /&gt;</w:t>
        <w:br/>
        <w:t>То Соя...&lt;br /&gt;</w:t>
        <w:br/>
        <w:t>М о р г а н&lt;br /&gt;</w:t>
        <w:br/>
        <w:t>Тихо будь! Мені здрімалось.&lt;br /&gt;</w:t>
        <w:br/>
        <w:t>Най трохи припічну, бо сеї ночі&lt;br /&gt;</w:t>
        <w:br/>
        <w:t>Одно велике діло ще мя жде:&lt;br /&gt;</w:t>
        <w:br/>
        <w:t>Мій хрест се виручить з рук Тїфона&lt;br /&gt;</w:t>
        <w:br/>
        <w:t>Червоного — праворога блага!&lt;br /&gt;</w:t>
        <w:br/>
        <w:t>А се трудна є річ! Така трудна,&lt;br /&gt;</w:t>
        <w:br/>
        <w:t>Що не оден ю мусив заплатити&lt;br /&gt;</w:t>
        <w:br/>
        <w:t>Душев!!!&lt;br /&gt;</w:t>
        <w:br/>
        <w:t>Ч о р а&lt;br /&gt;</w:t>
        <w:br/>
        <w:t>0 божестваї&lt;br /&gt;</w:t>
        <w:br/>
        <w:t>М ор г а н&lt;br /&gt;</w:t>
        <w:br/>
        <w:t>Благай їх, доню!&lt;br /&gt;</w:t>
        <w:br/>
        <w:t>Благай, благай їх, доню, о, благай!&lt;br /&gt;</w:t>
        <w:br/>
        <w:t>Нехай тебе сокотя — а найпаче&lt;br /&gt;</w:t>
        <w:br/>
        <w:t>Від гуцульськой люби!..&lt;br /&gt;</w:t>
        <w:br/>
        <w:t>(Хилиться на скриню і усипає. Хрест виповзає му з рук&lt;br /&gt;</w:t>
        <w:br/>
        <w:t>1 паде на землю.)&lt;br /&gt;</w:t>
        <w:br/>
        <w:t>Ч о р а&lt;br /&gt;</w:t>
        <w:br/>
        <w:t>(подумавши)&lt;br /&gt;</w:t>
        <w:br/>
        <w:t>Чи ж може бути!?&lt;br /&gt;</w:t>
        <w:br/>
        <w:t>0 Ізіс! О Озіріс!.. Але не!&lt;br /&gt;</w:t>
        <w:br/>
        <w:t>Що батько мій та може знати о&lt;br /&gt;</w:t>
        <w:br/>
        <w:t>Любі? Се ж ні книжки, ні гірогліфи!&lt;br /&gt;</w:t>
        <w:br/>
        <w:t>Але если — єсли він правду се&lt;br /&gt;</w:t>
        <w:br/>
        <w:t>Мені казав? Єсли би гуцул не&lt;br /&gt;</w:t>
        <w:br/>
        <w:t>Умів, не міг любити так, як се&lt;br /&gt;</w:t>
        <w:br/>
        <w:t>Люб'яще наше серце розуміє?&lt;br /&gt;</w:t>
        <w:br/>
        <w:t>Єсли любов у того гуцула —&lt;br /&gt;</w:t>
        <w:br/>
        <w:t>Лиш іграшка пуста? сваволя лиш?&lt;br /&gt;</w:t>
        <w:br/>
        <w:t>О, змилуйтесь, боги! Бо я би мусила&lt;br /&gt;</w:t>
        <w:br/>
        <w:t>Загинути, як іскорка та бідна,&lt;br /&gt;</w:t>
        <w:br/>
        <w:t>Що вна — сама з огню — лиш при огневі&lt;br /&gt;</w:t>
        <w:br/>
        <w:t>Одному жити може або гине!..&lt;br /&gt;</w:t>
        <w:br/>
        <w:t>1 хто ж би сему винен, як не я&lt;br /&gt;</w:t>
        <w:br/>
        <w:t>Сама, що у любовній медості&lt;br /&gt;</w:t>
        <w:br/>
        <w:t>Ніколи о любу го не питала,&lt;br /&gt;</w:t>
        <w:br/>
        <w:t>Бо думала, що отака люба,&lt;br /&gt;</w:t>
        <w:br/>
        <w:t>Котра ще вперед мусить ся питати,&lt;br /&gt;</w:t>
        <w:br/>
        <w:t>1 присягатись, і божитися,—&lt;br /&gt;</w:t>
        <w:br/>
        <w:t>На того брехача похожа, що&lt;br /&gt;</w:t>
        <w:br/>
        <w:t>В усіх людей вже віру потеряв.&lt;br /&gt;</w:t>
        <w:br/>
        <w:t>Але най так се буде: нині я&lt;br /&gt;</w:t>
        <w:br/>
        <w:t>У него запитаюсь! А если&lt;br /&gt;</w:t>
        <w:br/>
        <w:t>Він свою Чору вже не любить, то&lt;br /&gt;</w:t>
        <w:br/>
        <w:t>Від Чори й наріку він не почує!..&lt;br /&gt;</w:t>
        <w:br/>
        <w:t>Тут ріки і широкі, і глибокі,&lt;br /&gt;</w:t>
        <w:br/>
        <w:t>Тож вистачать на холодну могилу&lt;br /&gt;</w:t>
        <w:br/>
        <w:t>Для бідної циганки!.. Але як&lt;br /&gt;</w:t>
        <w:br/>
        <w:t>Мене він любить?.. О, тогді, тогді —&lt;br /&gt;</w:t>
        <w:br/>
        <w:t>Що в мене діадеми, що корони?&lt;br /&gt;</w:t>
        <w:br/>
        <w:t>Що всі престоли славних фараонів?&lt;br /&gt;</w:t>
        <w:br/>
        <w:t>Що сонечко? Що світа світ? Що рай?&lt;br /&gt;</w:t>
        <w:br/>
        <w:t>Що рожі всі маєві, що сам май?&lt;br /&gt;</w:t>
        <w:br/>
        <w:t>Сонні мари!..&lt;br /&gt;</w:t>
        <w:br/>
        <w:t>Люба — лиш то сокровище єдине,&lt;br /&gt;</w:t>
        <w:br/>
        <w:t>Що за любу — любу дає у зміну!&lt;br /&gt;</w:t>
        <w:br/>
        <w:t>Себе за себе! волечку за волю!&lt;br /&gt;</w:t>
        <w:br/>
        <w:t>І рожев світ сей стелить доокола!..&lt;br /&gt;</w:t>
        <w:br/>
        <w:t>(Надворі чути два набої.)&lt;br /&gt;</w:t>
        <w:br/>
        <w:t>Се що? Мій Лесь!..&lt;br /&gt;</w:t>
        <w:br/>
        <w:t>(Зодригаєсь.)&lt;br /&gt;</w:t>
        <w:br/>
        <w:t>П'ЯТА СЦЕНА&lt;br /&gt;</w:t>
        <w:br/>
        <w:t>Д о в б у ш. Т і, що перше.&lt;br /&gt;</w:t>
        <w:br/>
        <w:t>Довбуш&lt;br /&gt;</w:t>
        <w:br/>
        <w:t>Ти зодригнулася?&lt;br /&gt;</w:t>
        <w:br/>
        <w:t>З якої се причини?&lt;br /&gt;</w:t>
        <w:br/>
        <w:t>Морган&lt;br /&gt;</w:t>
        <w:br/>
        <w:t>(заспаний)&lt;br /&gt;</w:t>
        <w:br/>
        <w:t>Доню!&lt;br /&gt;</w:t>
        <w:br/>
        <w:t>Чора&lt;br /&gt;</w:t>
        <w:br/>
        <w:t>Чую!&lt;br /&gt;</w:t>
        <w:br/>
        <w:t>Морган&lt;br /&gt;</w:t>
        <w:br/>
        <w:t>Іди та подивись: се Тіфон там&lt;br /&gt;</w:t>
        <w:br/>
        <w:t>Іде!&lt;br /&gt;</w:t>
        <w:br/>
        <w:t>Чора&lt;br /&gt;</w:t>
        <w:br/>
        <w:t>Се мій Олекса!&lt;br /&gt;</w:t>
        <w:br/>
        <w:t>Морган&lt;br /&gt;</w:t>
        <w:br/>
        <w:t>Вийди, кажу!&lt;br /&gt;</w:t>
        <w:br/>
        <w:t>Се Тіфон там іде!!&lt;br /&gt;</w:t>
        <w:br/>
        <w:t>Чора&lt;br /&gt;</w:t>
        <w:br/>
        <w:t>Які ж бо ви&lt;br /&gt;</w:t>
        <w:br/>
        <w:t>Дивні!..&lt;br /&gt;</w:t>
        <w:br/>
        <w:t>(Пріч.)</w:t>
      </w:r>
    </w:p>
    <w:p>
      <w:r>
        <w:br/>
        <w:t>ШОСТА СЦЕНА&lt;br /&gt;</w:t>
        <w:br/>
        <w:t>Т і, що лишилися.&lt;br /&gt;</w:t>
        <w:br/>
        <w:t>Морган&lt;br /&gt;</w:t>
        <w:br/>
        <w:t>Се так! Се Тіфон там іде,&lt;br /&gt;</w:t>
        <w:br/>
        <w:t>Бо се его є ніч!..&lt;br /&gt;</w:t>
        <w:br/>
        <w:t>(Усипає.)&lt;br /&gt;</w:t>
        <w:br/>
        <w:t>До в б у ш&lt;br /&gt;</w:t>
        <w:br/>
        <w:t>Ніч кари на&lt;br /&gt;</w:t>
        <w:br/>
        <w:t>Сю душоловицю!&lt;br /&gt;</w:t>
        <w:br/>
        <w:t>(Подумавши.)&lt;br /&gt;</w:t>
        <w:br/>
        <w:t>А що се я —&lt;br /&gt;</w:t>
        <w:br/>
        <w:t>Не также душоловець? Ще і з тих&lt;br /&gt;</w:t>
        <w:br/>
        <w:t>Найгірших — як той злодій, що у баби&lt;br /&gt;</w:t>
        <w:br/>
        <w:t>Жебрущої хліб з торби украде!&lt;br /&gt;</w:t>
        <w:br/>
        <w:t>Бо що їй скажу? Як той смутчий хрест&lt;br /&gt;</w:t>
        <w:br/>
        <w:t>У неї видурю? А мушу в неї&lt;br /&gt;</w:t>
        <w:br/>
        <w:t>То витуманити, бо слово дав —&lt;br /&gt;</w:t>
        <w:br/>
        <w:t>То моє слово честі, слово мужа,&lt;br /&gt;</w:t>
        <w:br/>
        <w:t>Що більш значить, як сто таких хрестів.&lt;br /&gt;</w:t>
        <w:br/>
        <w:t>О, я би рув а рув — як лев той в сіті,&lt;br /&gt;</w:t>
        <w:br/>
        <w:t>Що через свою подуфалість сам&lt;br /&gt;</w:t>
        <w:br/>
        <w:t>У ню упав! Але не міг би я&lt;br /&gt;</w:t>
        <w:br/>
        <w:t>Пірвати, сокрушити тую сіть,&lt;br /&gt;</w:t>
        <w:br/>
        <w:t>Як лев оден? Коли ж тепер, коли&lt;br /&gt;</w:t>
        <w:br/>
        <w:t>Той лев вже силу свою пострадав?&lt;br /&gt;</w:t>
        <w:br/>
        <w:t>Запізно нагадався, мій королю!&lt;br /&gt;</w:t>
        <w:br/>
        <w:t>(Подумавши.)&lt;br /&gt;</w:t>
        <w:br/>
        <w:t>То ж далі! Зрештов, о що тут ходить?&lt;br /&gt;</w:t>
        <w:br/>
        <w:t>Та забавка діточа не стоїть&lt;br /&gt;</w:t>
        <w:br/>
        <w:t>Такого рейваху! Нарешті вна&lt;br /&gt;</w:t>
        <w:br/>
        <w:t>Любов великов все мене манила&lt;br /&gt;</w:t>
        <w:br/>
        <w:t>Нехай же ж нині дасть мені довід!&lt;br /&gt;</w:t>
        <w:br/>
        <w:t>Бо ели она мене так дуже любить,&lt;br /&gt;</w:t>
        <w:br/>
        <w:t>Як в очі ми світила,— то й простить мя!&lt;br /&gt;</w:t>
        <w:br/>
        <w:t>А нє —&lt;br /&gt;</w:t>
        <w:br/>
        <w:t>то та єї люба великословна&lt;br /&gt;</w:t>
        <w:br/>
        <w:t>Нічим не була іншим, як лиш хитрим&lt;br /&gt;</w:t>
        <w:br/>
        <w:t>Поганим душеловством,— а тогді&lt;br /&gt;</w:t>
        <w:br/>
        <w:t>На свій учинок не пожалую!&lt;br /&gt;</w:t>
        <w:br/>
        <w:t>Але нехай я жалую чи нє:&lt;br /&gt;</w:t>
        <w:br/>
        <w:t>Тут ходить виручитись з свого слова,&lt;br /&gt;</w:t>
        <w:br/>
        <w:t>Що вбрав на ся, як прокляття окови!!&lt;br /&gt;</w:t>
        <w:br/>
        <w:t>СЬОМА СЦЕНА&lt;br /&gt;</w:t>
        <w:br/>
        <w:t>Чо р а. Ті, що перше.&lt;br /&gt;</w:t>
        <w:br/>
        <w:t>Ч о р а&lt;br /&gt;</w:t>
        <w:br/>
        <w:t>Чи ж не дивак мій батько? Тіфон все&lt;br /&gt;</w:t>
        <w:br/>
        <w:t>Та Тіфон без кінця!.. Але чого&lt;br /&gt;</w:t>
        <w:br/>
        <w:t>Такий задуманий? Се що тобі?&lt;br /&gt;</w:t>
        <w:br/>
        <w:t>Увесь у смутку нині!..&lt;br /&gt;</w:t>
        <w:br/>
        <w:t>Довбуш&lt;br /&gt;</w:t>
        <w:br/>
        <w:t>В смутку? Ба!&lt;br /&gt;</w:t>
        <w:br/>
        <w:t>А ти весела, може?&lt;br /&gt;</w:t>
        <w:br/>
        <w:t>Ч о р а&lt;br /&gt;</w:t>
        <w:br/>
        <w:t>Маю, може,&lt;br /&gt;</w:t>
        <w:br/>
        <w:t>Причину?..&lt;br /&gt;</w:t>
        <w:br/>
        <w:t>Довбуш&lt;br /&gt;</w:t>
        <w:br/>
        <w:t>Нє? Ха-ха, ха-ха, ха-ха!&lt;br /&gt;</w:t>
        <w:br/>
        <w:t>І що ж тобі бракує?&lt;br /&gt;</w:t>
        <w:br/>
        <w:t>Ч о р а&lt;br /&gt;</w:t>
        <w:br/>
        <w:t>Дуже много!&lt;br /&gt;</w:t>
        <w:br/>
        <w:t>Довбуш&lt;br /&gt;</w:t>
        <w:br/>
        <w:t>Я рад би знати, що?&lt;br /&gt;</w:t>
        <w:br/>
        <w:t>Ч о р а&lt;br /&gt;</w:t>
        <w:br/>
        <w:t>Люба!&lt;br /&gt;</w:t>
        <w:br/>
        <w:t>Довбуш&lt;br /&gt;</w:t>
        <w:br/>
        <w:t>Люба!?&lt;br /&gt;</w:t>
        <w:br/>
        <w:t>Ха-ха, ха-ха, ха-ха! А я бо думав,&lt;br /&gt;</w:t>
        <w:br/>
        <w:t>Що ви — що ті цигани — й без люби&lt;br /&gt;</w:t>
        <w:br/>
        <w:t>Любити вміють!..&lt;br /&gt;</w:t>
        <w:br/>
        <w:t>Чора&lt;br /&gt;</w:t>
        <w:br/>
        <w:t>Як же ж — без люби?&lt;br /&gt;</w:t>
        <w:br/>
        <w:t>То була би люба любов тогді?&lt;br /&gt;</w:t>
        <w:br/>
        <w:t>Довбуш&lt;br /&gt;</w:t>
        <w:br/>
        <w:t>Нещасна! То ж ти і любу вже знаєш?&lt;br /&gt;</w:t>
        <w:br/>
        <w:t>Чора&lt;br /&gt;</w:t>
        <w:br/>
        <w:t>Віднині — але знаю!&lt;br /&gt;</w:t>
        <w:br/>
        <w:t>Довбуш&lt;br /&gt;</w:t>
        <w:br/>
        <w:t>Знаєш певне?&lt;br /&gt;</w:t>
        <w:br/>
        <w:t>Чора&lt;br /&gt;</w:t>
        <w:br/>
        <w:t>І се знов питане!..&lt;br /&gt;</w:t>
        <w:br/>
        <w:t>Довбуш&lt;br /&gt;</w:t>
        <w:br/>
        <w:t>Запевне знаєш?&lt;br /&gt;</w:t>
        <w:br/>
        <w:t>Тим лучче! Бо тогді любу ту твою&lt;br /&gt;</w:t>
        <w:br/>
        <w:t>Ти й довести умітимеш! Неправда?&lt;br /&gt;</w:t>
        <w:br/>
        <w:t>Чора&lt;br /&gt;</w:t>
        <w:br/>
        <w:t>То що люба уміє — то і Чора&lt;br /&gt;</w:t>
        <w:br/>
        <w:t>Умітиме!&lt;br /&gt;</w:t>
        <w:br/>
        <w:t>Довбуш&lt;br /&gt;</w:t>
        <w:br/>
        <w:t>Покажесь...&lt;br /&gt;</w:t>
        <w:br/>
        <w:t>(Здоймае хрест.)&lt;br /&gt;</w:t>
        <w:br/>
        <w:t>Ти сей хрест&lt;br /&gt;</w:t>
        <w:br/>
        <w:t>Мені даруєш?&lt;br /&gt;</w:t>
        <w:br/>
        <w:t>Чора&lt;br /&gt;</w:t>
        <w:br/>
        <w:t>Хрест!!? А батько ж мій!?&lt;br /&gt;</w:t>
        <w:br/>
        <w:t>Довбуш&lt;br /&gt;</w:t>
        <w:br/>
        <w:t>Ха-ха, ха-ха! Отеє ж мені й люба,&lt;br /&gt;</w:t>
        <w:br/>
        <w:t>Що на діточій іграшці кінчиться!&lt;br /&gt;</w:t>
        <w:br/>
        <w:t>Так, душеловице! Тримай го си!&lt;br /&gt;</w:t>
        <w:br/>
        <w:t>(Мене їй хрест на скриню, а сам хоче йти.)&lt;br /&gt;</w:t>
        <w:br/>
        <w:t>Та так-таки і ліпше...&lt;br /&gt;</w:t>
        <w:br/>
        <w:t>Чора&lt;br /&gt;</w:t>
        <w:br/>
        <w:t>(тримає єго)&lt;br /&gt;</w:t>
        <w:br/>
        <w:t>Ти йдеш!?</w:t>
      </w:r>
    </w:p>
    <w:p>
      <w:r>
        <w:br/>
        <w:t>Довбуш&lt;br /&gt;</w:t>
        <w:br/>
        <w:t>Бувай здорова!&lt;br /&gt;</w:t>
        <w:br/>
        <w:t>Ч о р а&lt;br /&gt;</w:t>
        <w:br/>
        <w:t>Милий!!&lt;br /&gt;</w:t>
        <w:br/>
        <w:t>Довбуш&lt;br /&gt;</w:t>
        <w:br/>
        <w:t>Пріч!!&lt;br /&gt;</w:t>
        <w:br/>
        <w:t>Ч о р а&lt;br /&gt;</w:t>
        <w:br/>
        <w:t>Слівце лиш...&lt;br /&gt;</w:t>
        <w:br/>
        <w:t>Довбуш&lt;br /&gt;</w:t>
        <w:br/>
        <w:t>Але останнє!&lt;br /&gt;</w:t>
        <w:br/>
        <w:t>Ч о р а&lt;br /&gt;</w:t>
        <w:br/>
        <w:t>Так! Нехай останнє:&lt;br /&gt;</w:t>
        <w:br/>
        <w:t>Ти любиш мя?&lt;br /&gt;</w:t>
        <w:br/>
        <w:t>Довбуш&lt;br /&gt;</w:t>
        <w:br/>
        <w:t>Я люб'ю..,&lt;br /&gt;</w:t>
        <w:br/>
        <w:t>Ч о р а&lt;br /&gt;</w:t>
        <w:br/>
        <w:t>(перебиває му річ)&lt;br /&gt;</w:t>
        <w:br/>
        <w:t>Тож бери&lt;br /&gt;</w:t>
        <w:br/>
        <w:t>Собі сей хрест, коли тобі на нім&lt;br /&gt;</w:t>
        <w:br/>
        <w:t>Так дуже лежно!&lt;br /&gt;</w:t>
        <w:br/>
        <w:t>(Пхає му хрест за черес.)&lt;br /&gt;</w:t>
        <w:br/>
        <w:t>А умре мій батько...&lt;br /&gt;</w:t>
        <w:br/>
        <w:t>То ти мені ся лишиш!..&lt;br /&gt;</w:t>
        <w:br/>
        <w:t>Довбуш&lt;br /&gt;</w:t>
        <w:br/>
        <w:t>Я!? О, чорна&lt;br /&gt;</w:t>
        <w:br/>
        <w:t>Ти душеловице,—— ніколи в світі!!!&lt;br /&gt;</w:t>
        <w:br/>
        <w:t>Бо я княгиню люб'ю і для неї&lt;br /&gt;</w:t>
        <w:br/>
        <w:t>Сей хрест принести обіцяв; а що&lt;br /&gt;</w:t>
        <w:br/>
        <w:t>Я обіцяв — то мушу, бо я мушу!&lt;br /&gt;</w:t>
        <w:br/>
        <w:t>Для того ж мя прости, єсли се можеш,—&lt;br /&gt;</w:t>
        <w:br/>
        <w:t>Єсли єс мя любила — так любила,&lt;br /&gt;</w:t>
        <w:br/>
        <w:t>Як присягалася, що любиш мя!&lt;br /&gt;</w:t>
        <w:br/>
        <w:t>А не —&lt;br /&gt;</w:t>
        <w:br/>
        <w:t>То моя совість за се діло чиста!&lt;br /&gt;</w:t>
        <w:br/>
        <w:t>Бо сватать має муж, а не невіста!&lt;br /&gt;</w:t>
        <w:br/>
        <w:t>(Іде. Але перед ватраком зупиняєсь, виймає з тобівки скри-&lt;br /&gt;</w:t>
        <w:br/>
        <w:t>почку з клейнодами і кладе ю на землю (або на який при-&lt;br /&gt;</w:t>
        <w:br/>
        <w:t>мурок — так, аби без трудності на очі впадала), а сам&lt;br /&gt;</w:t>
        <w:br/>
        <w:t>відходить.)&lt;br /&gt;</w:t>
        <w:br/>
        <w:t>ВОСЬМА СЦЕНА&lt;br /&gt;</w:t>
        <w:br/>
        <w:t>Т і, що лишилися.&lt;br /&gt;</w:t>
        <w:br/>
        <w:t>Чора&lt;br /&gt;</w:t>
        <w:br/>
        <w:t>(прийшовши по хвилі тяжкої замороки до себе)&lt;br /&gt;</w:t>
        <w:br/>
        <w:t>Се де я? Й що казав він?.. Батьку! Батьку!!&lt;br /&gt;</w:t>
        <w:br/>
        <w:t>Вставай та умирай!!!&lt;br /&gt;</w:t>
        <w:br/>
        <w:t>Морган&lt;br /&gt;</w:t>
        <w:br/>
        <w:t>(заспаний)&lt;br /&gt;</w:t>
        <w:br/>
        <w:t>...в огні і в кривіх&lt;br /&gt;</w:t>
        <w:br/>
        <w:t>Ме Тіфон світ...&lt;br /&gt;</w:t>
        <w:br/>
        <w:t>(Пробуджаєсь, смотрить за хрестом — і схоплюєсь на ноги.)&lt;br /&gt;</w:t>
        <w:br/>
        <w:t>Мій хрест!!? Де, де мій хрест!??&lt;br /&gt;</w:t>
        <w:br/>
        <w:t>Чора&lt;br /&gt;</w:t>
        <w:br/>
        <w:t>Я за любу го проміняла! Як?&lt;br /&gt;</w:t>
        <w:br/>
        <w:t>Чи, може, ти лиш сам, о гордий старче,&lt;br /&gt;</w:t>
        <w:br/>
        <w:t>Хотів щасливим бути? Ба і я!..&lt;br /&gt;</w:t>
        <w:br/>
        <w:t>Морган&lt;br /&gt;</w:t>
        <w:br/>
        <w:t>(бере книгу і бичик і мацаесь аж до ватрака)&lt;br /&gt;</w:t>
        <w:br/>
        <w:t>О Тіфоне!&lt;br /&gt;</w:t>
        <w:br/>
        <w:t>Ти не відводиш діло!.. Але ти,&lt;br /&gt;</w:t>
        <w:br/>
        <w:t>О доню, чадо моє нещасливе,&lt;br /&gt;</w:t>
        <w:br/>
        <w:t>Ти ся пімстиш за мя во время оно!&lt;br /&gt;</w:t>
        <w:br/>
        <w:t>А не забудь,&lt;br /&gt;</w:t>
        <w:br/>
        <w:t>що ми є з роду славних фараонів!!!&lt;br /&gt;</w:t>
        <w:br/>
        <w:t>(Мечесь у поломінь, котра жасно бухає і палає і аж до&lt;br /&gt;</w:t>
        <w:br/>
        <w:t>останку іскрами сипле.)&lt;br /&gt;</w:t>
        <w:br/>
        <w:t>ДЕВ'ЯТА СЦЕНА&lt;br /&gt;</w:t>
        <w:br/>
        <w:t>Чора сама.&lt;br /&gt;</w:t>
        <w:br/>
        <w:t>Чора&lt;br /&gt;</w:t>
        <w:br/>
        <w:t>(біжить до ватрака)&lt;br /&gt;</w:t>
        <w:br/>
        <w:t>Пімстюся! і пімстюся! і пімстюся!&lt;br /&gt;</w:t>
        <w:br/>
        <w:t>Се присягаюсь ти всіма богами,&lt;br /&gt;</w:t>
        <w:br/>
        <w:t>Котрі огнем орудують! А то&lt;br /&gt;</w:t>
        <w:br/>
        <w:t>Пімстюся так, як ще дитина батька&lt;br /&gt;</w:t>
        <w:br/>
        <w:t>Не мстила, відколи та мста кровава&lt;br /&gt;</w:t>
        <w:br/>
        <w:t>Урвалася з пекольного ланца&lt;br /&gt;</w:t>
        <w:br/>
        <w:t>І світ сей кровйов людськов закрасила! О!&lt;br /&gt;</w:t>
        <w:br/>
        <w:t>О ви, гарпії — Тіфона дочки,&lt;br /&gt;</w:t>
        <w:br/>
        <w:t>Прийміть мене у свій жасний союз&lt;br /&gt;</w:t>
        <w:br/>
        <w:t>Яко владичицю ножа і барди —&lt;br /&gt;</w:t>
        <w:br/>
        <w:t>Різничого ножа і барди ката!&lt;br /&gt;</w:t>
        <w:br/>
        <w:t>Бо доти не спочину — і не хочу&lt;br /&gt;</w:t>
        <w:br/>
        <w:t>Спочити, доки аж та чорна кров&lt;br /&gt;</w:t>
        <w:br/>
        <w:t>Усіх-усіх пекольних Добушів&lt;br /&gt;</w:t>
        <w:br/>
        <w:t>До Сірія вгору аж, а відтак&lt;br /&gt;</w:t>
        <w:br/>
        <w:t>Від Сірія у найтемніший ад&lt;br /&gt;</w:t>
        <w:br/>
        <w:t>Не ме шуміти чорним каблуком,&lt;br /&gt;</w:t>
        <w:br/>
        <w:t>Як той гірський потік, що розбивавсь&lt;br /&gt;</w:t>
        <w:br/>
        <w:t>По чорних гранітових скалах!!&lt;br /&gt;</w:t>
        <w:br/>
        <w:t>(Уздрівши скрипочку, здоймає ю і отворяв.)&lt;br /&gt;</w:t>
        <w:br/>
        <w:t>Що!?&lt;br /&gt;</w:t>
        <w:br/>
        <w:t>Ти золото лишив!? То душі нині ——&lt;br /&gt;</w:t>
        <w:br/>
        <w:t>За золото і ніжні діаманти&lt;br /&gt;</w:t>
        <w:br/>
        <w:t>На продаж, а вітці — за перла і&lt;br /&gt;</w:t>
        <w:br/>
        <w:t>За крам дівочий?&lt;br /&gt;</w:t>
        <w:br/>
        <w:t>(Мече скрипочку у поломінь.)&lt;br /&gt;</w:t>
        <w:br/>
        <w:t>В пекло — і з тобов!1&lt;br /&gt;</w:t>
        <w:br/>
        <w:t>А за сей глум чортівське твоє серце&lt;br /&gt;</w:t>
        <w:br/>
        <w:t>Насип'ю топленим я золотом,&lt;br /&gt;</w:t>
        <w:br/>
        <w:t>Що аж сипітиме, сипіти, як&lt;br /&gt;</w:t>
        <w:br/>
        <w:t>Гадя та местна в моїх тут грудях!,.&lt;br /&gt;</w:t>
        <w:br/>
        <w:t>(Притискає руку до грудей і діставсь за монество, котре&lt;br /&gt;</w:t>
        <w:br/>
        <w:t>в сей час з шиї собі, зриває і, далеко від себе тримаючи,&lt;br /&gt;</w:t>
        <w:br/>
        <w:t>обзирає.)&lt;br /&gt;</w:t>
        <w:br/>
        <w:t>А ти що тут, пуста мамоно, робиш?&lt;br /&gt;</w:t>
        <w:br/>
        <w:t>У пекло — і з тобов!!&lt;br /&gt;</w:t>
        <w:br/>
        <w:t>(Мече мопество в огонь.)&lt;br /&gt;</w:t>
        <w:br/>
        <w:t>Та ж я не Чора,&lt;br /&gt;</w:t>
        <w:br/>
        <w:t>Не того Моргана багатого&lt;br /&gt;</w:t>
        <w:br/>
        <w:t>Дочка уже, що він корони, скіптри,&lt;br /&gt;</w:t>
        <w:br/>
        <w:t>Держави роздаровувати думав,&lt;br /&gt;</w:t>
        <w:br/>
        <w:t>Як ту дрібну монету прошакам!&lt;br /&gt;</w:t>
        <w:br/>
        <w:t>О, нє вже!&lt;br /&gt;</w:t>
        <w:br/>
        <w:t>Я жриця мсти віднині називаюсь!&lt;br /&gt;</w:t>
        <w:br/>
        <w:t>До олтаря ж!! Там жертва дожидає!!!&lt;br /&gt;</w:t>
        <w:br/>
        <w:t>(Обертаєсь до відходу.)&lt;br /&gt;</w:t>
        <w:br/>
        <w:t>Заслона</w:t>
      </w:r>
    </w:p>
    <w:p>
      <w:r>
        <w:br/>
        <w:t>ТРЕТЄ ДІЛО&lt;br /&gt;</w:t>
        <w:br/>
        <w:t>ПОДРЯ&lt;br /&gt;</w:t>
        <w:br/>
        <w:t>Та сама, що у першім ділі.&lt;br /&gt;</w:t>
        <w:br/>
        <w:t>ПЕРША СЦЕНА&lt;br /&gt;</w:t>
        <w:br/>
        <w:t>Секретар з пергамеитовим сувоєм.&lt;br /&gt;</w:t>
        <w:br/>
        <w:t>Секретар&lt;br /&gt;</w:t>
        <w:br/>
        <w:t>Отак, мабуть, воєначальнику&lt;br /&gt;</w:t>
        <w:br/>
        <w:t>Рішучого походу на душі,&lt;br /&gt;</w:t>
        <w:br/>
        <w:t>Як нині се мені. Але чого&lt;br /&gt;</w:t>
        <w:br/>
        <w:t>Мені боятись з збройов сев в руці —&lt;br /&gt;</w:t>
        <w:br/>
        <w:t>З сим дневником покойної княгині,&lt;br /&gt;</w:t>
        <w:br/>
        <w:t>А сеї знов княгині матері?&lt;br /&gt;</w:t>
        <w:br/>
        <w:t>Бо як мені учитель мій писав,&lt;br /&gt;</w:t>
        <w:br/>
        <w:t>Так і найшов тайник я у архіві,&lt;br /&gt;</w:t>
        <w:br/>
        <w:t>А в тайнику тім — ніж і сей сувій,&lt;br /&gt;</w:t>
        <w:br/>
        <w:t>Покойної —княгині дневник сей.&lt;br /&gt;</w:t>
        <w:br/>
        <w:t>Архімайстерське, премайстерське діло&lt;br /&gt;</w:t>
        <w:br/>
        <w:t>У своїм способі! І так усе&lt;br /&gt;</w:t>
        <w:br/>
        <w:t>Документарно і з доводами,&lt;br /&gt;</w:t>
        <w:br/>
        <w:t>Що моя красна, моя горда жертва&lt;br /&gt;</w:t>
        <w:br/>
        <w:t>Чи сяк, чи так — у моїх вже руках;&lt;br /&gt;</w:t>
        <w:br/>
        <w:t>І то в руках — що всі пекольні сили&lt;br /&gt;</w:t>
        <w:br/>
        <w:t>Мені не в стані вирвати ю з рук!,.&lt;br /&gt;</w:t>
        <w:br/>
        <w:t>І так похід я мій розпочинаю!&lt;br /&gt;</w:t>
        <w:br/>
        <w:t>Не мудрий, а відважний щастє має?&lt;br /&gt;</w:t>
        <w:br/>
        <w:t>(Плеще в долоні.)&lt;br /&gt;</w:t>
        <w:br/>
        <w:t>Маршалку!&lt;br /&gt;</w:t>
        <w:br/>
        <w:t>ДРУГА СЦЕНА&lt;br /&gt;</w:t>
        <w:br/>
        <w:t>Маршалок. Той, що перше.&lt;br /&gt;</w:t>
        <w:br/>
        <w:t>Маршалок&lt;br /&gt;</w:t>
        <w:br/>
        <w:t>Чую!&lt;br /&gt;</w:t>
        <w:br/>
        <w:t>Секретар&lt;br /&gt;</w:t>
        <w:br/>
        <w:t>Думаєш, що всі&lt;br /&gt;</w:t>
        <w:br/>
        <w:t>Ся зійдуть?&lt;br /&gt;</w:t>
        <w:br/>
        <w:t>Маршалок&lt;br /&gt;</w:t>
        <w:br/>
        <w:t>Десять тисяч — якнайменше.&lt;br /&gt;</w:t>
        <w:br/>
        <w:t>Сей замок буде наокола ними&lt;br /&gt;</w:t>
        <w:br/>
        <w:t>Обступлений.&lt;br /&gt;</w:t>
        <w:br/>
        <w:t>Секретар&lt;br /&gt;</w:t>
        <w:br/>
        <w:t>Але аби ворота&lt;br /&gt;</w:t>
        <w:br/>
        <w:t>Не загаєні булиі&lt;br /&gt;</w:t>
        <w:br/>
        <w:t>Маршалок&lt;br /&gt;</w:t>
        <w:br/>
        <w:t>Розумівсь.&lt;br /&gt;</w:t>
        <w:br/>
        <w:t>Актори муся мати свій простор.&lt;br /&gt;</w:t>
        <w:br/>
        <w:t>А у хороми сі самі ізбранні&lt;br /&gt;</w:t>
        <w:br/>
        <w:t>Лиш сміють приступити.&lt;br /&gt;</w:t>
        <w:br/>
        <w:t>Секретар&lt;br /&gt;</w:t>
        <w:br/>
        <w:t>Будуть всі&lt;br /&gt;</w:t>
        <w:br/>
        <w:t>При зброї?&lt;br /&gt;</w:t>
        <w:br/>
        <w:t>Маршалок&lt;br /&gt;</w:t>
        <w:br/>
        <w:t>Нині в них Варфоломія,&lt;br /&gt;</w:t>
        <w:br/>
        <w:t>Де всі у зброї ходя.&lt;br /&gt;</w:t>
        <w:br/>
        <w:t>Секретар&lt;br /&gt;</w:t>
        <w:br/>
        <w:t>(показує на чоло)&lt;br /&gt;</w:t>
        <w:br/>
        <w:t>Ну, а тут?&lt;br /&gt;</w:t>
        <w:br/>
        <w:t>Маршалок&lt;br /&gt;</w:t>
        <w:br/>
        <w:t>Вина і меду в кождому шинку,&lt;br /&gt;</w:t>
        <w:br/>
        <w:t>Ба навіть наокола сего замку&lt;br /&gt;</w:t>
        <w:br/>
        <w:t>Я тільки накопошив, що би стало&lt;br /&gt;</w:t>
        <w:br/>
        <w:t>Й на тисяч капуцинів.&lt;br /&gt;</w:t>
        <w:br/>
        <w:t>Секретар&lt;br /&gt;</w:t>
        <w:br/>
        <w:t>Браво! А&lt;br /&gt;</w:t>
        <w:br/>
        <w:t>До маскаради все мені готове?&lt;br /&gt;</w:t>
        <w:br/>
        <w:t>Маршалок&lt;br /&gt;</w:t>
        <w:br/>
        <w:t>І борода, і ризи — все що треба.&lt;br /&gt;</w:t>
        <w:br/>
        <w:t>За чверть години буде архімандрит&lt;br /&gt;</w:t>
        <w:br/>
        <w:t>Такий з вас, що такого пошукати!&lt;br /&gt;</w:t>
        <w:br/>
        <w:t>Секретар&lt;br /&gt;</w:t>
        <w:br/>
        <w:t>Ходи ж та ми поможеш перебратись,&lt;br /&gt;</w:t>
        <w:br/>
        <w:t>Бо нарід вже ся сходить.&lt;br /&gt;</w:t>
        <w:br/>
        <w:t>(Показує поза подрю.)&lt;br /&gt;</w:t>
        <w:br/>
        <w:t>Хто тамті?&lt;br /&gt;</w:t>
        <w:br/>
        <w:t>Маршалок&lt;br /&gt;</w:t>
        <w:br/>
        <w:t>Той звесь Іван — брат рідний Довбуша,&lt;br /&gt;</w:t>
        <w:br/>
        <w:t>А з ним его товариш — Лагадин.&lt;br /&gt;</w:t>
        <w:br/>
        <w:t>Секретар&lt;br /&gt;</w:t>
        <w:br/>
        <w:t>Понурі два вірли!.. Івана ж того&lt;br /&gt;</w:t>
        <w:br/>
        <w:t>Нам нині дуже треба буде... Хто ж&lt;br /&gt;</w:t>
        <w:br/>
        <w:t>Той дідуган там, у медвежій кучмі?&lt;br /&gt;</w:t>
        <w:br/>
        <w:t>Маршалок&lt;br /&gt;</w:t>
        <w:br/>
        <w:t>Се — хроніка живуща гуцулів&gt;&lt;br /&gt;</w:t>
        <w:br/>
        <w:t>Та ще і в філософію свій ніс&lt;br /&gt;</w:t>
        <w:br/>
        <w:t>Не згірше тикає.&lt;br /&gt;</w:t>
        <w:br/>
        <w:t>Секретар&lt;br /&gt;</w:t>
        <w:br/>
        <w:t>А той там фулес,&lt;br /&gt;</w:t>
        <w:br/>
        <w:t>ІДо попліч з ним іде?&lt;br /&gt;</w:t>
        <w:br/>
        <w:t>Маршалок&lt;br /&gt;</w:t>
        <w:br/>
        <w:t>Сорока, що&lt;br /&gt;</w:t>
        <w:br/>
        <w:t>Дві слові лиш напам'ять ся навчила:&lt;br /&gt;</w:t>
        <w:br/>
        <w:t>Лиш "Довбуш" і "княгиня".&lt;br /&gt;</w:t>
        <w:br/>
        <w:t>Секретар&lt;br /&gt;</w:t>
        <w:br/>
        <w:t>Ха-ха-ха!..&lt;br /&gt;</w:t>
        <w:br/>
        <w:t>Але вступімся чорним рицарям.&lt;br /&gt;</w:t>
        <w:br/>
        <w:t>Оба —пріч у замок.</w:t>
      </w:r>
    </w:p>
    <w:p>
      <w:r>
        <w:br/>
        <w:t>ТРЕТЯ СЦЕНА&lt;br /&gt;</w:t>
        <w:br/>
        <w:t>Іван і Лагадин.&lt;br /&gt;</w:t>
        <w:br/>
        <w:t>Л а г а д и н&lt;br /&gt;</w:t>
        <w:br/>
        <w:t>Такого би, о друже мій Іване,&lt;br /&gt;</w:t>
        <w:br/>
        <w:t>І у казках ніхто не розповів.&lt;br /&gt;</w:t>
        <w:br/>
        <w:t>Іван&lt;br /&gt;</w:t>
        <w:br/>
        <w:t>А претці сему так, як я ти кажу,&lt;br /&gt;</w:t>
        <w:br/>
        <w:t>Мій вірний Лагадине: двадцять рік&lt;br /&gt;</w:t>
        <w:br/>
        <w:t>І п'ять, як мій отець, Василь се Довбуш,&lt;br /&gt;</w:t>
        <w:br/>
        <w:t>Пропав без вісті — як під землю впав.&lt;br /&gt;</w:t>
        <w:br/>
        <w:t>О, отче мій ти, отче!..&lt;br /&gt;</w:t>
        <w:br/>
        <w:t>Лагадин&lt;br /&gt;</w:t>
        <w:br/>
        <w:t>Бідний друже!&lt;br /&gt;</w:t>
        <w:br/>
        <w:t>Ти ж не допитував? не слідив?&lt;br /&gt;</w:t>
        <w:br/>
        <w:t>Іван&lt;br /&gt;</w:t>
        <w:br/>
        <w:t>Хто!?&lt;br /&gt;</w:t>
        <w:br/>
        <w:t>Я не допитував!? Всю Лядщину,&lt;br /&gt;</w:t>
        <w:br/>
        <w:t>Волощину, всі Угри перемірив&lt;br /&gt;</w:t>
        <w:br/>
        <w:t>Уздовж і упоперек: даром все!..&lt;br /&gt;</w:t>
        <w:br/>
        <w:t>Л а г а д и н&lt;br /&gt;</w:t>
        <w:br/>
        <w:t>Гм! Щоб і Марта, рідна твоя мати,&lt;br /&gt;</w:t>
        <w:br/>
        <w:t>Нічо не знала в сему ділі?..&lt;br /&gt;</w:t>
        <w:br/>
        <w:t>Іван&lt;br /&gt;</w:t>
        <w:br/>
        <w:t>(з погордов)&lt;br /&gt;</w:t>
        <w:br/>
        <w:t>Мати!..&lt;br /&gt;</w:t>
        <w:br/>
        <w:t>Л а г а д и н&lt;br /&gt;</w:t>
        <w:br/>
        <w:t>Ти, може, не питав?&lt;br /&gt;</w:t>
        <w:br/>
        <w:t>Іван&lt;br /&gt;</w:t>
        <w:br/>
        <w:t>Я не питав?&lt;br /&gt;</w:t>
        <w:br/>
        <w:t>Просив, молив на милість бога! Ба!..&lt;br /&gt;</w:t>
        <w:br/>
        <w:t>Л а г а д и н&lt;br /&gt;</w:t>
        <w:br/>
        <w:t>Що ж предці каже?&lt;br /&gt;</w:t>
        <w:br/>
        <w:t>Іван&lt;br /&gt;</w:t>
        <w:br/>
        <w:t>Ти ж хіба не знаєш&lt;br /&gt;</w:t>
        <w:br/>
        <w:t>Єї ту пісню безконечну, що&lt;br /&gt;</w:t>
        <w:br/>
        <w:t>Лиш він, лиш їй Олексик, варт є знати&lt;br /&gt;</w:t>
        <w:br/>
        <w:t>Тоту жасну, несамовиту тайну?&lt;br /&gt;</w:t>
        <w:br/>
        <w:t>Все він лиш! все лиш він! О, круча чорна —&lt;br /&gt;</w:t>
        <w:br/>
        <w:t>Ти, матір, ти!&lt;br /&gt;</w:t>
        <w:br/>
        <w:t>Л а г а д и н&lt;br /&gt;</w:t>
        <w:br/>
        <w:t>(грізно)&lt;br /&gt;</w:t>
        <w:br/>
        <w:t>Іване!!&lt;br /&gt;</w:t>
        <w:br/>
        <w:t>Іван&lt;br /&gt;</w:t>
        <w:br/>
        <w:t>Бо нехай&lt;br /&gt;</w:t>
        <w:br/>
        <w:t>І так се буде, що у світі навіть&lt;br /&gt;</w:t>
        <w:br/>
        <w:t>І рідна мати так любить не може,&lt;br /&gt;</w:t>
        <w:br/>
        <w:t>Як по законах би природи й серця&lt;br /&gt;</w:t>
        <w:br/>
        <w:t>Годилось. Кажуть люди-бо і піють,&lt;br /&gt;</w:t>
        <w:br/>
        <w:t>Що навісна якась там доля тов&lt;br /&gt;</w:t>
        <w:br/>
        <w:t>Любов орудує. Нехай і так!&lt;br /&gt;</w:t>
        <w:br/>
        <w:t>Але щоб долю свого народа —&lt;br /&gt;</w:t>
        <w:br/>
        <w:t>Щоб волю питомого народа&lt;br /&gt;</w:t>
        <w:br/>
        <w:t>Продати!?&lt;br /&gt;</w:t>
        <w:br/>
        <w:t>Л а г а д и н&lt;br /&gt;</w:t>
        <w:br/>
        <w:t>Як? Се мала б твоя мати&lt;br /&gt;</w:t>
        <w:br/>
        <w:t>Зробити!?&lt;br /&gt;</w:t>
        <w:br/>
        <w:t>Іван&lt;br /&gt;</w:t>
        <w:br/>
        <w:t>Не!? То, може, не завдала&lt;br /&gt;</w:t>
        <w:br/>
        <w:t>Той пресвятий наш громовий топір&lt;br /&gt;</w:t>
        <w:br/>
        <w:t>Она ему — Олексі свому, що&lt;br /&gt;</w:t>
        <w:br/>
        <w:t>У него тільки і на думці, як&lt;br /&gt;</w:t>
        <w:br/>
        <w:t>Гулять та женихатись? І такому —&lt;br /&gt;</w:t>
        <w:br/>
        <w:t>Наш громовий топір!..&lt;br /&gt;</w:t>
        <w:br/>
        <w:t>Л а г а д и н&lt;br /&gt;</w:t>
        <w:br/>
        <w:t>Ти й справді віриш&lt;br /&gt;</w:t>
        <w:br/>
        <w:t>У той святий топір?&lt;br /&gt;</w:t>
        <w:br/>
        <w:t>Іван&lt;br /&gt;</w:t>
        <w:br/>
        <w:t>(ловить за ніж)&lt;br /&gt;</w:t>
        <w:br/>
        <w:t>Заріжу тя,&lt;br /&gt;</w:t>
        <w:br/>
        <w:t>Єсли не меш у него вірити!!&lt;br /&gt;</w:t>
        <w:br/>
        <w:t>Єго подарувало божество&lt;br /&gt;</w:t>
        <w:br/>
        <w:t>Святого сонечка прадавньому&lt;br /&gt;</w:t>
        <w:br/>
        <w:t>Одному королеві гуцулів.&lt;br /&gt;</w:t>
        <w:br/>
        <w:t>Але король нещасний сей завдав&lt;br /&gt;</w:t>
        <w:br/>
        <w:t>То своїй хабалиці, за що він&lt;br /&gt;</w:t>
        <w:br/>
        <w:t>Не тільки що і сам свій вік утратив,&lt;br /&gt;</w:t>
        <w:br/>
        <w:t>Але і нарід гуцульський до впадку&lt;br /&gt;</w:t>
        <w:br/>
        <w:t>Привів! О друже! ще б і нині ми&lt;br /&gt;</w:t>
        <w:br/>
        <w:t>На поберіжжю моря Чорного —&lt;br /&gt;</w:t>
        <w:br/>
        <w:t>Великим та всеславним народом,&lt;br /&gt;</w:t>
        <w:br/>
        <w:t>Коли б не князь — гільтяй той — та не нешта!&lt;br /&gt;</w:t>
        <w:br/>
        <w:t>Л а г а д и н&lt;br /&gt;</w:t>
        <w:br/>
        <w:t>Я чув ту сторію від Германа —&lt;br /&gt;</w:t>
        <w:br/>
        <w:t>Старого того, що старі казки&lt;br /&gt;</w:t>
        <w:br/>
        <w:t>Ті гуцульські він споконвіку знає.&lt;br /&gt;</w:t>
        <w:br/>
        <w:t>А сей знов каже — каже і твердить,&lt;br /&gt;</w:t>
        <w:br/>
        <w:t>Що ми ще будем, чим давно ми були,&lt;br /&gt;</w:t>
        <w:br/>
        <w:t>Аби лиш хто найшовся той топір&lt;br /&gt;</w:t>
        <w:br/>
        <w:t>Провадить гідно.&lt;br /&gt;</w:t>
        <w:br/>
        <w:t>Іван&lt;br /&gt;</w:t>
        <w:br/>
        <w:t>То ж бо і щось: го гідно&lt;br /&gt;</w:t>
        <w:br/>
        <w:t>Провадити!</w:t>
      </w:r>
    </w:p>
    <w:p>
      <w:r>
        <w:br/>
        <w:t>Лагадин&lt;br /&gt;</w:t>
        <w:br/>
        <w:t>А він ся вже й найшов —&lt;br /&gt;</w:t>
        <w:br/>
        <w:t>Бо хто гідніший може того бути,&lt;br /&gt;</w:t>
        <w:br/>
        <w:t>Як не твій брат Олекса!?&lt;br /&gt;</w:t>
        <w:br/>
        <w:t>Іван&lt;br /&gt;</w:t>
        <w:br/>
        <w:t>(як устеклий)&lt;br /&gt;</w:t>
        <w:br/>
        <w:t>То й тебе?..&lt;br /&gt;</w:t>
        <w:br/>
        <w:t>Й тебе він обманив!? Руш!! Заберися!&lt;br /&gt;</w:t>
        <w:br/>
        <w:t>Не треба мені другів вже!.. О боже!..&lt;br /&gt;</w:t>
        <w:br/>
        <w:t>(Іде потич, сідає на лавичку і закриває собі очі полов від&lt;br /&gt;</w:t>
        <w:br/>
        <w:t>сардака. Лагадин відходить на кілька кроків, але зараз&lt;br /&gt;</w:t>
        <w:br/>
        <w:t>вертавсь і сідає коло Івана.)&lt;br /&gt;</w:t>
        <w:br/>
        <w:t>ЧЕТВЕРТА СЦЕНА&lt;br /&gt;</w:t>
        <w:br/>
        <w:t>Старий і молодий гуцул. На дворі чути трабантів, як нарід&lt;br /&gt;</w:t>
        <w:br/>
        <w:t>опирають і лиш декотрих у хороми пускають.&lt;br /&gt;</w:t>
        <w:br/>
        <w:t>Ті, що перше.&lt;br /&gt;</w:t>
        <w:br/>
        <w:t>Молодий гуцул&lt;br /&gt;</w:t>
        <w:br/>
        <w:t>Се в мене свято раз — Варфоломія!&lt;br /&gt;</w:t>
        <w:br/>
        <w:t>Голоси знадвір'я&lt;br /&gt;</w:t>
        <w:br/>
        <w:t>Олекса Довбуш! Слава! І... І-гу!!!&lt;br /&gt;</w:t>
        <w:br/>
        <w:t>Стріли.&lt;br /&gt;</w:t>
        <w:br/>
        <w:t>Молодий гуцул&lt;br /&gt;</w:t>
        <w:br/>
        <w:t>А ти, старий, чого насупив брови?&lt;br /&gt;</w:t>
        <w:br/>
        <w:t>Будь з нами враз веселий!&lt;br /&gt;</w:t>
        <w:br/>
        <w:t>Старий гуцул&lt;br /&gt;</w:t>
        <w:br/>
        <w:t>Сину, сину!&lt;br /&gt;</w:t>
        <w:br/>
        <w:t>Не кажи гоп! — аж пліт не перескочиш!&lt;br /&gt;</w:t>
        <w:br/>
        <w:t>Молодий гуцул&lt;br /&gt;</w:t>
        <w:br/>
        <w:t>Не знаю, що тут перескакувать?&lt;br /&gt;</w:t>
        <w:br/>
        <w:t>Наш славний Довбуш виходив нам волю,&lt;br /&gt;</w:t>
        <w:br/>
        <w:t>А воєвод дав розказ, щоб нам ю&lt;br /&gt;</w:t>
        <w:br/>
        <w:t>Тут і обголосили.&lt;br /&gt;</w:t>
        <w:br/>
        <w:t>Старий гуцул&lt;br /&gt;</w:t>
        <w:br/>
        <w:t>Вай! тій волі,&lt;br /&gt;</w:t>
        <w:br/>
        <w:t>Що Довбуш нам виходжує, а лях&lt;br /&gt;</w:t>
        <w:br/>
        <w:t>Дарує!,,</w:t>
      </w:r>
    </w:p>
    <w:p>
      <w:r>
        <w:br/>
        <w:t>Молодий гуцул&lt;br /&gt;</w:t>
        <w:br/>
        <w:t>Як? То і на Довбуша&lt;br /&gt;</w:t>
        <w:br/>
        <w:t>Ти пси вже вішаєш?&lt;br /&gt;</w:t>
        <w:br/>
        <w:t>Старий гуцул&lt;br /&gt;</w:t>
        <w:br/>
        <w:t>Він сам на себе&lt;br /&gt;</w:t>
        <w:br/>
        <w:t>їх вішає, не я. Га! І такому —&lt;br /&gt;</w:t>
        <w:br/>
        <w:t>Наш громовий топір!?&lt;br /&gt;</w:t>
        <w:br/>
        <w:t>Молодий гуцул&lt;br /&gt;</w:t>
        <w:br/>
        <w:t>Я рад би знати,&lt;br /&gt;</w:t>
        <w:br/>
        <w:t>Хто варт єго носити, як не Довбуш,&lt;br /&gt;</w:t>
        <w:br/>
        <w:t>Не наш напередовець?.. Але хто&lt;br /&gt;</w:t>
        <w:br/>
        <w:t>Там так ся надюндюжив та ступає,&lt;br /&gt;</w:t>
        <w:br/>
        <w:t>Як журавель старий?&lt;br /&gt;</w:t>
        <w:br/>
        <w:t>Старий гуцул&lt;br /&gt;</w:t>
        <w:br/>
        <w:t>Де? Проступіться*&lt;br /&gt;</w:t>
        <w:br/>
        <w:t>Се монах православний! Дайте честь!</w:t>
      </w:r>
    </w:p>
    <w:p>
      <w:r>
        <w:br/>
        <w:t>П'ЯТА СЦЕНА&lt;br /&gt;</w:t>
        <w:br/>
        <w:t>к р е г а р, перебраний за православного монаха.&lt;br /&gt;</w:t>
        <w:br/>
        <w:t>Т і, що перше.&lt;br /&gt;</w:t>
        <w:br/>
        <w:t>Секретар&lt;br /&gt;</w:t>
        <w:br/>
        <w:t>Слава Спасителю!&lt;br /&gt;</w:t>
        <w:br/>
        <w:t>Усі&lt;br /&gt;</w:t>
        <w:br/>
        <w:t>Вовіки слава!&lt;br /&gt;</w:t>
        <w:br/>
        <w:t>Секретар&lt;br /&gt;</w:t>
        <w:br/>
        <w:t>В вас празник, діточки?&lt;br /&gt;</w:t>
        <w:br/>
        <w:t>Молодий гуцул&lt;br /&gt;</w:t>
        <w:br/>
        <w:t>І то великий!&lt;br /&gt;</w:t>
        <w:br/>
        <w:t>Наш добрий воєвода, дідич наш,&lt;br /&gt;</w:t>
        <w:br/>
        <w:t>Подарував нам волю.&lt;br /&gt;</w:t>
        <w:br/>
        <w:t>Секретар&lt;br /&gt;</w:t>
        <w:br/>
        <w:t>Гм, гм, гм!&lt;br /&gt;</w:t>
        <w:br/>
        <w:t>Як я тобі, що в тебе вкрав, віддам —&lt;br /&gt;</w:t>
        <w:br/>
        <w:t>То й то дароване?&lt;br /&gt;</w:t>
        <w:br/>
        <w:t>Усі&lt;br /&gt;</w:t>
        <w:br/>
        <w:t>Ха-ха, ха-ха!&lt;br /&gt;</w:t>
        <w:br/>
        <w:t>Молодий гуцул&lt;br /&gt;</w:t>
        <w:br/>
        <w:t>А як я те, що другий в вас украв,&lt;br /&gt;</w:t>
        <w:br/>
        <w:t>Дістав та вам віддав?&lt;br /&gt;</w:t>
        <w:br/>
        <w:t>Секретар&lt;br /&gt;</w:t>
        <w:br/>
        <w:t>Гм, гм, гм, гм!&lt;br /&gt;</w:t>
        <w:br/>
        <w:t>Тримавши в себе років кількасот?&lt;br /&gt;</w:t>
        <w:br/>
        <w:t>Усі&lt;br /&gt;</w:t>
        <w:br/>
        <w:t>Ха-ха, ха-ха!&lt;br /&gt;</w:t>
        <w:br/>
        <w:t>Молодий гуцул&lt;br /&gt;</w:t>
        <w:br/>
        <w:t>За се би слово, отче,&lt;br /&gt;</w:t>
        <w:br/>
        <w:t>Вам воєвода не подякував.&lt;br /&gt;</w:t>
        <w:br/>
        <w:t>Старий гуцул&lt;br /&gt;</w:t>
        <w:br/>
        <w:t>Здаєсь, що чесний сей отець єго&lt;br /&gt;</w:t>
        <w:br/>
        <w:t>Не знає? Годний пан!..&lt;br /&gt;</w:t>
        <w:br/>
        <w:t>Молодий гуцул&lt;br /&gt;</w:t>
        <w:br/>
        <w:t>А тяр княгиня!..&lt;br /&gt;</w:t>
        <w:br/>
        <w:t>Старий гуцул&lt;br /&gt;</w:t>
        <w:br/>
        <w:t>Про воєвожу він се каже, отче!&lt;br /&gt;</w:t>
        <w:br/>
        <w:t>Она сих гір є дідичка і має&lt;br /&gt;</w:t>
        <w:br/>
        <w:t>Від давніх королів таке вам право —&lt;br /&gt;</w:t>
        <w:br/>
        <w:t>Она одна, мабуть, на цілу Польщу —&lt;br /&gt;</w:t>
        <w:br/>
        <w:t>Всіх гуцулів судити.&lt;br /&gt;</w:t>
        <w:br/>
        <w:t>Молодий гуцул&lt;br /&gt;</w:t>
        <w:br/>
        <w:t>О, се ангел!&lt;br /&gt;</w:t>
        <w:br/>
        <w:t>Секретар&lt;br /&gt;</w:t>
        <w:br/>
        <w:t>А їй отець?&lt;br /&gt;</w:t>
        <w:br/>
        <w:t>Старий гуцул&lt;br /&gt;</w:t>
        <w:br/>
        <w:t>Був лютер на ввесь світ!&lt;br /&gt;</w:t>
        <w:br/>
        <w:t>Я знав єго. Але і тяжко ж бо&lt;br /&gt;</w:t>
        <w:br/>
        <w:t>Го господь покарав: одної ночі&lt;br /&gt;</w:t>
        <w:br/>
        <w:t>Щез безвісти, і кажуть, що го чорт&lt;br /&gt;</w:t>
        <w:br/>
        <w:t>Живцем у пекло вхопив!&lt;br /&gt;</w:t>
        <w:br/>
        <w:t>Секретар&lt;br /&gt;</w:t>
        <w:br/>
        <w:t>Щастє ваше,&lt;br /&gt;</w:t>
        <w:br/>
        <w:t>Бо був би всіх, мабуть, гуцулів</w:t>
      </w:r>
    </w:p>
    <w:p>
      <w:r>
        <w:br/>
        <w:t>(Справляє за подрю.)&lt;br /&gt;</w:t>
        <w:br/>
        <w:t>У тій желізній там печі спалив!&lt;br /&gt;</w:t>
        <w:br/>
        <w:t>Голоси&lt;br /&gt;</w:t>
        <w:br/>
        <w:t>Ого! ого!&lt;br /&gt;</w:t>
        <w:br/>
        <w:t>Старий гуцул&lt;br /&gt;</w:t>
        <w:br/>
        <w:t>Та як се?&lt;br /&gt;</w:t>
        <w:br/>
        <w:t>Секретар&lt;br /&gt;</w:t>
        <w:br/>
        <w:t>Зараз скажу.&lt;br /&gt;</w:t>
        <w:br/>
        <w:t>Ти знав, старий, одного гуцула,&lt;br /&gt;</w:t>
        <w:br/>
        <w:t>Найжвавшого стрільця на цілі гори,&lt;br /&gt;</w:t>
        <w:br/>
        <w:t>Що він — вже буде років двадцять п'ять —&lt;br /&gt;</w:t>
        <w:br/>
        <w:t>В сих горах і в селі сім пробував&lt;br /&gt;</w:t>
        <w:br/>
        <w:t>І що Василь ся Довбуш звав?&lt;br /&gt;</w:t>
        <w:br/>
        <w:t>Іван&lt;br /&gt;</w:t>
        <w:br/>
        <w:t>(зриваючись)&lt;br /&gt;</w:t>
        <w:br/>
        <w:t>Отець мій!!!&lt;br /&gt;</w:t>
        <w:br/>
        <w:t>Мій дядичок!! Та де ж він?..&lt;br /&gt;</w:t>
        <w:br/>
        <w:t>Секретар&lt;br /&gt;</w:t>
        <w:br/>
        <w:t>У тій печі там!&lt;br /&gt;</w:t>
        <w:br/>
        <w:t>У тій печі желізній, сину мій,&lt;br /&gt;</w:t>
        <w:br/>
        <w:t>Казав єго княгині сеї тато&lt;br /&gt;</w:t>
        <w:br/>
        <w:t>Живцем спалити!&lt;br /&gt;</w:t>
        <w:br/>
        <w:t>Усі&lt;br /&gt;</w:t>
        <w:br/>
        <w:t>Га!!!&lt;br /&gt;</w:t>
        <w:br/>
        <w:t>Секретар&lt;br /&gt;</w:t>
        <w:br/>
        <w:t>Живцем спалити!&lt;br /&gt;</w:t>
        <w:br/>
        <w:t>А як єго в жасну там піч метали,&lt;br /&gt;</w:t>
        <w:br/>
        <w:t>То він зарув, що Чорногора аж&lt;br /&gt;</w:t>
        <w:br/>
        <w:t>Загомоніла:&lt;br /&gt;</w:t>
        <w:br/>
        <w:t>"Ті гуцули пімстяться раз за мене&lt;br /&gt;</w:t>
        <w:br/>
        <w:t>І розваля на грузь сю вовчу скиню!!"&lt;br /&gt;</w:t>
        <w:br/>
        <w:t>ІКористуючи з великого жаху і остовпілості всіх притомних,&lt;br /&gt;</w:t>
        <w:br/>
        <w:t>швидко і нишком — пріч у замок.)&lt;br /&gt;</w:t>
        <w:br/>
        <w:t>ШОСТА СЦЕНА&lt;br /&gt;</w:t>
        <w:br/>
        <w:t>Т ї, що лишились. Пізніше — капітан з трабантами.&lt;br /&gt;</w:t>
        <w:br/>
        <w:t>Іван&lt;br /&gt;</w:t>
        <w:br/>
        <w:t>(прийшовши по хвилі до себе)&lt;br /&gt;</w:t>
        <w:br/>
        <w:t>Як він казав?&lt;br /&gt;</w:t>
        <w:br/>
        <w:t>"Ті гуцули пімстяться раз за мене!?"&lt;br /&gt;</w:t>
        <w:br/>
        <w:t>А є ж ще гуцули!? А гой, ви, жуси!&lt;br /&gt;</w:t>
        <w:br/>
        <w:t>На прах сю вовчу печеру!!&lt;br /&gt;</w:t>
        <w:br/>
        <w:t>Крик, рейвах і мотлох народу надворі. Усі притомні, Іван напереді,&lt;br /&gt;</w:t>
        <w:br/>
        <w:t>піднося топірці і обертаються до естради. На се виступає капітан з&lt;br /&gt;</w:t>
        <w:br/>
        <w:t>шаблев у руці на естраду, за ним кілька трабантів.&lt;br /&gt;</w:t>
        <w:br/>
        <w:t>Капітан&lt;br /&gt;</w:t>
        <w:br/>
        <w:t>Тут що?&lt;br /&gt;</w:t>
        <w:br/>
        <w:t>Іван&lt;br /&gt;</w:t>
        <w:br/>
        <w:t>(вириває му шаблю і просаджує го насмерть)&lt;br /&gt;</w:t>
        <w:br/>
        <w:t>По Довбушеві тризна — а ти перший&lt;br /&gt;</w:t>
        <w:br/>
        <w:t>На жир!&lt;br /&gt;</w:t>
        <w:br/>
        <w:t>Трабанти&lt;br /&gt;</w:t>
        <w:br/>
        <w:t>(втікаючи)&lt;br /&gt;</w:t>
        <w:br/>
        <w:t>Втікайте!! Чорт!., чорт!..&lt;br /&gt;</w:t>
        <w:br/>
        <w:t>Іван&lt;br /&gt;</w:t>
        <w:br/>
        <w:t>Щонайлютіший —&lt;br /&gt;</w:t>
        <w:br/>
        <w:t>Котрий пресподнє вами ме гатити,&lt;br /&gt;</w:t>
        <w:br/>
        <w:t>Аж доки зовсім го не загатить!&lt;br /&gt;</w:t>
        <w:br/>
        <w:t>А гой, ви, гуцули,— на прах, на грузь&lt;br /&gt;</w:t>
        <w:br/>
        <w:t>Змієве се гніздо!..</w:t>
      </w:r>
    </w:p>
    <w:p>
      <w:r>
        <w:br/>
        <w:t>СЬОМА СЦЕНА&lt;br /&gt;</w:t>
        <w:br/>
        <w:t>Тривожний дзвін. Капітана віднося. Княгиня з челядев. Ті, що пер-&lt;br /&gt;</w:t>
        <w:br/>
        <w:t>ше. Гуцули, окрім Івана, вступаються покірно направо і наліво —так,&lt;br /&gt;</w:t>
        <w:br/>
        <w:t>що середина подрі і ворота зовсім вільні.&lt;br /&gt;</w:t>
        <w:br/>
        <w:t>Княгиня&lt;br /&gt;</w:t>
        <w:br/>
        <w:t>Стій, бунтівнику!&lt;br /&gt;</w:t>
        <w:br/>
        <w:t>Що хочеш?&lt;br /&gt;</w:t>
        <w:br/>
        <w:t>Іван&lt;br /&gt;</w:t>
        <w:br/>
        <w:t>Моего вітця! А не —&lt;br /&gt;</w:t>
        <w:br/>
        <w:t>То твою душу!..&lt;br /&gt;</w:t>
        <w:br/>
        <w:t>(Пускаєсь до княгині з шаблев.)&lt;br /&gt;</w:t>
        <w:br/>
        <w:t>Довбуш&lt;br /&gt;</w:t>
        <w:br/>
        <w:t>(ще за подрев)&lt;br /&gt;</w:t>
        <w:br/>
        <w:t>Набік, гуцули!&lt;br /&gt;</w:t>
        <w:br/>
        <w:t>(Убігає з Джиміром на подрю і мечесь межи Івана&lt;br /&gt;</w:t>
        <w:br/>
        <w:t>і княгиню.)&lt;br /&gt;</w:t>
        <w:br/>
        <w:t>Ти що, о жусе, ти!? До жінки — шаблю!?&lt;br /&gt;</w:t>
        <w:br/>
        <w:t>Пріч!!&lt;br /&gt;</w:t>
        <w:br/>
        <w:t>(Тручає го назад.)&lt;br /&gt;</w:t>
        <w:br/>
        <w:t>Кровйов се невісти хочеш ти&lt;br /&gt;</w:t>
        <w:br/>
        <w:t>Обезчестити гуцульське ім'я?&lt;br /&gt;</w:t>
        <w:br/>
        <w:t>Іван&lt;br /&gt;</w:t>
        <w:br/>
        <w:t>Що!? Таже скорше ся тобі удасть&lt;br /&gt;</w:t>
        <w:br/>
        <w:t>Пренайлютішому з усіх чортів&lt;br /&gt;</w:t>
        <w:br/>
        <w:t>Найпроклятішу душу вирвати,&lt;br /&gt;</w:t>
        <w:br/>
        <w:t>Як ляшку сю мені!&lt;br /&gt;</w:t>
        <w:br/>
        <w:t>(Пускаєсь знов до княгині.)&lt;br /&gt;</w:t>
        <w:br/>
        <w:t>Довбуш&lt;br /&gt;</w:t>
        <w:br/>
        <w:t>(вириває му шаблю з рук і мече далеко від себе)&lt;br /&gt;</w:t>
        <w:br/>
        <w:t>Пріч, кажу ти!&lt;br /&gt;</w:t>
        <w:br/>
        <w:t>Хвиля. Княгиня відходить.&lt;br /&gt;</w:t>
        <w:br/>
        <w:t>Іван&lt;br /&gt;</w:t>
        <w:br/>
        <w:t>Як, лядський рабе ти?! Огиднику!&lt;br /&gt;</w:t>
        <w:br/>
        <w:t>Отець отої ляхівки...&lt;br /&gt;</w:t>
        <w:br/>
        <w:t>Довбуш&lt;br /&gt;</w:t>
        <w:br/>
        <w:t>Казав&lt;br /&gt;</w:t>
        <w:br/>
        <w:t>Вітця нам у желізній там печі&lt;br /&gt;</w:t>
        <w:br/>
        <w:t>Живцем спалить — і мав до того право:&lt;br /&gt;</w:t>
        <w:br/>
        <w:t>Він замок сей му запалив!&lt;br /&gt;</w:t>
        <w:br/>
        <w:t>Іван&lt;br /&gt;</w:t>
        <w:br/>
        <w:t>(як устеклий)&lt;br /&gt;</w:t>
        <w:br/>
        <w:t>Отець мій ——&lt;br /&gt;</w:t>
        <w:br/>
        <w:t>Палій!? Се кровйов змиєш...&lt;br /&gt;</w:t>
        <w:br/>
        <w:t>(Рве ніж і мечесь на Довбуша, котрий дається шибко вбік&lt;br /&gt;</w:t>
        <w:br/>
        <w:t>і єму ніж з рук вириває.)&lt;br /&gt;</w:t>
        <w:br/>
        <w:t>Довбуш&lt;br /&gt;</w:t>
        <w:br/>
        <w:t>Гуцули!&lt;br /&gt;</w:t>
        <w:br/>
        <w:t>В'яжіть го!</w:t>
      </w:r>
    </w:p>
    <w:p>
      <w:r>
        <w:br/>
        <w:t>Іван&lt;br /&gt;</w:t>
        <w:br/>
        <w:t>(до гуцулів, котрі го в'яжуть)&lt;br /&gt;</w:t>
        <w:br/>
        <w:t>ЖусиІ Тхори!&lt;br /&gt;</w:t>
        <w:br/>
        <w:t>Довбуш&lt;br /&gt;</w:t>
        <w:br/>
        <w:t>Пріч! За мнов!&lt;br /&gt;</w:t>
        <w:br/>
        <w:t>Усі — пріч.&lt;br /&gt;</w:t>
        <w:br/>
        <w:t>ВОСЬМА СЦЕНА&lt;br /&gt;</w:t>
        <w:br/>
        <w:t>Секретар. Зараз відтак маршалок.&lt;br /&gt;</w:t>
        <w:br/>
        <w:t>Секретар&lt;br /&gt;</w:t>
        <w:br/>
        <w:t>І так похід мій славно розпочався,&lt;br /&gt;</w:t>
        <w:br/>
        <w:t>Та і до бою головного і&lt;br /&gt;</w:t>
        <w:br/>
        <w:t>Рішучого сегодня прийде ще.&lt;br /&gt;</w:t>
        <w:br/>
        <w:t>Бо тигрис той старий, той воєвода,&lt;br /&gt;</w:t>
        <w:br/>
        <w:t>Не устечеться, може, як дістане&lt;br /&gt;</w:t>
        <w:br/>
        <w:t>Мій лист? Ще гірше, якби ся устік!..&lt;br /&gt;</w:t>
        <w:br/>
        <w:t>І так, чим далі в ліс, тим більше дров!&lt;br /&gt;</w:t>
        <w:br/>
        <w:t>Сегоднішня пароля пишесь: кров!&lt;br /&gt;</w:t>
        <w:br/>
        <w:t>(Плеще в долоні)&lt;br /&gt;</w:t>
        <w:br/>
        <w:t>Маршалку!&lt;br /&gt;</w:t>
        <w:br/>
        <w:t>Маршалок&lt;br /&gt;</w:t>
        <w:br/>
        <w:t>(виступаючи з кайданами в руці)&lt;br /&gt;</w:t>
        <w:br/>
        <w:t>Чую!&lt;br /&gt;</w:t>
        <w:br/>
        <w:t>Секретар&lt;br /&gt;</w:t>
        <w:br/>
        <w:t>Чи післанці вже&lt;br /&gt;</w:t>
        <w:br/>
        <w:t>Пішли за воєводов навздогін?&lt;br /&gt;</w:t>
        <w:br/>
        <w:t>Маршалок&lt;br /&gt;</w:t>
        <w:br/>
        <w:t>І мусили давно вже здогонити,&lt;br /&gt;</w:t>
        <w:br/>
        <w:t>Бо, як я чув, то лиш півмилі відси&lt;br /&gt;</w:t>
        <w:br/>
        <w:t>Наш воєвод в дорозі зупинений —&lt;br /&gt;</w:t>
        <w:br/>
        <w:t>Хто зна, з якої там причини.&lt;br /&gt;</w:t>
        <w:br/>
        <w:t>Секретар&lt;br /&gt;</w:t>
        <w:br/>
        <w:t>Браво!&lt;br /&gt;</w:t>
        <w:br/>
        <w:t>Трабанти же?&lt;br /&gt;</w:t>
        <w:br/>
        <w:t>Маршалок&lt;br /&gt;</w:t>
        <w:br/>
        <w:t>Котрі найвідважніші —&lt;br /&gt;</w:t>
        <w:br/>
        <w:t>Стоя уже напоготові.&lt;br /&gt;</w:t>
        <w:br/>
        <w:t>Секретар&lt;br /&gt;</w:t>
        <w:br/>
        <w:t>Се&lt;br /&gt;</w:t>
        <w:br/>
        <w:t>Ті кайдани?&lt;br /&gt;</w:t>
        <w:br/>
        <w:t>Маршалок&lt;br /&gt;</w:t>
        <w:br/>
        <w:t>Найслабші, що-м найшов.&lt;br /&gt;</w:t>
        <w:br/>
        <w:t>Але аби на кождий спосіб бути&lt;br /&gt;</w:t>
        <w:br/>
        <w:t>Безпечним — ще і понадпилював.&lt;br /&gt;</w:t>
        <w:br/>
        <w:t>А сли ему в свій час одно слівце&lt;br /&gt;</w:t>
        <w:br/>
        <w:t>Лиш шепнете...&lt;br /&gt;</w:t>
        <w:br/>
        <w:t>Секретар&lt;br /&gt;</w:t>
        <w:br/>
        <w:t>Я розумію. А&lt;br /&gt;</w:t>
        <w:br/>
        <w:t>Що з нештами?&lt;br /&gt;</w:t>
        <w:br/>
        <w:t>Маршалок&lt;br /&gt;</w:t>
        <w:br/>
        <w:t>Обі напоготові.&lt;br /&gt;</w:t>
        <w:br/>
        <w:t>Секретар&lt;br /&gt;</w:t>
        <w:br/>
        <w:t>Аби ж, як князь приїде, були зараз&lt;br /&gt;</w:t>
        <w:br/>
        <w:t>Ми під руков!&lt;br /&gt;</w:t>
        <w:br/>
        <w:t>Маршалок&lt;br /&gt;</w:t>
        <w:br/>
        <w:t>Я розумію, а&lt;br /&gt;</w:t>
        <w:br/>
        <w:t>Відтак знемиділи. Устекла Дзвінка&lt;br /&gt;</w:t>
        <w:br/>
        <w:t>До встеклого Івана най летить,&lt;br /&gt;</w:t>
        <w:br/>
        <w:t>Аби летів сюда підбичувати&lt;br /&gt;</w:t>
        <w:br/>
        <w:t>В потребі свого брата; а циганці&lt;br /&gt;</w:t>
        <w:br/>
        <w:t>Віддати хрест.&lt;br /&gt;</w:t>
        <w:br/>
        <w:t>Секретар&lt;br /&gt;</w:t>
        <w:br/>
        <w:t>Хороше! Тож до діла!&lt;br /&gt;</w:t>
        <w:br/>
        <w:t>А скорше, бо вже й Довбуш там іде —&lt;br /&gt;</w:t>
        <w:br/>
        <w:t>Передній кат старого воєводи!&lt;br /&gt;</w:t>
        <w:br/>
        <w:t>Маршалок&lt;br /&gt;</w:t>
        <w:br/>
        <w:t>А що не він — то вже Іван походить.&lt;br /&gt;</w:t>
        <w:br/>
        <w:t>(Пріч.)</w:t>
      </w:r>
    </w:p>
    <w:p>
      <w:r>
        <w:br/>
        <w:t>ДЕВ'ЯТА СЦЕНА&lt;br /&gt;</w:t>
        <w:br/>
        <w:t>Довбуш. Той, що лишився.&lt;br /&gt;</w:t>
        <w:br/>
        <w:t>Довбуш&lt;br /&gt;</w:t>
        <w:br/>
        <w:t>Гарячий день!&lt;br /&gt;</w:t>
        <w:br/>
        <w:t>Секретар&lt;br /&gt;</w:t>
        <w:br/>
        <w:t>Та щоб на нїм ся стало!&lt;br /&gt;</w:t>
        <w:br/>
        <w:t>А добре, що-сь прийшов: княгиня хоче&lt;br /&gt;</w:t>
        <w:br/>
        <w:t>З тобою говорити.&lt;br /&gt;</w:t>
        <w:br/>
        <w:t>До в б у ш&lt;br /&gt;</w:t>
        <w:br/>
        <w:t>Та сегодня!?&lt;br /&gt;</w:t>
        <w:br/>
        <w:t>Секретар&lt;br /&gt;</w:t>
        <w:br/>
        <w:t>Сегодня, і то зараз!&lt;br /&gt;</w:t>
        <w:br/>
        <w:t>До в б у ш&lt;br /&gt;</w:t>
        <w:br/>
        <w:t>Не!&lt;br /&gt;</w:t>
        <w:br/>
        <w:t>Секретар&lt;br /&gt;</w:t>
        <w:br/>
        <w:t>(помішаний)&lt;br /&gt;</w:t>
        <w:br/>
        <w:t>Та як же ж!?&lt;br /&gt;</w:t>
        <w:br/>
        <w:t>До в б у ш&lt;br /&gt;</w:t>
        <w:br/>
        <w:t>Уперед хрест — тепер мене? Дзвінки!&lt;br /&gt;</w:t>
        <w:br/>
        <w:t>Куда не ступиш — Дзвінка!&lt;br /&gt;</w:t>
        <w:br/>
        <w:t>Секретар&lt;br /&gt;</w:t>
        <w:br/>
        <w:t>Хто ж так сміє?&lt;br /&gt;</w:t>
        <w:br/>
        <w:t>Она ж ні Дзвінці пара та ні Чорі!&lt;br /&gt;</w:t>
        <w:br/>
        <w:t>А сли з тобов вна хоче говорити —&lt;br /&gt;</w:t>
        <w:br/>
        <w:t>То про сегоднішній випадок, про&lt;br /&gt;</w:t>
        <w:br/>
        <w:t>Івана божевільство.&lt;br /&gt;</w:t>
        <w:br/>
        <w:t>До в б у ш&lt;br /&gt;</w:t>
        <w:br/>
        <w:t>О, мій брат!..&lt;br /&gt;</w:t>
        <w:br/>
        <w:t>То ж буду мусив я — що бих не мусив&lt;br /&gt;</w:t>
        <w:br/>
        <w:t>Ні за свій вік, ні грішну свою душу!&lt;br /&gt;</w:t>
        <w:br/>
        <w:t>(Пріч — у замок.)&lt;br /&gt;</w:t>
        <w:br/>
        <w:t>ДЕСЯТА СЦЕНА&lt;br /&gt;</w:t>
        <w:br/>
        <w:t>Секретар&lt;br /&gt;</w:t>
        <w:br/>
        <w:t>Секретар&lt;br /&gt;</w:t>
        <w:br/>
        <w:t>(віддихнувши)&lt;br /&gt;</w:t>
        <w:br/>
        <w:t>Уф!&lt;br /&gt;</w:t>
        <w:br/>
        <w:t>Що ж тая людська доля зависима&lt;br /&gt;</w:t>
        <w:br/>
        <w:t>Від примхи других примх! Я се будую&lt;br /&gt;</w:t>
        <w:br/>
        <w:t>Цілий мій гордий многоважний план&lt;br /&gt;</w:t>
        <w:br/>
        <w:t>На легкоумстві сего легкоума —&lt;br /&gt;</w:t>
        <w:br/>
        <w:t>А він нараз ся витверезує,&lt;br /&gt;</w:t>
        <w:br/>
        <w:t>Неначе чудо сталося! А баГ&lt;br /&gt;</w:t>
        <w:br/>
        <w:t>Тепер тобі вже й чудо не поможе!&lt;br /&gt;</w:t>
        <w:br/>
        <w:t>Тепер ти мусиш — дякувать брехні —&lt;br /&gt;</w:t>
        <w:br/>
        <w:t>Гуляти так, як я тобі заграю,&lt;br /&gt;</w:t>
        <w:br/>
        <w:t>Бо ти вже в сітці, льве мій молодий;&lt;br /&gt;</w:t>
        <w:br/>
        <w:t>І скоро приведу тобі і тигра&lt;br /&gt;</w:t>
        <w:br/>
        <w:t>Старого на арену, де значить:&lt;br /&gt;</w:t>
        <w:br/>
        <w:t>Ти або він! Але безпечно — він,&lt;br /&gt;</w:t>
        <w:br/>
        <w:t>О що я постаравсь на кождий спосіб.&lt;br /&gt;</w:t>
        <w:br/>
        <w:t>А як старий той тигрис-воєвод&lt;br /&gt;</w:t>
        <w:br/>
        <w:t>Скінчає вік під твоєми лабами,&lt;br /&gt;</w:t>
        <w:br/>
        <w:t>Тогді я постараюсь і о те,&lt;br /&gt;</w:t>
        <w:br/>
        <w:t>Аби і льву за ним дорогу дати.&lt;br /&gt;</w:t>
        <w:br/>
        <w:t>А як се станесь так, як я гадаю,—&lt;br /&gt;</w:t>
        <w:br/>
        <w:t>Тогді полон є мій, є мій! Принаймє&lt;br /&gt;</w:t>
        <w:br/>
        <w:t>Партика льва: прекрасна та княгиня!&lt;br /&gt;</w:t>
        <w:br/>
        <w:t>То ж гужя! льве і тигре! гужя, гуж!&lt;br /&gt;</w:t>
        <w:br/>
        <w:t>Ловіться! і скубіть ту вашу шубу,&lt;br /&gt;</w:t>
        <w:br/>
        <w:t>Аби аж шкам летів, а рик ваш щоб&lt;br /&gt;</w:t>
        <w:br/>
        <w:t>Аж Чорногору ворухнув!.. Там що?&lt;br /&gt;</w:t>
        <w:br/>
        <w:t>Мій тигрис вже іде! З очей палає!..&lt;br /&gt;</w:t>
        <w:br/>
        <w:t>Ходи!&lt;br /&gt;</w:t>
        <w:br/>
        <w:t>Лев молодий тебе вже дожидає! —&lt;br /&gt;</w:t>
        <w:br/>
        <w:t>Таких борців і Рим старий не має!&lt;br /&gt;</w:t>
        <w:br/>
        <w:t>ОДИНАДЦЯТА СЦЕНА&lt;br /&gt;</w:t>
        <w:br/>
        <w:t>В о є в о д з поїздом. Той, що перше.&lt;br /&gt;</w:t>
        <w:br/>
        <w:t>Воєвод&lt;br /&gt;</w:t>
        <w:br/>
        <w:t>То ж так мені сей нарід дякує!?&lt;br /&gt;</w:t>
        <w:br/>
        <w:t>Капітана ми вбити!? Жінку ми&lt;br /&gt;</w:t>
        <w:br/>
        <w:t>Зневажити!? Мій замок нападати!?&lt;br /&gt;</w:t>
        <w:br/>
        <w:t>Crux Christi Domini! І якби був&lt;br /&gt;</w:t>
        <w:br/>
        <w:t>Не Довбуш мій се був!&lt;br /&gt;</w:t>
        <w:br/>
        <w:t>(Дивиться наоколо.)&lt;br /&gt;</w:t>
        <w:br/>
        <w:t>Та де ж він?&lt;br /&gt;</w:t>
        <w:br/>
        <w:t>Секретар&lt;br /&gt;</w:t>
        <w:br/>
        <w:t>Довбуш?&lt;br /&gt;</w:t>
        <w:br/>
        <w:t>У катуші! У кайданах!&lt;br /&gt;</w:t>
        <w:br/>
        <w:t>Во є в о д&lt;br /&gt;</w:t>
        <w:br/>
        <w:t>Що, що?</w:t>
      </w:r>
    </w:p>
    <w:p>
      <w:r>
        <w:br/>
        <w:t>Секретар&lt;br /&gt;</w:t>
        <w:br/>
        <w:t>В неволі, князю мійі&lt;br /&gt;</w:t>
        <w:br/>
        <w:t>Воєвод&lt;br /&gt;</w:t>
        <w:br/>
        <w:t>І хто се смів?&lt;br /&gt;</w:t>
        <w:br/>
        <w:t>Секретар&lt;br /&gt;</w:t>
        <w:br/>
        <w:t>Я, князю мій, се смів! Бо княгині&lt;br /&gt;</w:t>
        <w:br/>
        <w:t>Не є для гуцула — хоть най він сто раз&lt;br /&gt;</w:t>
        <w:br/>
        <w:t>Там Довбушем ся зве!&lt;br /&gt;</w:t>
        <w:br/>
        <w:t>Воєвод&lt;br /&gt;</w:t>
        <w:br/>
        <w:t>Чи-сь одурів!?&lt;br /&gt;</w:t>
        <w:br/>
        <w:t>Секретар&lt;br /&gt;</w:t>
        <w:br/>
        <w:t>Не було би й дивниці! Бо такого&lt;br /&gt;</w:t>
        <w:br/>
        <w:t>Добродія і добродітеля&lt;br /&gt;</w:t>
        <w:br/>
        <w:t>Супругу з розуму звести...&lt;br /&gt;</w:t>
        <w:br/>
        <w:t>Воєвод&lt;br /&gt;</w:t>
        <w:br/>
        <w:t>Води!&lt;br /&gt;</w:t>
        <w:br/>
        <w:t>Служалі принося шклянку води і крісло, у котре воєвод паде.&lt;br /&gt;</w:t>
        <w:br/>
        <w:t>Для того ж?..&lt;br /&gt;</w:t>
        <w:br/>
        <w:t>(Зривавсь)&lt;br /&gt;</w:t>
        <w:br/>
        <w:t>Але нє! Не може бути!&lt;br /&gt;</w:t>
        <w:br/>
        <w:t>Ти брешеш, гадино!&lt;br /&gt;</w:t>
        <w:br/>
        <w:t>(Паде знов у крісло. Жасна борба серця.)&lt;br /&gt;</w:t>
        <w:br/>
        <w:t>Секретар&lt;br /&gt;</w:t>
        <w:br/>
        <w:t>То зараз свідки...&lt;br /&gt;</w:t>
        <w:br/>
        <w:t>Ге! Чоро! Дзвінко!&lt;br /&gt;</w:t>
        <w:br/>
        <w:t>Обі виступають на естраду — Дзвінка з топірцем, Чора з хрестом.&lt;br /&gt;</w:t>
        <w:br/>
        <w:t>Зараз вам маршалка...&lt;br /&gt;</w:t>
        <w:br/>
        <w:t>Воєвод&lt;br /&gt;</w:t>
        <w:br/>
        <w:t>(зриваючись)&lt;br /&gt;</w:t>
        <w:br/>
        <w:t>Кого? Маршалка? — Ката!!&lt;br /&gt;</w:t>
        <w:br/>
        <w:t>Служалі, Дзвінка, Чора — пріч. Кат виступає з бардов. Єго помічники&lt;br /&gt;</w:t>
        <w:br/>
        <w:t>принося ковбок.&lt;br /&gt;</w:t>
        <w:br/>
        <w:t>Де ж він є,&lt;br /&gt;</w:t>
        <w:br/>
        <w:t>Маршалок — пріч.&lt;br /&gt;</w:t>
        <w:br/>
        <w:t>Убійник мої честі? Честі? Ба!&lt;br /&gt;</w:t>
        <w:br/>
        <w:t>Пропало!..&lt;br /&gt;</w:t>
        <w:br/>
        <w:t>(Плане,)&lt;br /&gt;</w:t>
        <w:br/>
        <w:t>ДВАНАДЦЯТА СЦЕНА&lt;br /&gt;</w:t>
        <w:br/>
        <w:t>Трабанти уводя Довбуша у слабих кайданах. Ті, що перше.&lt;br /&gt;</w:t>
        <w:br/>
        <w:t>Воєвод&lt;br /&gt;</w:t>
        <w:br/>
        <w:t>Довбуш! Довбуш!..&lt;br /&gt;</w:t>
        <w:br/>
        <w:t>Довбуш&lt;br /&gt;</w:t>
        <w:br/>
        <w:t>Що, о князю?&lt;br /&gt;</w:t>
        <w:br/>
        <w:t>Воєвод&lt;br /&gt;</w:t>
        <w:br/>
        <w:t>То так ми дякуєш?&lt;br /&gt;</w:t>
        <w:br/>
        <w:t>Довбуш&lt;br /&gt;</w:t>
        <w:br/>
        <w:t>Як дякую?&lt;br /&gt;</w:t>
        <w:br/>
        <w:t>Воєвод&lt;br /&gt;</w:t>
        <w:br/>
        <w:t>Супругу ми звести?&lt;br /&gt;</w:t>
        <w:br/>
        <w:t>Довбуш&lt;br /&gt;</w:t>
        <w:br/>
        <w:t>Ха-ха, ха-ха!&lt;br /&gt;</w:t>
        <w:br/>
        <w:t>Що я пішов до твої жінки...&lt;br /&gt;</w:t>
        <w:br/>
        <w:t>В о є в сі д&lt;br /&gt;</w:t>
        <w:br/>
        <w:t>І&lt;br /&gt;</w:t>
        <w:br/>
        <w:t>Зневагу сю — в лице ми!? Се під бардов&lt;br /&gt;</w:t>
        <w:br/>
        <w:t>Мені спокутуєш!&lt;br /&gt;</w:t>
        <w:br/>
        <w:t>Голоси&lt;br /&gt;</w:t>
        <w:br/>
        <w:t>Княгиня!&lt;br /&gt;</w:t>
        <w:br/>
        <w:t>Усі проступаються з великов повагов.&lt;br /&gt;</w:t>
        <w:br/>
        <w:t>ТРИНАДЦЯТА СЦЕНА&lt;br /&gt;</w:t>
        <w:br/>
        <w:t>Княгиня у княжеськім орнаті. За нев — єї челядь і маршалок.&lt;br /&gt;</w:t>
        <w:br/>
        <w:t>Т і, що перше.&lt;br /&gt;</w:t>
        <w:br/>
        <w:t>Княгиня&lt;br /&gt;</w:t>
        <w:br/>
        <w:t>Що&lt;br /&gt;</w:t>
        <w:br/>
        <w:t>Тут дієся? Ви вже забули, князю,&lt;br /&gt;</w:t>
        <w:br/>
        <w:t>Що суд судити лиш мені одній&lt;br /&gt;</w:t>
        <w:br/>
        <w:t>Пристоїть тут! А ели я дотепер&lt;br /&gt;</w:t>
        <w:br/>
        <w:t>Вам позволяла в моїм імені&lt;br /&gt;</w:t>
        <w:br/>
        <w:t>Судити го — то з тої лиш причини,&lt;br /&gt;</w:t>
        <w:br/>
        <w:t>Бо-м виділа, що ви по-людськи і&lt;br /&gt;</w:t>
        <w:br/>
        <w:t>Милосердію го судите.&lt;br /&gt;</w:t>
        <w:br/>
        <w:t>Але тепер, коли з жалем я виджу,&lt;br /&gt;</w:t>
        <w:br/>
        <w:t>До чого ваша нагла ярість вас&lt;br /&gt;</w:t>
        <w:br/>
        <w:t>Доводить — і що за одно нічо:&lt;br /&gt;</w:t>
        <w:br/>
        <w:t>За сего мужа молодий проступок&lt;br /&gt;</w:t>
        <w:br/>
        <w:t>Прощательний...&lt;br /&gt;</w:t>
        <w:br/>
        <w:t>Воєвод&lt;br /&gt;</w:t>
        <w:br/>
        <w:t>Прощательний? Княгине!&lt;br /&gt;</w:t>
        <w:br/>
        <w:t>Чи ви при собі!?&lt;br /&gt;</w:t>
        <w:br/>
        <w:t>Княгиня&lt;br /&gt;</w:t>
        <w:br/>
        <w:t>Се я вас питаю.&lt;br /&gt;</w:t>
        <w:br/>
        <w:t>У мене правда — святість.&lt;br /&gt;</w:t>
        <w:br/>
        <w:t>Воєвод&lt;br /&gt;</w:t>
        <w:br/>
        <w:t>О, тим лучче!&lt;br /&gt;</w:t>
        <w:br/>
        <w:t>Тогді не мете ся таїти, чей,&lt;br /&gt;</w:t>
        <w:br/>
        <w:t>Що презухвалий сей стрілець сегодня&lt;br /&gt;</w:t>
        <w:br/>
        <w:t>У вас був?&lt;br /&gt;</w:t>
        <w:br/>
        <w:t>Княгиня&lt;br /&gt;</w:t>
        <w:br/>
        <w:t>Я не знаю, чо бих мала&lt;br /&gt;</w:t>
        <w:br/>
        <w:t>Таїтися?&lt;br /&gt;</w:t>
        <w:br/>
        <w:t>Воєвод&lt;br /&gt;</w:t>
        <w:br/>
        <w:t>І се — мені у очі!?&lt;br /&gt;</w:t>
        <w:br/>
        <w:t>(До помічників ката.)&lt;br /&gt;</w:t>
        <w:br/>
        <w:t>Беріть го!!&lt;br /&gt;</w:t>
        <w:br/>
        <w:t>Княгиня&lt;br /&gt;</w:t>
        <w:br/>
        <w:t>Ви его і пальцем не&lt;br /&gt;</w:t>
        <w:br/>
        <w:t>Дорушитесь! Я — гуцульська княгиня!&lt;br /&gt;</w:t>
        <w:br/>
        <w:t>Секретар&lt;br /&gt;</w:t>
        <w:br/>
        <w:t>(виймає пергамент)&lt;br /&gt;</w:t>
        <w:br/>
        <w:t>Нев зроду-сте не були!&lt;br /&gt;</w:t>
        <w:br/>
        <w:t>(Подає го воєводи)&lt;br /&gt;</w:t>
        <w:br/>
        <w:t>Тут! Читайте,&lt;br /&gt;</w:t>
        <w:br/>
        <w:t>Мій князю!&lt;br /&gt;</w:t>
        <w:br/>
        <w:t>(До княгині.)&lt;br /&gt;</w:t>
        <w:br/>
        <w:t>А мені позвольте, пані,&lt;br /&gt;</w:t>
        <w:br/>
        <w:t>Най вас спасу від тягару, котрий&lt;br /&gt;</w:t>
        <w:br/>
        <w:t>Несила двигать вам...&lt;br /&gt;</w:t>
        <w:br/>
        <w:t>(Здоймає з неї діадем, а маршалок — плащ.)&lt;br /&gt;</w:t>
        <w:br/>
        <w:t>Воєвод&lt;br /&gt;</w:t>
        <w:br/>
        <w:t>У монастир з нев!&lt;br /&gt;</w:t>
        <w:br/>
        <w:t>Княгиню відводя, А доки воєвод далі читає, біжить секретар до Довбу-&lt;br /&gt;</w:t>
        <w:br/>
        <w:t>ша, шепче му в ухо і відходить у замок,&lt;br /&gt;</w:t>
        <w:br/>
        <w:t>А сему — голов з пліч! Беріть го!!&lt;br /&gt;</w:t>
        <w:br/>
        <w:t>Довбуш&lt;br /&gt;</w:t>
        <w:br/>
        <w:t>(рве на собі кайдани і вириває зумілому воєводі шаблю&lt;br /&gt;</w:t>
        <w:br/>
        <w:t>з пішви)&lt;br /&gt;</w:t>
        <w:br/>
        <w:t>Пріч!&lt;br /&gt;</w:t>
        <w:br/>
        <w:t>Від мене, ви, раби! Я Довбуш ще...&lt;br /&gt;</w:t>
        <w:br/>
        <w:t>Усі утікають, окрім Довбуша і воєводи,&lt;br /&gt;</w:t>
        <w:br/>
        <w:t>ЧОТИРНАДЦЯТА СЦЕНА&lt;br /&gt;</w:t>
        <w:br/>
        <w:t>І в а н з тогіірцем, за ним Л а г а д и н і кілька гуцулів убігають у одні&lt;br /&gt;</w:t>
        <w:br/>
        <w:t>ворота, а Джимір з решта гуцулами — у другі. Т і, що лишились.&lt;br /&gt;</w:t>
        <w:br/>
        <w:t>Іван&lt;br /&gt;</w:t>
        <w:br/>
        <w:t>(ще за подрев)&lt;br /&gt;</w:t>
        <w:br/>
        <w:t>Він де?..&lt;br /&gt;</w:t>
        <w:br/>
        <w:t>(Убігає на подрю.)&lt;br /&gt;</w:t>
        <w:br/>
        <w:t>Довбуш&lt;br /&gt;</w:t>
        <w:br/>
        <w:t>(ломить шаблю, мене кавалки воєводі, а сам хапає топір)&lt;br /&gt;</w:t>
        <w:br/>
        <w:t>Кат всіх ляхів? Він тут! А ти...&lt;br /&gt;</w:t>
        <w:br/>
        <w:t>(Ловить перепудженого воєводу за груди і здоймає топір.&lt;br /&gt;</w:t>
        <w:br/>
        <w:t>Але зараз розмірковуєсь — і тручає воєводу з погордов від&lt;br /&gt;</w:t>
        <w:br/>
        <w:t>себе.)&lt;br /&gt;</w:t>
        <w:br/>
        <w:t>Але нє!&lt;br /&gt;</w:t>
        <w:br/>
        <w:t>Ти тут без зброї. Задля того жий,&lt;br /&gt;</w:t>
        <w:br/>
        <w:t>Аж доки Довбушеві Довбуша&lt;br /&gt;</w:t>
        <w:br/>
        <w:t>Ти наровень не станеш — зброя в зброю —&lt;br /&gt;</w:t>
        <w:br/>
        <w:t>І ми мечеві не передамо,&lt;br /&gt;</w:t>
        <w:br/>
        <w:t>Хто має жити з нас: чи лях, чи гуцул!&lt;br /&gt;</w:t>
        <w:br/>
        <w:t>Бо знай, що нині ще на Чорногорі&lt;br /&gt;</w:t>
        <w:br/>
        <w:t>Вірлові гнізда ми збудуємо —&lt;br /&gt;</w:t>
        <w:br/>
        <w:t>І доти не спочинемо, аж доки&lt;br /&gt;</w:t>
        <w:br/>
        <w:t>Або то прелукаве лядське серце,&lt;br /&gt;</w:t>
        <w:br/>
        <w:t>Або то щире наше, гуцульське,&lt;br /&gt;</w:t>
        <w:br/>
        <w:t>Не перестане трепетатися&lt;br /&gt;</w:t>
        <w:br/>
        <w:t>На вістрю месного меча! До там&lt;br /&gt;</w:t>
        <w:br/>
        <w:t>Бувай здоров, прегордий воєводо!&lt;br /&gt;</w:t>
        <w:br/>
        <w:t>(Здоймає топір.)&lt;br /&gt;</w:t>
        <w:br/>
        <w:t>А ви, о браття гуцули,— за мнов!&lt;br /&gt;</w:t>
        <w:br/>
        <w:t>Бо відти або вольні повертаєм,&lt;br /&gt;</w:t>
        <w:br/>
        <w:t>Або нам ворон пісню заспіває&lt;br /&gt;</w:t>
        <w:br/>
        <w:t>Вогробну!..&lt;br /&gt;</w:t>
        <w:br/>
        <w:t>(Ступає крок наперед — гуцули за ним.)&lt;br /&gt;</w:t>
        <w:br/>
        <w:t>Заслона&lt;br /&gt;</w:t>
        <w:br/>
        <w:t>ЧЕТВЕРТЕ ДІЛО&lt;br /&gt;</w:t>
        <w:br/>
        <w:t>ПОД РЯ&lt;br /&gt;</w:t>
        <w:br/>
        <w:t>Світлиця у Дзвінчиній хаті. На затиллі много вікон. Направо і наліво —&lt;br /&gt;</w:t>
        <w:br/>
        <w:t>двері. Під вікнами — стів. На столі горить каганець. Направо і наліво&lt;br /&gt;</w:t>
        <w:br/>
        <w:t>стола — стільці. У лівім куті — полиця, правий кут відтятий, а в при-&lt;br /&gt;</w:t>
        <w:br/>
        <w:t>рубі — велике вікно. На стіні висить дубельтівка і порошниці. Ніч.</w:t>
      </w:r>
    </w:p>
    <w:p>
      <w:r>
        <w:br/>
        <w:t>ПЕРША СЦЕНА</w:t>
      </w:r>
    </w:p>
    <w:p>
      <w:r>
        <w:br/>
        <w:t>Дзвінка сидить коло стола і убирає на себе монество, чільця, бра-&lt;br /&gt;</w:t>
        <w:br/>
        <w:t>царі, перстені, когутки і так далі.&lt;br /&gt;</w:t>
        <w:br/>
        <w:t>Дзвінка&lt;br /&gt;</w:t>
        <w:br/>
        <w:t>Він дав мені раз дорогий брацар&lt;br /&gt;</w:t>
        <w:br/>
        <w:t>І заприсягся, що мені ся ставить,&lt;br /&gt;</w:t>
        <w:br/>
        <w:t>Де я сама лиш скажу або схочу,&lt;br /&gt;</w:t>
        <w:br/>
        <w:t>Єсли до него пішлю той позев.&lt;br /&gt;</w:t>
        <w:br/>
        <w:t>З тим брацарем післала Чору я&lt;br /&gt;</w:t>
        <w:br/>
        <w:t>До него в табір аж на Чорногору,&lt;br /&gt;</w:t>
        <w:br/>
        <w:t>Аби прийшов до мене — а прийшов&lt;br /&gt;</w:t>
        <w:br/>
        <w:t>На важную розмову. Чи ж він прийде?&lt;br /&gt;</w:t>
        <w:br/>
        <w:t>Він прийде! Він, що ще ніколи слова&lt;br /&gt;</w:t>
        <w:br/>
        <w:t>Не потолочив, хоть би й чортові!&lt;br /&gt;</w:t>
        <w:br/>
        <w:t>(Подумавши.)&lt;br /&gt;</w:t>
        <w:br/>
        <w:t>Але єсли не прийде? Сли ся ме&lt;br /&gt;</w:t>
        <w:br/>
        <w:t>Бояти мої мсти? Хто!? Він, що в світі&lt;br /&gt;</w:t>
        <w:br/>
        <w:t>Нічого не боїться і не знає,&lt;br /&gt;</w:t>
        <w:br/>
        <w:t>Як-то ся навіть зве — боятися&lt;br /&gt;</w:t>
        <w:br/>
        <w:t>Або вистерігатися чого!?&lt;br /&gt;</w:t>
        <w:br/>
        <w:t>Та й тут не має він чого й боятись,&lt;br /&gt;</w:t>
        <w:br/>
        <w:t>Бо мсти не хочу я — але єго!&lt;br /&gt;</w:t>
        <w:br/>
        <w:t>Єго лиш хочу я! єго самого!&lt;br /&gt;</w:t>
        <w:br/>
        <w:t>І він ще мусить моїм бути — мусить,&lt;br /&gt;</w:t>
        <w:br/>
        <w:t>Єсли краса жіноча, хитрість, штука&lt;br /&gt;</w:t>
        <w:br/>
        <w:t>Не є пусті, порожні ще слова,—&lt;br /&gt;</w:t>
        <w:br/>
        <w:t>А ще такі слова, яких мене&lt;br /&gt;</w:t>
        <w:br/>
        <w:t>Секретар хитрий вивчив.&lt;br /&gt;</w:t>
        <w:br/>
        <w:t>(Подумавши.)&lt;br /&gt;</w:t>
        <w:br/>
        <w:t>Га!.. Але&lt;br /&gt;</w:t>
        <w:br/>
        <w:t>Єсли уся прехитра моя штука&lt;br /&gt;</w:t>
        <w:br/>
        <w:t>Відбризла б від его желізного&lt;br /&gt;</w:t>
        <w:br/>
        <w:t>Твердого серця? На тогді я маю&lt;br /&gt;</w:t>
        <w:br/>
        <w:t>Від Сої що потрібно...&lt;br /&gt;</w:t>
        <w:br/>
        <w:t>(Витягає з-за пояса фляшечку, іде до полиці, бере збанок&lt;br /&gt;</w:t>
        <w:br/>
        <w:t>з вином, порожнить половину фляшечки у збанок, ховає&lt;br /&gt;</w:t>
        <w:br/>
        <w:t>его знов у полицю, а фляшечку — за пояс.)&lt;br /&gt;</w:t>
        <w:br/>
        <w:t>Або мій —&lt;br /&gt;</w:t>
        <w:br/>
        <w:t>Або землі сирої!.. Але цить!&lt;br /&gt;</w:t>
        <w:br/>
        <w:t>Там хтось іде... Він сам!.. Тепер, тепері&lt;br /&gt;</w:t>
        <w:br/>
        <w:t>О, не нехайте мя, хитрущі сили,&lt;br /&gt;</w:t>
        <w:br/>
        <w:t>Бо нині — або вік, або могила!&lt;br /&gt;</w:t>
        <w:br/>
        <w:t>ДРУГА СЦЕНА&lt;br /&gt;</w:t>
        <w:br/>
        <w:t>Д о в б у ш з топірцем і з бра царем. Т а, що перше.&lt;br /&gt;</w:t>
        <w:br/>
        <w:t>До в б у ш&lt;br /&gt;</w:t>
        <w:br/>
        <w:t>(мече брацар на стів, а сам сідає)&lt;br /&gt;</w:t>
        <w:br/>
        <w:t>Тримаю слова, Дзвінко, хоть не рад,&lt;br /&gt;</w:t>
        <w:br/>
        <w:t>Але що слово раз — то слово раз!&lt;br /&gt;</w:t>
        <w:br/>
        <w:t>Що маєш ми казати?&lt;br /&gt;</w:t>
        <w:br/>
        <w:t>Дзвінка&lt;br /&gt;</w:t>
        <w:br/>
        <w:t>Воєвод&lt;br /&gt;</w:t>
        <w:br/>
        <w:t>Збирає свою шляхту, щоб на вас&lt;br /&gt;</w:t>
        <w:br/>
        <w:t>У таборі напасти.&lt;br /&gt;</w:t>
        <w:br/>
        <w:t>Довбуш&lt;br /&gt;</w:t>
        <w:br/>
        <w:t>Ха-ха-ха!&lt;br /&gt;</w:t>
        <w:br/>
        <w:t>То ти мені уповідаєш, Дзвінко,&lt;br /&gt;</w:t>
        <w:br/>
        <w:t>Що й воробці уже цвірінькають?&lt;br /&gt;</w:t>
        <w:br/>
        <w:t>Тогді могла мені єс, Дзвінко, хід&lt;br /&gt;</w:t>
        <w:br/>
        <w:t>І грозу защадити!&lt;br /&gt;</w:t>
        <w:br/>
        <w:t>Дзвінка&lt;br /&gt;</w:t>
        <w:br/>
        <w:t>Грозу?&lt;br /&gt;</w:t>
        <w:br/>
        <w:t>Д о в б у ш&lt;br /&gt;</w:t>
        <w:br/>
        <w:t>І&lt;br /&gt;</w:t>
        <w:br/>
        <w:t>То не малу, як думаю! Бо я&lt;br /&gt;</w:t>
        <w:br/>
        <w:t>Присягся гуцулам на Чорногорі,&lt;br /&gt;</w:t>
        <w:br/>
        <w:t>Що моя вже нога не переступить&lt;br /&gt;</w:t>
        <w:br/>
        <w:t>Поріг твій, Дзвінко. І якби они&lt;br /&gt;</w:t>
        <w:br/>
        <w:t>Довідались, де я сегодня є,</w:t>
      </w:r>
    </w:p>
    <w:p>
      <w:r>
        <w:br/>
        <w:t>То я не знаю, чи я свою голов&lt;br /&gt;</w:t>
        <w:br/>
        <w:t>Поніс би в Чорногору. О, життя&lt;br /&gt;</w:t>
        <w:br/>
        <w:t>Не е пустий горіх! Се я аж надто&lt;br /&gt;</w:t>
        <w:br/>
        <w:t>Оперед тим кровавим ковбком ката&lt;br /&gt;</w:t>
        <w:br/>
        <w:t>Почув — і дуже, дуже дякую&lt;br /&gt;</w:t>
        <w:br/>
        <w:t>Тобі за сю науку я!..&lt;br /&gt;</w:t>
        <w:br/>
        <w:t>Дзвінка&lt;br /&gt;</w:t>
        <w:br/>
        <w:t>Мені?&lt;br /&gt;</w:t>
        <w:br/>
        <w:t>За ту науку? Хто ж то смів мене&lt;br /&gt;</w:t>
        <w:br/>
        <w:t>Так обчорнити?..&lt;br /&gt;</w:t>
        <w:br/>
        <w:t>Довбуш&lt;br /&gt;</w:t>
        <w:br/>
        <w:t>Обчорнити? То&lt;br /&gt;</w:t>
        <w:br/>
        <w:t>Не ти з секретарем ся змовила,&lt;br /&gt;</w:t>
        <w:br/>
        <w:t>Єго нарадила? Тогді секретар&lt;br /&gt;</w:t>
        <w:br/>
        <w:t>Брехав?..&lt;br /&gt;</w:t>
        <w:br/>
        <w:t>Дзвінка&lt;br /&gt;</w:t>
        <w:br/>
        <w:t>Олексо!! Але на такі&lt;br /&gt;</w:t>
        <w:br/>
        <w:t>Безвстидні чорні брехні є найліпше&lt;br /&gt;</w:t>
        <w:br/>
        <w:t>Мовчати!..&lt;br /&gt;</w:t>
        <w:br/>
        <w:t>Довбуш&lt;br /&gt;</w:t>
        <w:br/>
        <w:t>Отже, не? Тогді й Іван&lt;br /&gt;</w:t>
        <w:br/>
        <w:t>Ми мусить відповісти — і то строго!&lt;br /&gt;</w:t>
        <w:br/>
        <w:t>А не — то ти сама! Тож не?&lt;br /&gt;</w:t>
        <w:br/>
        <w:t>Дзвінка&lt;br /&gt;</w:t>
        <w:br/>
        <w:t>При чім&lt;br /&gt;</w:t>
        <w:br/>
        <w:t>Ти мушу присягатись, щоб мя вірив?&lt;br /&gt;</w:t>
        <w:br/>
        <w:t>При бозі? При любі? Єсли в любу&lt;br /&gt;</w:t>
        <w:br/>
        <w:t>Ще віруєш! Ти ж предці раз любив!?&lt;br /&gt;</w:t>
        <w:br/>
        <w:t>Довбуш&lt;br /&gt;</w:t>
        <w:br/>
        <w:t>Тепер уже не люб'ю!..&lt;br /&gt;</w:t>
        <w:br/>
        <w:t>Дзвінка&lt;br /&gt;</w:t>
        <w:br/>
        <w:t>Задля чого ж?&lt;br /&gt;</w:t>
        <w:br/>
        <w:t>Довбуш&lt;br /&gt;</w:t>
        <w:br/>
        <w:t>Дивний протокол се! Бо я не хочу!&lt;br /&gt;</w:t>
        <w:br/>
        <w:t>Бо та нещасна ніч мя спам'ятала!&lt;br /&gt;</w:t>
        <w:br/>
        <w:t>Бо в таборі на Чорногорі я&lt;br /&gt;</w:t>
        <w:br/>
        <w:t>Всім гуцулам присяг — і то великов,&lt;br /&gt;</w:t>
        <w:br/>
        <w:t>Святов, жаснов присягов їм присяг —&lt;br /&gt;</w:t>
        <w:br/>
        <w:t>На се святе сокровище, на сей&lt;br /&gt;</w:t>
        <w:br/>
        <w:t>Святий топір присяг! Ти розумієш?&lt;br /&gt;</w:t>
        <w:br/>
        <w:t>На громовий топір сей, що го хочу&lt;br /&gt;</w:t>
        <w:br/>
        <w:t>Так непорочно, чисто сохранити,&lt;br /&gt;</w:t>
        <w:br/>
        <w:t>Як тайну господа!&lt;br /&gt;</w:t>
        <w:br/>
        <w:t>Дзвінка&lt;br /&gt;</w:t>
        <w:br/>
        <w:t>Ха-ха, ха-ха!&lt;br /&gt;</w:t>
        <w:br/>
        <w:t>То ти і справді віриш в байку сю?&lt;br /&gt;</w:t>
        <w:br/>
        <w:t>То сила Довбуша лежати має&lt;br /&gt;</w:t>
        <w:br/>
        <w:t>У сій старій тупиці лиш?&lt;br /&gt;</w:t>
        <w:br/>
        <w:t>Довбуш&lt;br /&gt;</w:t>
        <w:br/>
        <w:t>(зривавсь, обурений)&lt;br /&gt;</w:t>
        <w:br/>
        <w:t>Невісто!&lt;br /&gt;</w:t>
        <w:br/>
        <w:t>Ти що се кажеш!?&lt;br /&gt;</w:t>
        <w:br/>
        <w:t>Дзвінка&lt;br /&gt;</w:t>
        <w:br/>
        <w:t>Чисту правду лиш.&lt;br /&gt;</w:t>
        <w:br/>
        <w:t>І ще тебе питаю: сли вся сила&lt;br /&gt;</w:t>
        <w:br/>
        <w:t>У сій старій охабі лиш лежить —&lt;br /&gt;</w:t>
        <w:br/>
        <w:t>Нащо відтак їм Довбуша? Ба нащо&lt;br /&gt;</w:t>
        <w:br/>
        <w:t>їм мужа взагалі? Най гуцули&lt;br /&gt;</w:t>
        <w:br/>
        <w:t>Узброя страхопуда ним — і діло&lt;br /&gt;</w:t>
        <w:br/>
        <w:t>Готове! Чи ж не так?&lt;br /&gt;</w:t>
        <w:br/>
        <w:t>Довбуш&lt;br /&gt;</w:t>
        <w:br/>
        <w:t>Ти хочеш, щоб&lt;br /&gt;</w:t>
        <w:br/>
        <w:t>Я з розуму зійшов?&lt;br /&gt;</w:t>
        <w:br/>
        <w:t>Дзвінка&lt;br /&gt;</w:t>
        <w:br/>
        <w:t>Не з розуму,&lt;br /&gt;</w:t>
        <w:br/>
        <w:t>Але до себе — до себе щоб прийшов-єс&lt;br /&gt;</w:t>
        <w:br/>
        <w:t>І знов був Довбушем, як ним-єс був!&lt;br /&gt;</w:t>
        <w:br/>
        <w:t>Бо я тебе любила а любила,&lt;br /&gt;</w:t>
        <w:br/>
        <w:t>Як ще невіста зроду не любила!&lt;br /&gt;</w:t>
        <w:br/>
        <w:t>І чи ж мене не має се боліти,&lt;br /&gt;</w:t>
        <w:br/>
        <w:t>Як мушу слухати, що гуцули&lt;br /&gt;</w:t>
        <w:br/>
        <w:t>Не в тебе вірують і не твою&lt;br /&gt;</w:t>
        <w:br/>
        <w:t>Відвагу величають, але сю&lt;br /&gt;</w:t>
        <w:br/>
        <w:t>Діточу іграшку?&lt;br /&gt;</w:t>
        <w:br/>
        <w:t>Довбуш&lt;br /&gt;</w:t>
        <w:br/>
        <w:t>Так нарід каже?..&lt;br /&gt;</w:t>
        <w:br/>
        <w:t>Дзвінка&lt;br /&gt;</w:t>
        <w:br/>
        <w:t>Лиш нарід? Воробці вже по дахах&lt;br /&gt;</w:t>
        <w:br/>
        <w:t>Топір лиш величають.&lt;br /&gt;</w:t>
        <w:br/>
        <w:t>Довбуш&lt;br /&gt;</w:t>
        <w:br/>
        <w:t>(мене топір Дзвінці під ноги)&lt;br /&gt;</w:t>
        <w:br/>
        <w:t>За тото ж&lt;br /&gt;</w:t>
        <w:br/>
        <w:t>Тобі го завдаю! і то навіки!&lt;br /&gt;</w:t>
        <w:br/>
        <w:t>А хочуть волі гуцули — то най&lt;br /&gt;</w:t>
        <w:br/>
        <w:t>Мені ю дякують! Мені самому,&lt;br /&gt;</w:t>
        <w:br/>
        <w:t>А не стареччині якійсь!&lt;br /&gt;</w:t>
        <w:br/>
        <w:t>Дзвінка&lt;br /&gt;</w:t>
        <w:br/>
        <w:t>(обіймаючи го)&lt;br /&gt;</w:t>
        <w:br/>
        <w:t>Тепер&lt;br /&gt;</w:t>
        <w:br/>
        <w:t>Я свого Довбуша аж пізнаю!&lt;br /&gt;</w:t>
        <w:br/>
        <w:t>Довбуш&lt;br /&gt;</w:t>
        <w:br/>
        <w:t>Ти — твого Довбуша? Се може бути&lt;br /&gt;</w:t>
        <w:br/>
        <w:t>Ще правда. Задля того ж лиш одну,&lt;br /&gt;</w:t>
        <w:br/>
        <w:t>Одну ми відповідь, о Дзвінко: ти&lt;br /&gt;</w:t>
        <w:br/>
        <w:t>Строїла Штефана?&lt;br /&gt;</w:t>
        <w:br/>
        <w:t>Дзвінка&lt;br /&gt;</w:t>
        <w:br/>
        <w:t>Не!&lt;br /&gt;</w:t>
        <w:br/>
        <w:t>Довбуш&lt;br /&gt;</w:t>
        <w:br/>
        <w:t>Дзвінкої!&lt;br /&gt;</w:t>
        <w:br/>
        <w:t>Дзвінка&lt;br /&gt;</w:t>
        <w:br/>
        <w:t>Не!&lt;br /&gt;</w:t>
        <w:br/>
        <w:t>Довбуш&lt;br /&gt;</w:t>
        <w:br/>
        <w:t>Присягнеш?&lt;br /&gt;</w:t>
        <w:br/>
        <w:t>Дзвінка&lt;br /&gt;</w:t>
        <w:br/>
        <w:t>Трисягаюї&lt;br /&gt;</w:t>
        <w:br/>
        <w:t>Довбуш&lt;br /&gt;</w:t>
        <w:br/>
        <w:t>І для чого —&lt;br /&gt;</w:t>
        <w:br/>
        <w:t>Аби тобі я менше вірив, як&lt;br /&gt;</w:t>
        <w:br/>
        <w:t>Тій зависливій Чорі? Тож я твій!&lt;br /&gt;</w:t>
        <w:br/>
        <w:t>Навіки твій!&lt;br /&gt;</w:t>
        <w:br/>
        <w:t>Дзвінка&lt;br /&gt;</w:t>
        <w:br/>
        <w:t>А нарід? Гуцули?</w:t>
      </w:r>
    </w:p>
    <w:p>
      <w:r>
        <w:br/>
        <w:t>Довбуш&lt;br /&gt;</w:t>
        <w:br/>
        <w:t>Нехай ся й устечуть! А я — я хочу&lt;br /&gt;</w:t>
        <w:br/>
        <w:t>Любити так, як хочу! Гуцулам&lt;br /&gt;</w:t>
        <w:br/>
        <w:t>Навкірки!&lt;br /&gt;</w:t>
        <w:br/>
        <w:t>Дзвінка&lt;br /&gt;</w:t>
        <w:br/>
        <w:t>Ти се нині так говориш...&lt;br /&gt;</w:t>
        <w:br/>
        <w:t>Довбуш&lt;br /&gt;</w:t>
        <w:br/>
        <w:t>А що говорю — те й дотримаю!&lt;br /&gt;</w:t>
        <w:br/>
        <w:t>При моїй честі! А єсли не віриш —&lt;br /&gt;</w:t>
        <w:br/>
        <w:t>То там лежить топір! мені обридлий,&lt;br /&gt;</w:t>
        <w:br/>
        <w:t>Але тобі най буде він поруков&lt;br /&gt;</w:t>
        <w:br/>
        <w:t>За мене!'&lt;br /&gt;</w:t>
        <w:br/>
        <w:t>Дзвінка&lt;br /&gt;</w:t>
        <w:br/>
        <w:t>(здоймає топір)&lt;br /&gt;</w:t>
        <w:br/>
        <w:t>Так, поруков!&lt;br /&gt;</w:t>
        <w:br/>
        <w:t>Довбуш&lt;br /&gt;</w:t>
        <w:br/>
        <w:t>Поконвічнов!&lt;br /&gt;</w:t>
        <w:br/>
        <w:t>І сли коли від тебе моє серце&lt;br /&gt;</w:t>
        <w:br/>
        <w:t>Відвернесь, сли присягу ту святу,&lt;br /&gt;</w:t>
        <w:br/>
        <w:t>Котров тобі сегодня присягаюсь,&lt;br /&gt;</w:t>
        <w:br/>
        <w:t>Полом'ю — то бажай на сей топір&lt;br /&gt;</w:t>
        <w:br/>
        <w:t>Від мене й то, що в світі найжасніше,&lt;br /&gt;</w:t>
        <w:br/>
        <w:t>Що в світі навіть і нечуване:&lt;br /&gt;</w:t>
        <w:br/>
        <w:t>А Довбуш ти приставить за покуту!&lt;br /&gt;</w:t>
        <w:br/>
        <w:t>При сему топорі!&lt;br /&gt;</w:t>
        <w:br/>
        <w:t>Дзвінка&lt;br /&gt;</w:t>
        <w:br/>
        <w:t>(ховаючи топір)&lt;br /&gt;</w:t>
        <w:br/>
        <w:t>І Довбуш мій&lt;br /&gt;</w:t>
        <w:br/>
        <w:t>Дотримає святого свого слова!&lt;br /&gt;</w:t>
        <w:br/>
        <w:t>Довбуш&lt;br /&gt;</w:t>
        <w:br/>
        <w:t>Як нє — покинь мене свята покрова!&lt;br /&gt;</w:t>
        <w:br/>
        <w:t>Червоний жаркий блиск у всіх вікнах, де видко Лагадина і много гу-&lt;br /&gt;</w:t>
        <w:br/>
        <w:t>цулів. Дзвінка гориесь боязливо до Довбуша. Довбуш тягне шаблю.&lt;br /&gt;</w:t>
        <w:br/>
        <w:t>ТРЕТЯ СЦЕНА&lt;br /&gt;</w:t>
        <w:br/>
        <w:t>І в а н. Т і, що перше. При кінці — Д ж и м і р за подрев.&lt;br /&gt;</w:t>
        <w:br/>
        <w:t>Іван&lt;br /&gt;</w:t>
        <w:br/>
        <w:t>(ще надворі)&lt;br /&gt;</w:t>
        <w:br/>
        <w:t>І де ж він?&lt;br /&gt;</w:t>
        <w:br/>
        <w:t>(Убігає з шаблев у руці.)&lt;br /&gt;</w:t>
        <w:br/>
        <w:t>Га! То так ти нам присягу&lt;br /&gt;</w:t>
        <w:br/>
        <w:t>Тримаєш? Ти!! І що убійниці&lt;br /&gt;</w:t>
        <w:br/>
        <w:t>Тепер ти присягався?&lt;br /&gt;</w:t>
        <w:br/>
        <w:t>Д о в б у ш&lt;br /&gt;</w:t>
        <w:br/>
        <w:t>(пускавсь з шаблев до Івана)&lt;br /&gt;</w:t>
        <w:br/>
        <w:t>Боронись,&lt;br /&gt;</w:t>
        <w:br/>
        <w:t>Бо гинеш!..&lt;br /&gt;</w:t>
        <w:br/>
        <w:t>Коротка, але завзята буча, при котрій Іван Довбушеві шаблю з рук ви-&lt;br /&gt;</w:t>
        <w:br/>
        <w:t>биває і єго легко ранить.&lt;br /&gt;</w:t>
        <w:br/>
        <w:t>Іван&lt;br /&gt;</w:t>
        <w:br/>
        <w:t>Кров братська!!&lt;br /&gt;</w:t>
        <w:br/>
        <w:t>Тиша. Довбуш зав'язує собі рану*&lt;br /&gt;</w:t>
        <w:br/>
        <w:t>На сеї бісиці прокляту голов!&lt;br /&gt;</w:t>
        <w:br/>
        <w:t>А ти&lt;br /&gt;</w:t>
        <w:br/>
        <w:t>признайся або гинеш!&lt;br /&gt;</w:t>
        <w:br/>
        <w:t>(Ловить Дзвінку за груди і хоче ю шаблев просадити.)&lt;br /&gt;</w:t>
        <w:br/>
        <w:t>Дзвінка&lt;br /&gt;</w:t>
        <w:br/>
        <w:t>(паде на коліна)&lt;br /&gt;</w:t>
        <w:br/>
        <w:t>Милості!!&lt;br /&gt;</w:t>
        <w:br/>
        <w:t>Іван&lt;br /&gt;</w:t>
        <w:br/>
        <w:t>То, Дзвінко, Штефана не ти строїла?&lt;br /&gt;</w:t>
        <w:br/>
        <w:t>Дзвінка&lt;br /&gt;</w:t>
        <w:br/>
        <w:t>(показуючи на Довбуша)&lt;br /&gt;</w:t>
        <w:br/>
        <w:t>Через отого там...&lt;br /&gt;</w:t>
        <w:br/>
        <w:t>Довбуш&lt;br /&gt;</w:t>
        <w:br/>
        <w:t>(відвертаючись з бридом)&lt;br /&gt;</w:t>
        <w:br/>
        <w:t>О боже мій!..&lt;br /&gt;</w:t>
        <w:br/>
        <w:t>Іван&lt;br /&gt;</w:t>
        <w:br/>
        <w:t>Відтак — не ти з секретарем у змові&lt;br /&gt;</w:t>
        <w:br/>
        <w:t>Пішла на сего дурня перед князем&lt;br /&gt;</w:t>
        <w:br/>
        <w:t>Свідчити, а потому — аби ніби&lt;br /&gt;</w:t>
        <w:br/>
        <w:t>Собі й колач ще в него заслужити —&lt;br /&gt;</w:t>
        <w:br/>
        <w:t>Мені побігла знати дати?</w:t>
      </w:r>
    </w:p>
    <w:p>
      <w:r>
        <w:br/>
        <w:t>Дзвінка&lt;br /&gt;</w:t>
        <w:br/>
        <w:t>Гину!..&lt;br /&gt;</w:t>
        <w:br/>
        <w:t>Іван&lt;br /&gt;</w:t>
        <w:br/>
        <w:t>А знов не ти, користуючи з того&lt;br /&gt;</w:t>
        <w:br/>
        <w:t>Гидкого брацаря там, сеї ночі&lt;br /&gt;</w:t>
        <w:br/>
        <w:t>У твій мерзкий халаш го загулила,&lt;br /&gt;</w:t>
        <w:br/>
        <w:t>Аби або єго у свою сіть&lt;br /&gt;</w:t>
        <w:br/>
        <w:t>Імити, а як не — то Соїиим&lt;br /&gt;</w:t>
        <w:br/>
        <w:t>Го зваром напоїти?&lt;br /&gt;</w:t>
        <w:br/>
        <w:t>Дзвінка&lt;br /&gt;</w:t>
        <w:br/>
        <w:t>Нє! єй-богу!&lt;br /&gt;</w:t>
        <w:br/>
        <w:t>Іван&lt;br /&gt;</w:t>
        <w:br/>
        <w:t>Ти присягаєш ще, чортице ти!?&lt;br /&gt;</w:t>
        <w:br/>
        <w:t>(Вириває їй фляшечку з-за пояса.)&lt;br /&gt;</w:t>
        <w:br/>
        <w:t>А се що??&lt;br /&gt;</w:t>
        <w:br/>
        <w:t>Дзвінка&lt;br /&gt;</w:t>
        <w:br/>
        <w:t>Зрада!!&lt;br /&gt;</w:t>
        <w:br/>
        <w:t>Іван&lt;br /&gt;</w:t>
        <w:br/>
        <w:t>Ти ж за ню загинеш,&lt;br /&gt;</w:t>
        <w:br/>
        <w:t>Як сука!..&lt;br /&gt;</w:t>
        <w:br/>
        <w:t>(Обертає шаблю держев і хоче ю убити.)&lt;br /&gt;</w:t>
        <w:br/>
        <w:t>Довбуш&lt;br /&gt;</w:t>
        <w:br/>
        <w:t>(не дає)&lt;br /&gt;</w:t>
        <w:br/>
        <w:t>Фара, брате! Не твоїй,&lt;br /&gt;</w:t>
        <w:br/>
        <w:t>А катовій руці сквернитися&lt;br /&gt;</w:t>
        <w:br/>
        <w:t>Отсеї ржиці чорнов кровйов!&lt;br /&gt;</w:t>
        <w:br/>
        <w:t>За подрев падуть два набої.&lt;br /&gt;</w:t>
        <w:br/>
        <w:t>Джи м ір&lt;br /&gt;</w:t>
        <w:br/>
        <w:t>(за подрев)&lt;br /&gt;</w:t>
        <w:br/>
        <w:t>Калфо!&lt;br /&gt;</w:t>
        <w:br/>
        <w:t>Се рушить воєвода з свойов шляхтов&lt;br /&gt;</w:t>
        <w:br/>
        <w:t>На табір наш напасти!&lt;br /&gt;</w:t>
        <w:br/>
        <w:t>Довбуш&lt;br /&gt;</w:t>
        <w:br/>
        <w:t>(здоймає свою шаблю з землі)&lt;br /&gt;</w:t>
        <w:br/>
        <w:t>Гуцули!!&lt;br /&gt;</w:t>
        <w:br/>
        <w:t>(До Івана.)&lt;br /&gt;</w:t>
        <w:br/>
        <w:t>Ти право йдеш у табір ї заложиш&lt;br /&gt;</w:t>
        <w:br/>
        <w:t>Усі плаї і приступи!&lt;br /&gt;</w:t>
        <w:br/>
        <w:t>Іван —пріч.&lt;br /&gt;</w:t>
        <w:br/>
        <w:t>А ви&lt;br /&gt;</w:t>
        <w:br/>
        <w:t>За мнов усі!&lt;br /&gt;</w:t>
        <w:br/>
        <w:t>(Іде, але у дверях обертавсь.)&lt;br /&gt;</w:t>
        <w:br/>
        <w:t>А ти, язе проклята,&lt;br /&gt;</w:t>
        <w:br/>
        <w:t>Готов тим часом ся під барду катаї&lt;br /&gt;</w:t>
        <w:br/>
        <w:t>(З гуцулами — пріч.)</w:t>
      </w:r>
    </w:p>
    <w:p>
      <w:r>
        <w:br/>
        <w:t>ЧЕТВЕРТА СЦЕНА&lt;br /&gt;</w:t>
        <w:br/>
        <w:t>Д з, в і н к а. Зараз відтак Чора.&lt;br /&gt;</w:t>
        <w:br/>
        <w:t>Дзвінка&lt;br /&gt;</w:t>
        <w:br/>
        <w:t>Пропала!! Я пропала!&lt;br /&gt;</w:t>
        <w:br/>
        <w:t>Чора&lt;br /&gt;</w:t>
        <w:br/>
        <w:t>(ще за под рев)&lt;br /&gt;</w:t>
        <w:br/>
        <w:t>Я з тобов!&lt;br /&gt;</w:t>
        <w:br/>
        <w:t>(Виступає.)&lt;br /&gt;</w:t>
        <w:br/>
        <w:t>Бо він присяг княгині нас обох&lt;br /&gt;</w:t>
        <w:br/>
        <w:t>Зарізать їй на жертву!&lt;br /&gt;</w:t>
        <w:br/>
        <w:t>Дзвінка&lt;br /&gt;</w:t>
        <w:br/>
        <w:t>Вай! О, вай!!&lt;br /&gt;</w:t>
        <w:br/>
        <w:t>Чора&lt;br /&gt;</w:t>
        <w:br/>
        <w:t>А тут стоїть уже й кровавий ковбок,&lt;br /&gt;</w:t>
        <w:br/>
        <w:t>На нім широка остра барда, ясна,&lt;br /&gt;</w:t>
        <w:br/>
        <w:t>Як дзеркало, а біля — лютий кат із&lt;br /&gt;</w:t>
        <w:br/>
        <w:t>Закоченими рукавами. Лупнув&lt;br /&gt;</w:t>
        <w:br/>
        <w:t>Черленими очима, як той звір,&lt;br /&gt;</w:t>
        <w:br/>
        <w:t>Ухопив остру барду — блиснуло&lt;br /&gt;</w:t>
        <w:br/>
        <w:t>Раз д горі, раз в долину, гукнуло —&lt;br /&gt;</w:t>
        <w:br/>
        <w:t>І Дзвінки красна голов покотилась,&lt;br /&gt;</w:t>
        <w:br/>
        <w:t>Кровава, у пісок!..&lt;br /&gt;</w:t>
        <w:br/>
        <w:t>Дзвінка&lt;br /&gt;</w:t>
        <w:br/>
        <w:t>Га!&lt;br /&gt;</w:t>
        <w:br/>
        <w:t>Чора&lt;br /&gt;</w:t>
        <w:br/>
        <w:t>Але не ще!&lt;br /&gt;</w:t>
        <w:br/>
        <w:t>Бо Чора ще жиє! Бо Чора дасть&lt;br /&gt;</w:t>
        <w:br/>
        <w:t>Рятунок бідній Дзвінці ще.&lt;br /&gt;</w:t>
        <w:br/>
        <w:t>Дзвінка&lt;br /&gt;</w:t>
        <w:br/>
        <w:t>О, вже...&lt;br /&gt;</w:t>
        <w:br/>
        <w:t>Чора&lt;br /&gt;</w:t>
        <w:br/>
        <w:t>О, божевільна ти! О, жусе ти!&lt;br /&gt;</w:t>
        <w:br/>
        <w:t>Хіба ж він громовий топір той свій&lt;br /&gt;</w:t>
        <w:br/>
        <w:t>У тебе не лишив?&lt;br /&gt;</w:t>
        <w:br/>
        <w:t>Дзвінка&lt;br /&gt;</w:t>
        <w:br/>
        <w:t>І справді.&lt;br /&gt;</w:t>
        <w:br/>
        <w:t>Чора&lt;br /&gt;</w:t>
        <w:br/>
        <w:t>Дай!&lt;br /&gt;</w:t>
        <w:br/>
        <w:t>Подай мені єго на мої руки —&lt;br /&gt;</w:t>
        <w:br/>
        <w:t>А красної княгині душечка&lt;br /&gt;</w:t>
        <w:br/>
        <w:t>На той світ полинула: фур-р-р-р-рї..&lt;br /&gt;</w:t>
        <w:br/>
        <w:t>Дзвінка&lt;br /&gt;</w:t>
        <w:br/>
        <w:t>(шукає топір)&lt;br /&gt;</w:t>
        <w:br/>
        <w:t>А він?&lt;br /&gt;</w:t>
        <w:br/>
        <w:t>Чора&lt;br /&gt;</w:t>
        <w:br/>
        <w:t>За нев — як той орел! Аж воздух ме&lt;br /&gt;</w:t>
        <w:br/>
        <w:t>Шуміти: шу-ту!..&lt;br /&gt;</w:t>
        <w:br/>
        <w:t>Д з в і н к а&lt;br /&gt;</w:t>
        <w:br/>
        <w:t>(подаючи Чорі топір)&lt;br /&gt;</w:t>
        <w:br/>
        <w:t>Тож бери єго!&lt;br /&gt;</w:t>
        <w:br/>
        <w:t>Ніж маєш мою голов з пліч ти зняти —&lt;br /&gt;</w:t>
        <w:br/>
        <w:t>Волію твою я чортам завдати!&lt;br /&gt;</w:t>
        <w:br/>
        <w:t>Обі — пріч: направо і наліво.&lt;br /&gt;</w:t>
        <w:br/>
        <w:t>П'ЯТА СЦЕНА&lt;br /&gt;</w:t>
        <w:br/>
        <w:t>Соя.&lt;br /&gt;</w:t>
        <w:br/>
        <w:t>Соя&lt;br /&gt;</w:t>
        <w:br/>
        <w:t>(ще за подрев)&lt;br /&gt;</w:t>
        <w:br/>
        <w:t>Ге! Дзвінко, моя паво!&lt;br /&gt;</w:t>
        <w:br/>
        <w:t>(Виступає.)&lt;br /&gt;</w:t>
        <w:br/>
        <w:t>Де ж, проклята,&lt;br /&gt;</w:t>
        <w:br/>
        <w:t>Поділася?&lt;br /&gt;</w:t>
        <w:br/>
        <w:t>(Сідає.)&lt;br /&gt;</w:t>
        <w:br/>
        <w:t>То ж утомилась я!&lt;br /&gt;</w:t>
        <w:br/>
        <w:t>А проклятуща, замість покріпити</w:t>
      </w:r>
    </w:p>
    <w:p>
      <w:r>
        <w:br/>
        <w:t>Ту бідну Сою...&lt;br /&gt;</w:t>
        <w:br/>
        <w:t>(Уздрівши збанок, біжить до полиці)&lt;br /&gt;</w:t>
        <w:br/>
        <w:t>Збанок! збанок! А!..&lt;br /&gt;</w:t>
        <w:br/>
        <w:t>(Бере збанок обома руками І п'є лакомо.)&lt;br /&gt;</w:t>
        <w:br/>
        <w:t>А се й винце! Угорське! Так, угорське!..&lt;br /&gt;</w:t>
        <w:br/>
        <w:t>У неї гойно, виджу! Та й для чого ж&lt;br /&gt;</w:t>
        <w:br/>
        <w:t>Би не? Для чого не? Штефан багач був,&lt;br /&gt;</w:t>
        <w:br/>
        <w:t>І відьму золотом мені відважив —&lt;br /&gt;</w:t>
        <w:br/>
        <w:t>Бо я му ю продала!.. Золотом!..&lt;br /&gt;</w:t>
        <w:br/>
        <w:t>(Ніби наслухає.)&lt;br /&gt;</w:t>
        <w:br/>
        <w:t>Як? Що!? Гу-гуШ&lt;br /&gt;</w:t>
        <w:br/>
        <w:t>Я отруєна! Я! Зварок мій! Га!..&lt;br /&gt;</w:t>
        <w:br/>
        <w:t>Та де ти, Чоро, відьмо? Най тобі&lt;br /&gt;</w:t>
        <w:br/>
        <w:t>Я уповім, що — моя ти донька&lt;br /&gt;</w:t>
        <w:br/>
        <w:t>Та й того Василя Довбущука,&lt;br /&gt;</w:t>
        <w:br/>
        <w:t>Що він... А то ж пече! пече! пече!&lt;br /&gt;</w:t>
        <w:br/>
        <w:t>Як пекло настояще! Гу-гу-гу!..&lt;br /&gt;</w:t>
        <w:br/>
        <w:t>(Ревучи — пріч.)</w:t>
      </w:r>
    </w:p>
    <w:p>
      <w:r>
        <w:br/>
        <w:t>ПОДРЯ&lt;br /&gt;</w:t>
        <w:br/>
        <w:t>Поляна у однім лісі на Чорногорі, де много плаїв сходиться. В затшь&lt;br /&gt;</w:t>
        <w:br/>
        <w:t>лі — халаш Довбуша. Спереду, направо — велика ялиця, а під яли-&lt;br /&gt;</w:t>
        <w:br/>
        <w:t>цев — великий оброслий камінь, на котрім можна сидіти. Ранок. Ціла&lt;br /&gt;</w:t>
        <w:br/>
        <w:t>подря у рожевім світлі.</w:t>
      </w:r>
    </w:p>
    <w:p>
      <w:r>
        <w:br/>
        <w:t>ШОСТА СЦЕНА&lt;br /&gt;</w:t>
        <w:br/>
        <w:t>Іван і Лагадин надходя з противних сторін. У долинах далеко&lt;br /&gt;</w:t>
        <w:br/>
        <w:t>чути уставичне стріляння.&lt;br /&gt;</w:t>
        <w:br/>
        <w:t>Іван&lt;br /&gt;</w:t>
        <w:br/>
        <w:t>Хороша буча! А ляхи ті б'ються,&lt;br /&gt;</w:t>
        <w:br/>
        <w:t>Як льви!&lt;br /&gt;</w:t>
        <w:br/>
        <w:t>Лагадин&lt;br /&gt;</w:t>
        <w:br/>
        <w:t>Твій брат ранений?&lt;br /&gt;</w:t>
        <w:br/>
        <w:t>Іван&lt;br /&gt;</w:t>
        <w:br/>
        <w:t>І то я&lt;br /&gt;</w:t>
        <w:br/>
        <w:t>Завдав му ту нещасну рану!&lt;br /&gt;</w:t>
        <w:br/>
        <w:t>Лагадин&lt;br /&gt;</w:t>
        <w:br/>
        <w:t>Було&lt;br /&gt;</w:t>
        <w:br/>
        <w:t>Відразу в серце!</w:t>
      </w:r>
    </w:p>
    <w:p>
      <w:r>
        <w:br/>
        <w:t>Іван&lt;br /&gt;</w:t>
        <w:br/>
        <w:t>(строго)&lt;br /&gt;</w:t>
        <w:br/>
        <w:t>Лагадине!&lt;br /&gt;</w:t>
        <w:br/>
        <w:t>Л а г а д и н&lt;br /&gt;</w:t>
        <w:br/>
        <w:t>Мимо&lt;br /&gt;</w:t>
        <w:br/>
        <w:t>Присяги й свого слова — та до нешти&lt;br /&gt;</w:t>
        <w:br/>
        <w:t>Піти!?&lt;br /&gt;</w:t>
        <w:br/>
        <w:t>Іван&lt;br /&gt;</w:t>
        <w:br/>
        <w:t>Мій бідний брат.&lt;br /&gt;</w:t>
        <w:br/>
        <w:t>Л а г а д и н&lt;br /&gt;</w:t>
        <w:br/>
        <w:t>І ти его&lt;br /&gt;</w:t>
        <w:br/>
        <w:t>Ще жалуєш? Присяголомника!&lt;br /&gt;</w:t>
        <w:br/>
        <w:t>Безличника!&lt;br /&gt;</w:t>
        <w:br/>
        <w:t>Іван&lt;br /&gt;</w:t>
        <w:br/>
        <w:t>Се чути мусити —&lt;br /&gt;</w:t>
        <w:br/>
        <w:t>І мусити мовчаїи!&lt;br /&gt;</w:t>
        <w:br/>
        <w:t>Л а г а д и н&lt;br /&gt;</w:t>
        <w:br/>
        <w:t>Та дивитись,&lt;br /&gt;</w:t>
        <w:br/>
        <w:t>Як можна з тілької ненависті —&lt;br /&gt;</w:t>
        <w:br/>
        <w:t>Ні сіло та ні пало — на таке&lt;br /&gt;</w:t>
        <w:br/>
        <w:t>Велике дружество се перейти!?&lt;br /&gt;</w:t>
        <w:br/>
        <w:t>Але роби собі, як розумієш,&lt;br /&gt;</w:t>
        <w:br/>
        <w:t>А ми знов, гуцули, ще будемо&lt;br /&gt;</w:t>
        <w:br/>
        <w:t>З ним рахуватися — і то кроваво!&lt;br /&gt;</w:t>
        <w:br/>
        <w:t>Він — хто се, щоб він смів над нами так&lt;br /&gt;</w:t>
        <w:br/>
        <w:t>Ругатися, безлично так ругатись?&lt;br /&gt;</w:t>
        <w:br/>
        <w:t>І з чиї се причини сиплеться&lt;br /&gt;</w:t>
        <w:br/>
        <w:t>Сегодня тільки тирби людської?&lt;br /&gt;</w:t>
        <w:br/>
        <w:t>Не з-за єго? Не через него, може?&lt;br /&gt;</w:t>
        <w:br/>
        <w:t>Як!? Або, може, наш святий топір&lt;br /&gt;</w:t>
        <w:br/>
        <w:t>Ми на тото на него передали,&lt;br /&gt;</w:t>
        <w:br/>
        <w:t>Аби по всіх го нештах волочить!?&lt;br /&gt;</w:t>
        <w:br/>
        <w:t>Нехай варується! Одна лиш іскра —&lt;br /&gt;</w:t>
        <w:br/>
        <w:t>А всі го нешти всего сего світа&lt;br /&gt;</w:t>
        <w:br/>
        <w:t>Не вирвуть з наших рук! Ми славі служим,&lt;br /&gt;</w:t>
        <w:br/>
        <w:t>А з віроломцями ми ся не дружим!&lt;br /&gt;</w:t>
        <w:br/>
        <w:t>(Грозячи — пріч.)</w:t>
      </w:r>
    </w:p>
    <w:p>
      <w:r>
        <w:br/>
        <w:t>СЬОМА СЦЕНА&lt;br /&gt;</w:t>
        <w:br/>
        <w:t>Іван.&lt;br /&gt;</w:t>
        <w:br/>
        <w:t>Іван&lt;br /&gt;</w:t>
        <w:br/>
        <w:t>Не вирвуть з ваших рук? То я го вирву,&lt;br /&gt;</w:t>
        <w:br/>
        <w:t>Хоть би і з пащі льва! Хоть мав бих зараз&lt;br /&gt;</w:t>
        <w:br/>
        <w:t>Вам моє серце на тарелі краять&lt;br /&gt;</w:t>
        <w:br/>
        <w:t>Тупим ножем! Ви що гадаєте?&lt;br /&gt;</w:t>
        <w:br/>
        <w:t>Абих єго я все ненавидів —&lt;br /&gt;</w:t>
        <w:br/>
        <w:t>Та все ненавидів через тото,&lt;br /&gt;</w:t>
        <w:br/>
        <w:t>Що досі я єго ненавидів?&lt;br /&gt;</w:t>
        <w:br/>
        <w:t>О, ви — не Довбуші! Лиш Довбуш-бо&lt;br /&gt;</w:t>
        <w:br/>
        <w:t>Потрафить двічі свого ворога&lt;br /&gt;</w:t>
        <w:br/>
        <w:t>Від найгиднішого убою стримать,&lt;br /&gt;</w:t>
        <w:br/>
        <w:t>Потрафить ніж єго у собі чути —&lt;br /&gt;</w:t>
        <w:br/>
        <w:t>І не відмститися! А я аби&lt;br /&gt;</w:t>
        <w:br/>
        <w:t>Єго ще все а все ненавидів!?&lt;br /&gt;</w:t>
        <w:br/>
        <w:t>0 не, мій брате!&lt;br /&gt;</w:t>
        <w:br/>
        <w:t>Най гуцули на тебе й пеклом стануть,&lt;br /&gt;</w:t>
        <w:br/>
        <w:t>А я тя вирву! Я! з їх рук поганих!&lt;br /&gt;</w:t>
        <w:br/>
        <w:t>Га! Джимір...&lt;br /&gt;</w:t>
        <w:br/>
        <w:t>ВОСЬМА СЦЕНА&lt;br /&gt;</w:t>
        <w:br/>
        <w:t>Джимір, кровавий, з булавов воєводи. Той, що перше.&lt;br /&gt;</w:t>
        <w:br/>
        <w:t>Джимір&lt;br /&gt;</w:t>
        <w:br/>
        <w:t>Наша, брате! Воєвод&lt;br /&gt;</w:t>
        <w:br/>
        <w:t>1 шляхта вся в полоні!&lt;br /&gt;</w:t>
        <w:br/>
        <w:t>Іван&lt;br /&gt;</w:t>
        <w:br/>
        <w:t>Й воєвод!?&lt;br /&gt;</w:t>
        <w:br/>
        <w:t>Джимір&lt;br /&gt;</w:t>
        <w:br/>
        <w:t>Вся шляхта — до ноги!&lt;br /&gt;</w:t>
        <w:br/>
        <w:t>Іван&lt;br /&gt;</w:t>
        <w:br/>
        <w:t>Та де ж они?&lt;br /&gt;</w:t>
        <w:br/>
        <w:t>Джимір&lt;br /&gt;</w:t>
        <w:br/>
        <w:t>У табор їх ведуть! А воєвода&lt;br /&gt;</w:t>
        <w:br/>
        <w:t>І Довбуш... О, дивись!..&lt;br /&gt;</w:t>
        <w:br/>
        <w:t>ДЕВ'ЯТА СЦЕНА&lt;br /&gt;</w:t>
        <w:br/>
        <w:t>Довбуш. Воєвод. Секретар. Шляхта. Гуцули, Ті, що&lt;br /&gt;</w:t>
        <w:br/>
        <w:t>перше. Воєвод і шляхта без зброї.&lt;br /&gt;</w:t>
        <w:br/>
        <w:t>Довбуш&lt;br /&gt;</w:t>
        <w:br/>
        <w:t>То так, о князю?&lt;br /&gt;</w:t>
        <w:br/>
        <w:t>То тут аж мушу пригадать тобі&lt;br /&gt;</w:t>
        <w:br/>
        <w:t>Твій княжеський прирік?&lt;br /&gt;</w:t>
        <w:br/>
        <w:t>Воєвод&lt;br /&gt;</w:t>
        <w:br/>
        <w:t>Роби конець!&lt;br /&gt;</w:t>
        <w:br/>
        <w:t>Бо по такій нечуваній ще ганьбі&lt;br /&gt;</w:t>
        <w:br/>
        <w:t>Чого і півминути жити?&lt;br /&gt;</w:t>
        <w:br/>
        <w:t>Довбуш&lt;br /&gt;</w:t>
        <w:br/>
        <w:t>Ганьбі?&lt;br /&gt;</w:t>
        <w:br/>
        <w:t>То ти хіба се з жусами ся бив?&lt;br /&gt;</w:t>
        <w:br/>
        <w:t>Я ти даю на волю, воєводо,&lt;br /&gt;</w:t>
        <w:br/>
        <w:t>І ми зачнемо зараз наново —&lt;br /&gt;</w:t>
        <w:br/>
        <w:t>Я не жартую!&lt;br /&gt;</w:t>
        <w:br/>
        <w:t>Воєвод&lt;br /&gt;</w:t>
        <w:br/>
        <w:t>Доста!&lt;br /&gt;</w:t>
        <w:br/>
        <w:t>Довбуш&lt;br /&gt;</w:t>
        <w:br/>
        <w:t>Але хто&lt;br /&gt;</w:t>
        <w:br/>
        <w:t>Таку дитинячу тобі дав раду:&lt;br /&gt;</w:t>
        <w:br/>
        <w:t>З півгорсточков людей на нас напасти —&lt;br /&gt;</w:t>
        <w:br/>
        <w:t>Неначе нас тут шайка злодігв лиш,&lt;br /&gt;</w:t>
        <w:br/>
        <w:t>А не той нарід гуцульський, що волю&lt;br /&gt;</w:t>
        <w:br/>
        <w:t>Добути він зійшовся?&lt;br /&gt;</w:t>
        <w:br/>
        <w:t>Хвиля. Воєвод хитає головою.&lt;br /&gt;</w:t>
        <w:br/>
        <w:t>Але хто&lt;br /&gt;</w:t>
        <w:br/>
        <w:t>Тобі ту раду й дав — він варт би того,&lt;br /&gt;</w:t>
        <w:br/>
        <w:t>Аби тут так стояв...&lt;br /&gt;</w:t>
        <w:br/>
        <w:t>Воєвод&lt;br /&gt;</w:t>
        <w:br/>
        <w:t>О, щоб то я лиш!..&lt;br /&gt;</w:t>
        <w:br/>
        <w:t>Довбуш&lt;br /&gt;</w:t>
        <w:br/>
        <w:t>Я розумію тя, о годний ляше!&lt;br /&gt;</w:t>
        <w:br/>
        <w:t>Але той витязь витязя не варт,&lt;br /&gt;</w:t>
        <w:br/>
        <w:t>Єсли у своїм супротивнику&lt;br /&gt;</w:t>
        <w:br/>
        <w:t>Нещастє він не чтить. І задля того ж&lt;br /&gt;</w:t>
        <w:br/>
        <w:t>Дарую волю вам, і без условій —&lt;br /&gt;</w:t>
        <w:br/>
        <w:t>Хіба лиш з тим одним: аби на другий раз&lt;br /&gt;</w:t>
        <w:br/>
        <w:t>Вас більше посітило Чорногору!&lt;br /&gt;</w:t>
        <w:br/>
        <w:t>В нас є вас чим приймити!&lt;br /&gt;</w:t>
        <w:br/>
        <w:t>(До Джиміра, котрий собі нишком очі утирає.)&lt;br /&gt;</w:t>
        <w:br/>
        <w:t>Що там, Джимір?&lt;br /&gt;</w:t>
        <w:br/>
        <w:t>Чи вітер лиш яку комашку ти&lt;br /&gt;</w:t>
        <w:br/>
        <w:t>У око не завіяв?&lt;br /&gt;</w:t>
        <w:br/>
        <w:t>Джимір&lt;br /&gt;</w:t>
        <w:br/>
        <w:t>(подає булаву воєводі, а сам хоче Довбуша обіймити)&lt;br /&gt;</w:t>
        <w:br/>
        <w:t>Калфо мій!&lt;br /&gt;</w:t>
        <w:br/>
        <w:t>Воєвод&lt;br /&gt;</w:t>
        <w:br/>
        <w:t>(єго перестрічаючи)&lt;br /&gt;</w:t>
        <w:br/>
        <w:t>Позволь: я перший тут...&lt;br /&gt;</w:t>
        <w:br/>
        <w:t>(Обіймає Довбуша.)&lt;br /&gt;</w:t>
        <w:br/>
        <w:t>А серце, що&lt;br /&gt;</w:t>
        <w:br/>
        <w:t>Так величаво б'є, варт бити і&lt;br /&gt;</w:t>
        <w:br/>
        <w:t>На княжеських грудях! Я знаю, що&lt;br /&gt;</w:t>
        <w:br/>
        <w:t>По тому, що у моєму дворі&lt;br /&gt;</w:t>
        <w:br/>
        <w:t>Жасної тої днини діялось,&lt;br /&gt;</w:t>
        <w:br/>
        <w:t>Мій теперішній крок тобі огидний&lt;br /&gt;</w:t>
        <w:br/>
        <w:t>Ме видаватись. Але знай, о друже,&lt;br /&gt;</w:t>
        <w:br/>
        <w:t>Що все мені чортівство відомо&lt;br /&gt;</w:t>
        <w:br/>
        <w:t>І що отой диявол — мій секретар,&lt;br /&gt;</w:t>
        <w:br/>
        <w:t>Враз з своїм клевретом — маршалком тим,&lt;br /&gt;</w:t>
        <w:br/>
        <w:t>Ще нині забираються від мене,&lt;br /&gt;</w:t>
        <w:br/>
        <w:t>Аби деінде впастись катові.&lt;br /&gt;</w:t>
        <w:br/>
        <w:t>Для того ж мя прости, о Довбущуку,&lt;br /&gt;</w:t>
        <w:br/>
        <w:t>І ви, о гуцули, мене простіть,&lt;br /&gt;</w:t>
        <w:br/>
        <w:t>Як вас я се прощаю!&lt;br /&gt;</w:t>
        <w:br/>
        <w:t>Гуцули і шляхта ближаться.&lt;br /&gt;</w:t>
        <w:br/>
        <w:t>Вашу волю&lt;br /&gt;</w:t>
        <w:br/>
        <w:t>Не подаровану, але здобуту —&lt;br /&gt;</w:t>
        <w:br/>
        <w:t>Вам уповні даю і віддаю!&lt;br /&gt;</w:t>
        <w:br/>
        <w:t>А ти, о Довбуш, дожидай ще нині&lt;br /&gt;</w:t>
        <w:br/>
        <w:t>На усне моє слово й грамоту!&lt;br /&gt;</w:t>
        <w:br/>
        <w:t>Довбуш&lt;br /&gt;</w:t>
        <w:br/>
        <w:t>На княже твоє слово!&lt;br /&gt;</w:t>
        <w:br/>
        <w:t>(Киває на Доюиміра і шепче му в ухо. Сей біжить у халаш&lt;br /&gt;</w:t>
        <w:br/>
        <w:t>і приносить дуже красну і дорогу шаблю, котру Довбуш&lt;br /&gt;</w:t>
        <w:br/>
        <w:t>зараз воєводі презентує.)&lt;br /&gt;</w:t>
        <w:br/>
        <w:t>А сю зброю 1;&lt;br /&gt;</w:t>
        <w:br/>
        <w:t>Прийми на пам'ятку від гуцулів!&lt;br /&gt;</w:t>
        <w:br/>
        <w:t>Она нас пригадає і без слів.&lt;br /&gt;</w:t>
        <w:br/>
        <w:t>Воєвод&lt;br /&gt;</w:t>
        <w:br/>
        <w:t>(припасує собі шаблю і подає Довбушеві руку)&lt;br /&gt;</w:t>
        <w:br/>
        <w:t>А пригадає ті святі завіти:&lt;br /&gt;</w:t>
        <w:br/>
        <w:t>Що рус і лях — одної нені діти!&lt;br /&gt;</w:t>
        <w:br/>
        <w:t>Урочиста хвиля. Відтак розходясь гуцули на всі боки, так що воєвода&lt;br /&gt;</w:t>
        <w:br/>
        <w:t>з шляхтов і секретарем лишавсь.</w:t>
      </w:r>
    </w:p>
    <w:p>
      <w:r>
        <w:br/>
        <w:t>ДЕСЯТА СЦЕНА&lt;br /&gt;</w:t>
        <w:br/>
        <w:t>Т і, що лишились.&lt;br /&gt;</w:t>
        <w:br/>
        <w:t>Воєвод&lt;br /&gt;</w:t>
        <w:br/>
        <w:t>(по сумній хвилі)&lt;br /&gt;</w:t>
        <w:br/>
        <w:t>Чого ся так насупили, пани?&lt;br /&gt;</w:t>
        <w:br/>
        <w:t>Чи, може, се на мене вирок смерті&lt;br /&gt;</w:t>
        <w:br/>
        <w:t>Значити має? В добрий час! Але&lt;br /&gt;</w:t>
        <w:br/>
        <w:t>Я се у вас собі не заслужив!&lt;br /&gt;</w:t>
        <w:br/>
        <w:t>Сей похід чесний був — як може бути!&lt;br /&gt;</w:t>
        <w:br/>
        <w:t>А сли ми підупали — то упали&lt;br /&gt;</w:t>
        <w:br/>
        <w:t>Ми лиш стокротній пересилі.&lt;br /&gt;</w:t>
        <w:br/>
        <w:t>Молодий староста&lt;br /&gt;</w:t>
        <w:br/>
        <w:t>Тож&lt;br /&gt;</w:t>
        <w:br/>
        <w:t>Бо й щось! Стокротній пересилі лиш!&lt;br /&gt;</w:t>
        <w:br/>
        <w:t>Але питання ходить: хто казав вам&lt;br /&gt;</w:t>
        <w:br/>
        <w:t>Вести нас пересилі сій під ніж —&lt;br /&gt;</w:t>
        <w:br/>
        <w:t>Скаженим гуцулам під ніж?&lt;br /&gt;</w:t>
        <w:br/>
        <w:t>Воєвод&lt;br /&gt;</w:t>
        <w:br/>
        <w:t>(показує на секретаря)&lt;br /&gt;</w:t>
        <w:br/>
        <w:t>Отого&lt;br /&gt;</w:t>
        <w:br/>
        <w:t>Там злодія питайтеся, що доти .&lt;br /&gt;</w:t>
        <w:br/>
        <w:t>Спокою ми не дав...&lt;br /&gt;</w:t>
        <w:br/>
        <w:t>Секретар&lt;br /&gt;</w:t>
        <w:br/>
        <w:t>(приступаючи до воєводи)&lt;br /&gt;</w:t>
        <w:br/>
        <w:t>Мене? Мене!?&lt;br /&gt;</w:t>
        <w:br/>
        <w:t>Ха-ха, ха-ха, ха-ха! То я би мав&lt;br /&gt;</w:t>
        <w:br/>
        <w:t>За всі дурачества отсего пана...&lt;br /&gt;</w:t>
        <w:br/>
        <w:t>Воєвод&lt;br /&gt;</w:t>
        <w:br/>
        <w:t>(рве Довбушеву шаблю з пішви і просаджує нев секретаря)&lt;br /&gt;</w:t>
        <w:br/>
        <w:t>Се твій послідній кеп.&lt;br /&gt;</w:t>
        <w:br/>
        <w:t>Усі&lt;br /&gt;</w:t>
        <w:br/>
        <w:t>Га! ГаН</w:t>
      </w:r>
    </w:p>
    <w:p>
      <w:r>
        <w:br/>
        <w:t>Секретар&lt;br /&gt;</w:t>
        <w:br/>
        <w:t>Послідній...&lt;br /&gt;</w:t>
        <w:br/>
        <w:t>(Умирає.)&lt;br /&gt;</w:t>
        <w:br/>
        <w:t>Воєвод&lt;br /&gt;</w:t>
        <w:br/>
        <w:t>Тепер за мнов, пани! Я той ще є,&lt;br /&gt;</w:t>
        <w:br/>
        <w:t>Чим був! І горе тому, що він хоче&lt;br /&gt;</w:t>
        <w:br/>
        <w:t>Старого льва за гриву торгати!&lt;br /&gt;</w:t>
        <w:br/>
        <w:t>(До молодого старости.)&lt;br /&gt;</w:t>
        <w:br/>
        <w:t>Се не забудь, безусий мій паничу!..&lt;br /&gt;</w:t>
        <w:br/>
        <w:t>(До служалих.)&lt;br /&gt;</w:t>
        <w:br/>
        <w:t>А стерво се запорпайте де в лісі,&lt;br /&gt;</w:t>
        <w:br/>
        <w:t>Аби невинні круки та кавки&lt;br /&gt;</w:t>
        <w:br/>
        <w:t>Не потруїлись ще!&lt;br /&gt;</w:t>
        <w:br/>
        <w:t>Слуги віднося тіло секретаря.&lt;br /&gt;</w:t>
        <w:br/>
        <w:t>Тепер за мнов!&lt;br /&gt;</w:t>
        <w:br/>
        <w:t>Катюзі — по заслузі, кажуть люди!&lt;br /&gt;</w:t>
        <w:br/>
        <w:t>А шабля ся ще найде й луччі груди!&lt;br /&gt;</w:t>
        <w:br/>
        <w:t>Усі — пріч наліво.</w:t>
      </w:r>
    </w:p>
    <w:p>
      <w:r>
        <w:br/>
        <w:t>ОДИНАДЦЯТА СЦЕНА&lt;br /&gt;</w:t>
        <w:br/>
        <w:t>Довбуш. Іван.&lt;br /&gt;</w:t>
        <w:br/>
        <w:t>Іван&lt;br /&gt;</w:t>
        <w:br/>
        <w:t>Се в мене раз Варфоломія!&lt;br /&gt;</w:t>
        <w:br/>
        <w:t>Довбуш&lt;br /&gt;</w:t>
        <w:br/>
        <w:t>Як?&lt;br /&gt;</w:t>
        <w:br/>
        <w:t>Сегодня день...&lt;br /&gt;</w:t>
        <w:br/>
        <w:t>Іван&lt;br /&gt;</w:t>
        <w:br/>
        <w:t>Варфоломія, предці!&lt;br /&gt;</w:t>
        <w:br/>
        <w:t>Се що тобі?&lt;br /&gt;</w:t>
        <w:br/>
        <w:t>Довбуш&lt;br /&gt;</w:t>
        <w:br/>
        <w:t>Сегодня ж маємо —&lt;br /&gt;</w:t>
        <w:br/>
        <w:t>Як мати умираючи казала —&lt;br /&gt;</w:t>
        <w:br/>
        <w:t>Сестру ми відшукати!&lt;br /&gt;</w:t>
        <w:br/>
        <w:t>Іван&lt;br /&gt;</w:t>
        <w:br/>
        <w:t>Боже мій!&lt;br /&gt;</w:t>
        <w:br/>
        <w:t>Ми ж маємо сестру ще!? Де ж она?&lt;br /&gt;</w:t>
        <w:br/>
        <w:t>Довбуш&lt;br /&gt;</w:t>
        <w:br/>
        <w:t>Коби я знав се! Але мати тільки&lt;br /&gt;</w:t>
        <w:br/>
        <w:t>Хотіла уповісти лиш мені,&lt;br /&gt;</w:t>
        <w:br/>
        <w:t>Що в день Варфоломія — се би нині —&lt;br /&gt;</w:t>
        <w:br/>
        <w:t>Сестру ми нашу відшукаєм.&lt;br /&gt;</w:t>
        <w:br/>
        <w:t>Іван&lt;br /&gt;</w:t>
        <w:br/>
        <w:t>Диво!&lt;br /&gt;</w:t>
        <w:br/>
        <w:t>Для чого ж ти докладно не вповіла?&lt;br /&gt;</w:t>
        <w:br/>
        <w:t>Довбуш&lt;br /&gt;</w:t>
        <w:br/>
        <w:t>Бо не хотіла — бо казала, що&lt;br /&gt;</w:t>
        <w:br/>
        <w:t>Присяга в'яже ю.&lt;br /&gt;</w:t>
        <w:br/>
        <w:t>Іван&lt;br /&gt;</w:t>
        <w:br/>
        <w:t>І се знов диво!&lt;br /&gt;</w:t>
        <w:br/>
        <w:t>Яким же способом ми маємо&lt;br /&gt;</w:t>
        <w:br/>
        <w:t>Сестру відтак пізнати?&lt;br /&gt;</w:t>
        <w:br/>
        <w:t>Довбуш&lt;br /&gt;</w:t>
        <w:br/>
        <w:t>(витягає свій ніж і подає Іванові)&lt;br /&gt;</w:t>
        <w:br/>
        <w:t>Придивись!&lt;br /&gt;</w:t>
        <w:br/>
        <w:t>А придивись му добреї&lt;br /&gt;</w:t>
        <w:br/>
        <w:t>Іван&lt;br /&gt;</w:t>
        <w:br/>
        <w:t>(обзирає віддає відтак Довбушеві)&lt;br /&gt;</w:t>
        <w:br/>
        <w:t>Гарний ніж!&lt;br /&gt;</w:t>
        <w:br/>
        <w:t>Та що з сестров тов нашов має він&lt;br /&gt;</w:t>
        <w:br/>
        <w:t>За стичність?&lt;br /&gt;</w:t>
        <w:br/>
        <w:t>Довбуш&lt;br /&gt;</w:t>
        <w:br/>
        <w:t>По такому ми ножеві&lt;br /&gt;</w:t>
        <w:br/>
        <w:t>Сестру пізнаєм нашу.&lt;br /&gt;</w:t>
        <w:br/>
        <w:t>Іван&lt;br /&gt;</w:t>
        <w:br/>
        <w:t>(зодригаючись)&lt;br /&gt;</w:t>
        <w:br/>
        <w:t>І то в день&lt;br /&gt;</w:t>
        <w:br/>
        <w:t>Варфоломія?..&lt;br /&gt;</w:t>
        <w:br/>
        <w:t>Довбуш&lt;br /&gt;</w:t>
        <w:br/>
        <w:t>Що тобі, братю?&lt;br /&gt;</w:t>
        <w:br/>
        <w:t>Іван&lt;br /&gt;</w:t>
        <w:br/>
        <w:t>Нехай мене!.. Пусті лиш забобони!&lt;br /&gt;</w:t>
        <w:br/>
        <w:t>Бо день Варфоломія був для мене</w:t>
      </w:r>
    </w:p>
    <w:p>
      <w:r>
        <w:br/>
        <w:t>Усігди нещасливий. Але нині&lt;br /&gt;</w:t>
        <w:br/>
        <w:t>Нехай він бреше! То сей ніж, як кажеш...&lt;br /&gt;</w:t>
        <w:br/>
        <w:t>Довбуш&lt;br /&gt;</w:t>
        <w:br/>
        <w:t>(зодригаючись)&lt;br /&gt;</w:t>
        <w:br/>
        <w:t>А!"&lt;br /&gt;</w:t>
        <w:br/>
        <w:t>Іван&lt;br /&gt;</w:t>
        <w:br/>
        <w:t>Що, Олексику? Чи йе рання&lt;br /&gt;</w:t>
        <w:br/>
        <w:t>Лиш фрибра? Єй же богу! Задля чого ж&lt;br /&gt;</w:t>
        <w:br/>
        <w:t>Без топірця ти ходиш? Де він є?&lt;br /&gt;</w:t>
        <w:br/>
        <w:t>У халаші? Я зараз принесу...&lt;br /&gt;</w:t>
        <w:br/>
        <w:t>Довбуш&lt;br /&gt;</w:t>
        <w:br/>
        <w:t>Мені го принесуть, але без тебе!*&lt;br /&gt;</w:t>
        <w:br/>
        <w:t>Іван&lt;br /&gt;</w:t>
        <w:br/>
        <w:t>О, боже мій ти кріпкий! Ти ж го предцї&lt;br /&gt;</w:t>
        <w:br/>
        <w:t>У Дзвінки не...&lt;br /&gt;</w:t>
        <w:br/>
        <w:t>Довбуш&lt;br /&gt;</w:t>
        <w:br/>
        <w:t>Забув? Не, не забув!&lt;br /&gt;</w:t>
        <w:br/>
        <w:t>Але подарував!..&lt;br /&gt;</w:t>
        <w:br/>
        <w:t>Іван&lt;br /&gt;</w:t>
        <w:br/>
        <w:t>О,сили ви&lt;br /&gt;</w:t>
        <w:br/>
        <w:t>Небесні!!!&lt;br /&gt;</w:t>
        <w:br/>
        <w:t>Довбуш&lt;br /&gt;</w:t>
        <w:br/>
        <w:t>Ха-ха-ха! Они мені&lt;br /&gt;</w:t>
        <w:br/>
        <w:t>Єго не викуп'я! Я сам! Я сам&lt;br /&gt;</w:t>
        <w:br/>
        <w:t>Го буду мусив викупати і&lt;br /&gt;</w:t>
        <w:br/>
        <w:t>Кроваво, боюся! Бо що я в шумі,&lt;br /&gt;</w:t>
        <w:br/>
        <w:t>У божевільному шумі моего&lt;br /&gt;</w:t>
        <w:br/>
        <w:t>Норову, на топір той присягав,—&lt;br /&gt;</w:t>
        <w:br/>
        <w:t>То жах мене бере, як тільки лиш&lt;br /&gt;</w:t>
        <w:br/>
        <w:t>Згадаю!&lt;br /&gt;</w:t>
        <w:br/>
        <w:t>(Потикаєсь аж до каменя і паде, припадаючи на него.)&lt;br /&gt;</w:t>
        <w:br/>
        <w:t>Іван&lt;br /&gt;</w:t>
        <w:br/>
        <w:t>(сідає коло него)&lt;br /&gt;</w:t>
        <w:br/>
        <w:t>Не журись так, братчику!&lt;br /&gt;</w:t>
        <w:br/>
        <w:t>А хоть і дав-єс Дзвінці той топір —&lt;br /&gt;</w:t>
        <w:br/>
        <w:t>Аби они лиш, щоб лиш гуцули&lt;br /&gt;</w:t>
        <w:br/>
        <w:t>Се не довідались, що ти го Дзвінці&lt;br /&gt;</w:t>
        <w:br/>
        <w:t>Завдав! Бо сей диявол..,</w:t>
      </w:r>
    </w:p>
    <w:p>
      <w:r>
        <w:br/>
        <w:t>Довбуш&lt;br /&gt;</w:t>
        <w:br/>
        <w:t>Шле уже&lt;br /&gt;</w:t>
        <w:br/>
        <w:t>По мою душу!..&lt;br /&gt;</w:t>
        <w:br/>
        <w:t>Оба зриваються на ноги,&lt;br /&gt;</w:t>
        <w:br/>
        <w:t>ДВАНАДЦЯТА СЦЕНА&lt;br /&gt;</w:t>
        <w:br/>
        <w:t>Ч о р а з топірцем. Т і, що перше.&lt;br /&gt;</w:t>
        <w:br/>
        <w:t>Ч о р а&lt;br /&gt;</w:t>
        <w:br/>
        <w:t>Твою душу, кажеш?&lt;br /&gt;</w:t>
        <w:br/>
        <w:t>Хіба у Довбушів тих є душа?&lt;br /&gt;</w:t>
        <w:br/>
        <w:t>Ха-ха, ха-ха, ха-ха! Для того ж він&lt;br /&gt;</w:t>
        <w:br/>
        <w:t>Лиш лядську душу хоче!&lt;br /&gt;</w:t>
        <w:br/>
        <w:t>Довбуш&lt;br /&gt;</w:t>
        <w:br/>
        <w:t>Га!&lt;br /&gt;</w:t>
        <w:br/>
        <w:t>Ч о р а&lt;br /&gt;</w:t>
        <w:br/>
        <w:t>Одну лиш!&lt;br /&gt;</w:t>
        <w:br/>
        <w:t>Одним-одну лиш! Що? Ти побілів?&lt;br /&gt;</w:t>
        <w:br/>
        <w:t>Ти ж, предці, їх по тисяч мордував,&lt;br /&gt;</w:t>
        <w:br/>
        <w:t>А нині о одну скупуешся,&lt;br /&gt;</w:t>
        <w:br/>
        <w:t>Де ходить сей топір ти викупать?&lt;br /&gt;</w:t>
        <w:br/>
        <w:t>Довбуш&lt;br /&gt;</w:t>
        <w:br/>
        <w:t>А хоть би й божу голові&lt;br /&gt;</w:t>
        <w:br/>
        <w:t>Ч о р а&lt;br /&gt;</w:t>
        <w:br/>
        <w:t>Ха-ха-ха!&lt;br /&gt;</w:t>
        <w:br/>
        <w:t>Як жус за бога зараз ся ховає!&lt;br /&gt;</w:t>
        <w:br/>
        <w:t>Та тут-бо о боги не ходить! Тут&lt;br /&gt;</w:t>
        <w:br/>
        <w:t>Лиш ходить о чорти, святу присягу,&lt;br /&gt;</w:t>
        <w:br/>
        <w:t>О Довбушеве слово і одну&lt;br /&gt;</w:t>
        <w:br/>
        <w:t>Лиш лядську душечку!!&lt;br /&gt;</w:t>
        <w:br/>
        <w:t>Довбуш&lt;br /&gt;</w:t>
        <w:br/>
        <w:t>Ніколи в світі!&lt;br /&gt;</w:t>
        <w:br/>
        <w:t>Хоть мав бих і в могилі зараз пріти!&lt;br /&gt;</w:t>
        <w:br/>
        <w:t>(Пріч.)&lt;br /&gt;</w:t>
        <w:br/>
        <w:t>ТРИНАДЦЯТА СЦЕНА&lt;br /&gt;</w:t>
        <w:br/>
        <w:t>О с т а в ш і.&lt;br /&gt;</w:t>
        <w:br/>
        <w:t>Ч о р а&lt;br /&gt;</w:t>
        <w:br/>
        <w:t>Ха-ха, ха-ха!&lt;br /&gt;</w:t>
        <w:br/>
        <w:t>(Глумиться Довбушеві.)&lt;br /&gt;</w:t>
        <w:br/>
        <w:t>"Бажай на сей топір&lt;br /&gt;</w:t>
        <w:br/>
        <w:t>Від мене й те, що в світі найжасніше,&lt;br /&gt;</w:t>
        <w:br/>
        <w:t>Що в світі навіть і нечуване:&lt;br /&gt;</w:t>
        <w:br/>
        <w:t>А Довбуш ти приставить за покуту!&lt;br /&gt;</w:t>
        <w:br/>
        <w:t>При сему тбпорі!"&lt;br /&gt;</w:t>
        <w:br/>
        <w:t>Іван&lt;br /&gt;</w:t>
        <w:br/>
        <w:t>(на колінах)&lt;br /&gt;</w:t>
        <w:br/>
        <w:t>О, змилуйся!&lt;br /&gt;</w:t>
        <w:br/>
        <w:t>У нас є дім, є поле — все бери.&lt;br /&gt;</w:t>
        <w:br/>
        <w:t>Лиш...&lt;br /&gt;</w:t>
        <w:br/>
        <w:t>Чора&lt;br /&gt;</w:t>
        <w:br/>
        <w:t>Душу!І&lt;br /&gt;</w:t>
        <w:br/>
        <w:t>Іван&lt;br /&gt;</w:t>
        <w:br/>
        <w:t>Срібло, золото в нас є —&lt;br /&gt;</w:t>
        <w:br/>
        <w:t>Усе бери, лиш...&lt;br /&gt;</w:t>
        <w:br/>
        <w:t>Чора&lt;br /&gt;</w:t>
        <w:br/>
        <w:t>Душу!!!&lt;br /&gt;</w:t>
        <w:br/>
        <w:t>Іван&lt;br /&gt;</w:t>
        <w:br/>
        <w:t>На ти ніж сей&lt;br /&gt;</w:t>
        <w:br/>
        <w:t>І засади го в мене!&lt;br /&gt;</w:t>
        <w:br/>
        <w:t>Чора&lt;br /&gt;</w:t>
        <w:br/>
        <w:t>Що? Ти будеш&lt;br /&gt;</w:t>
        <w:br/>
        <w:t>Мені ще торгуватися? Го-го!&lt;br /&gt;</w:t>
        <w:br/>
        <w:t>То в гуцулів я зараз запитаю,&lt;br /&gt;</w:t>
        <w:br/>
        <w:t>Чи сей святий, божественний топір&lt;br /&gt;</w:t>
        <w:br/>
        <w:t>Вни схочуть викупити...&lt;br /&gt;</w:t>
        <w:br/>
        <w:t>(Хоче йти.)&lt;br /&gt;</w:t>
        <w:br/>
        <w:t>Іван&lt;br /&gt;</w:t>
        <w:br/>
        <w:t>(зриваєсь на ноги і тримає ю)&lt;br /&gt;</w:t>
        <w:br/>
        <w:t>Стій, скажена!&lt;br /&gt;</w:t>
        <w:br/>
        <w:t>Ту твою лядську душу будеш мати,&lt;br /&gt;</w:t>
        <w:br/>
        <w:t>Хоть мали б і живцем мя закопати!&lt;br /&gt;</w:t>
        <w:br/>
        <w:t>(Чора тягне го за собов.)&lt;br /&gt;</w:t>
        <w:br/>
        <w:t>Заслона</w:t>
      </w:r>
    </w:p>
    <w:p>
      <w:r>
        <w:br/>
        <w:t>П'ЯТЕ ДІЛО&lt;br /&gt;</w:t>
        <w:br/>
        <w:t>ПО Д РЯ&lt;br /&gt;</w:t>
        <w:br/>
        <w:t>Послідня четвертого діла. Зорешлива ніч. Подеколи падуть звізди,&lt;br /&gt;</w:t>
        <w:br/>
        <w:t>ПЕРША СЦЕНА&lt;br /&gt;</w:t>
        <w:br/>
        <w:t>У затиллі — гуцули, Джимір — скраю. Під ялицев стоїть Д о в-&lt;br /&gt;</w:t>
        <w:br/>
        <w:t>б у ш з великим опечатаним пергаментовим сувоєм у руці.&lt;br /&gt;</w:t>
        <w:br/>
        <w:t>Довбуш&lt;br /&gt;</w:t>
        <w:br/>
        <w:t>Я виджу калфи всі, лиш першого&lt;br /&gt;</w:t>
        <w:br/>
        <w:t>Не виджу. Де мій брат?&lt;br /&gt;</w:t>
        <w:br/>
        <w:t>Джимір&lt;br /&gt;</w:t>
        <w:br/>
        <w:t>Я бачив го,&lt;br /&gt;</w:t>
        <w:br/>
        <w:t>Як він ішов кудись з циганков Чоров,&lt;br /&gt;</w:t>
        <w:br/>
        <w:t>А Лагадин за ним.&lt;br /&gt;</w:t>
        <w:br/>
        <w:t>Довбуш&lt;br /&gt;</w:t>
        <w:br/>
        <w:t>(сердито)&lt;br /&gt;</w:t>
        <w:br/>
        <w:t>А вадь, що вш&lt;br /&gt;</w:t>
        <w:br/>
        <w:t>Послухав того чорта!?&lt;br /&gt;</w:t>
        <w:br/>
        <w:t>(Усе у більшу ярість впадаючи.)&lt;br /&gt;</w:t>
        <w:br/>
        <w:t>Тихо, кров!&lt;br /&gt;</w:t>
        <w:br/>
        <w:t>(Витягає ніж з-за череса і мече єго під ялицю.)&lt;br /&gt;</w:t>
        <w:br/>
        <w:t>Я лиш одного брата маю!..&lt;br /&gt;</w:t>
        <w:br/>
        <w:t>(Понуре думання.)&lt;br /&gt;</w:t>
        <w:br/>
        <w:t>А&lt;br /&gt;</w:t>
        <w:br/>
        <w:t>Як справді він послухав ту чортицю&lt;br /&gt;</w:t>
        <w:br/>
        <w:t>І Довбушів ім'я то непорочне&lt;br /&gt;</w:t>
        <w:br/>
        <w:t>Убоєм осквернив се? Як єго&lt;br /&gt;</w:t>
        <w:br/>
        <w:t>Напрасне приятельство — лиш наличман,&lt;br /&gt;</w:t>
        <w:br/>
        <w:t>Лиш маска хитра була, щоб мене&lt;br /&gt;</w:t>
        <w:br/>
        <w:t>Тим легше загрузити? Га! Тогді —&lt;br /&gt;</w:t>
        <w:br/>
        <w:t>Тогді би лучче було, щоб ти був&lt;br /&gt;</w:t>
        <w:br/>
        <w:t>Не народився, бо і Михаїл&lt;br /&gt;</w:t>
        <w:br/>
        <w:t>Святий з усім небесним воїнством...&lt;br /&gt;</w:t>
        <w:br/>
        <w:t>Яркий носвіт лушниць. Довбуш стоїть стовпом.&lt;br /&gt;</w:t>
        <w:br/>
        <w:t>О, обгорніть мене!!&lt;br /&gt;</w:t>
        <w:br/>
        <w:t>(Кидає сувій пріч і іде, переполошений, навзнак.)&lt;br /&gt;</w:t>
        <w:br/>
        <w:t>ДРУГА СЦЕНА&lt;br /&gt;</w:t>
        <w:br/>
        <w:t>Іван з кровавим ножем. Лагадин з топором. Чора з хрестом.&lt;br /&gt;</w:t>
        <w:br/>
        <w:t>Гуцули з лушницями. Т і, що перше.&lt;br /&gt;</w:t>
        <w:br/>
        <w:t>Довбуш&lt;br /&gt;</w:t>
        <w:br/>
        <w:t>Той ніж!??&lt;br /&gt;</w:t>
        <w:br/>
        <w:t>Іван&lt;br /&gt;</w:t>
        <w:br/>
        <w:t>Післала&lt;br /&gt;</w:t>
        <w:br/>
        <w:t>Тобі сестра. Бо я ю відшукав!&lt;br /&gt;</w:t>
        <w:br/>
        <w:t>Довбуш&lt;br /&gt;</w:t>
        <w:br/>
        <w:t>Сестру? І що?&lt;br /&gt;</w:t>
        <w:br/>
        <w:t>Іван&lt;br /&gt;</w:t>
        <w:br/>
        <w:t>І вбив!&lt;br /&gt;</w:t>
        <w:br/>
        <w:t>Довбуш&lt;br /&gt;</w:t>
        <w:br/>
        <w:t>І що!??&lt;br /&gt;</w:t>
        <w:br/>
        <w:t>Іван&lt;br /&gt;</w:t>
        <w:br/>
        <w:t>Зарізав,&lt;br /&gt;</w:t>
        <w:br/>
        <w:t>Коли вже хочеш знати! Нині ж — день...&lt;br /&gt;</w:t>
        <w:br/>
        <w:t>Довбуш&lt;br /&gt;</w:t>
        <w:br/>
        <w:t>Варфоломія...&lt;br /&gt;</w:t>
        <w:br/>
        <w:t>Вириває Іванові ніж, просаджує го ним, мече відтак ніж Чорі; поти-&lt;br /&gt;</w:t>
        <w:br/>
        <w:t>кавсь назад, паде під ялицю, закриває собі очі і сидить нерухомо. Джи-&lt;br /&gt;</w:t>
        <w:br/>
        <w:t>мір іде до него.&lt;br /&gt;</w:t>
        <w:br/>
        <w:t>Лагадин&lt;br /&gt;</w:t>
        <w:br/>
        <w:t>Стій!&lt;br /&gt;</w:t>
        <w:br/>
        <w:t>(Мече топір Довбушеві, ловить Івана обома руками, кладе&lt;br /&gt;</w:t>
        <w:br/>
        <w:t>го на землю і приклякає коло него.)&lt;br /&gt;</w:t>
        <w:br/>
        <w:t>Іван&lt;br /&gt;</w:t>
        <w:br/>
        <w:t>Сегодня — день...&lt;br /&gt;</w:t>
        <w:br/>
        <w:t>(Умирає.)&lt;br /&gt;</w:t>
        <w:br/>
        <w:t>Чора&lt;br /&gt;</w:t>
        <w:br/>
        <w:t>(здоймаючи хрест високо д горі)&lt;br /&gt;</w:t>
        <w:br/>
        <w:t>День мсти, день пропастї всіх Довбушів!!&lt;br /&gt;</w:t>
        <w:br/>
        <w:t>Бо в день Варфоломія і отець&lt;br /&gt;</w:t>
        <w:br/>
        <w:t>Мій скочив ув огонь! Огонь сипів!&lt;br /&gt;</w:t>
        <w:br/>
        <w:t>Огонь бухав! І іскри сипались&lt;br /&gt;</w:t>
        <w:br/>
        <w:t>Червоні, як та кров! А бідна Чора&lt;br /&gt;</w:t>
        <w:br/>
        <w:t>Стоїть, та дивиться, та присягає —&lt;br /&gt;</w:t>
        <w:br/>
        <w:t>І присягає мсту над Довбушами!&lt;br /&gt;</w:t>
        <w:br/>
        <w:t>І точить Довбушівську чорну кров!&lt;br /&gt;</w:t>
        <w:br/>
        <w:t>(Здоймае і підносить го високо д горі.)&lt;br /&gt;</w:t>
        <w:br/>
        <w:t>Горов же грай, проклята! Грай горов!!&lt;br /&gt;</w:t>
        <w:br/>
        <w:t>(Швидко — пріч.)&lt;br /&gt;</w:t>
        <w:br/>
        <w:t>ТРЕТЯ СЦЕНА&lt;br /&gt;</w:t>
        <w:br/>
        <w:t>О с т а в ш і.&lt;br /&gt;</w:t>
        <w:br/>
        <w:t>ЛагаДин&lt;br /&gt;</w:t>
        <w:br/>
        <w:t>(до Івана)&lt;br /&gt;</w:t>
        <w:br/>
        <w:t>Ти своє відограло вже, о бідне&lt;br /&gt;</w:t>
        <w:br/>
        <w:t>Ти Довбушівське серце! Задля того ж&lt;br /&gt;</w:t>
        <w:br/>
        <w:t>Утихомирся вже.&lt;br /&gt;</w:t>
        <w:br/>
        <w:t>(Виймає з-за череса велику хустку і укриває нее Івана.)&lt;br /&gt;</w:t>
        <w:br/>
        <w:t>Д ж и м і р&lt;br /&gt;</w:t>
        <w:br/>
        <w:t>Гов, чоловіче!&lt;br /&gt;</w:t>
        <w:br/>
        <w:t>Чи, може, думаєш, що нам в грудях&lt;br /&gt;</w:t>
        <w:br/>
        <w:t>Лиш топірці клепають? Вповідай,&lt;br /&gt;</w:t>
        <w:br/>
        <w:t>Що сталося? То справді він сестру&lt;br /&gt;</w:t>
        <w:br/>
        <w:t>Зарізав свою?&lt;br /&gt;</w:t>
        <w:br/>
        <w:t>Лагадин зриваєсь і тягне ніж, ДжимІр — то само.&lt;br /&gt;</w:t>
        <w:br/>
        <w:t>Стій! Куда ж ходив&lt;br /&gt;</w:t>
        <w:br/>
        <w:t>Сегодня рано він?&lt;br /&gt;</w:t>
        <w:br/>
        <w:t>Лагадин&lt;br /&gt;</w:t>
        <w:br/>
        <w:t>Куда ходив?&lt;br /&gt;</w:t>
        <w:br/>
        <w:t>Честь сего нештовода рятувати&lt;br /&gt;</w:t>
        <w:br/>
        <w:t>Ходив! Честь гуцулів обмить ходив,&lt;br /&gt;</w:t>
        <w:br/>
        <w:t>Хоть би і лядськов кровйов! Се его&lt;br /&gt;</w:t>
        <w:br/>
        <w:t>Вина єдина!&lt;br /&gt;</w:t>
        <w:br/>
        <w:t>Але як ми у монастир прийшли,&lt;br /&gt;</w:t>
        <w:br/>
        <w:t>Куда нас чорна псиця завела,&lt;br /&gt;</w:t>
        <w:br/>
        <w:t>І він довідуєсь, що тут о душу&lt;br /&gt;</w:t>
        <w:br/>
        <w:t>Невісти ходить, о княгині душу,—&lt;br /&gt;</w:t>
        <w:br/>
        <w:t>То ніж паде му з рук і він з жаху&lt;br /&gt;</w:t>
        <w:br/>
        <w:t>Стовпіє, як маймурний образ...&lt;br /&gt;</w:t>
        <w:br/>
        <w:t>Д ж и м і р&lt;br /&gt;</w:t>
        <w:br/>
        <w:t>Що ж&lt;br /&gt;</w:t>
        <w:br/>
        <w:t>Княгиня робить?&lt;br /&gt;</w:t>
        <w:br/>
        <w:t>Лагадин&lt;br /&gt;</w:t>
        <w:br/>
        <w:t>Виа читає у&lt;br /&gt;</w:t>
        <w:br/>
        <w:t>Однім старім сувої пергаменту,&lt;br /&gt;</w:t>
        <w:br/>
        <w:t>Що їй післав секретар в монастир,—&lt;br /&gt;</w:t>
        <w:br/>
        <w:t>Як, умираючи, нам вповідала.&lt;br /&gt;</w:t>
        <w:br/>
        <w:t>Але як ми вступили у келію —&lt;br /&gt;</w:t>
        <w:br/>
        <w:t>Встає она, як божество, іде до&lt;br /&gt;</w:t>
        <w:br/>
        <w:t>Івана і отак до него каже:&lt;br /&gt;</w:t>
        <w:br/>
        <w:t>"У добрий час, мій брате! Бо і я&lt;br /&gt;</w:t>
        <w:br/>
        <w:t>Єсьм роду Довбушівського — донька&lt;br /&gt;</w:t>
        <w:br/>
        <w:t>Самого того Довбуша, що грабя&lt;br /&gt;</w:t>
        <w:br/>
        <w:t>. , Велів живцем спалити. Ніж отсей,&lt;br /&gt;</w:t>
        <w:br/>
        <w:t>Котрим він свого ката просадив,—&lt;br /&gt;</w:t>
        <w:br/>
        <w:t>Був моєго вітця!.."&lt;br /&gt;</w:t>
        <w:br/>
        <w:t>Джимір&lt;br /&gt;</w:t>
        <w:br/>
        <w:t>. . . , А що циганка&lt;br /&gt;</w:t>
        <w:br/>
        <w:t>— ; На се?&lt;br /&gt;</w:t>
        <w:br/>
        <w:t>Л а г а д и н&lt;br /&gt;</w:t>
        <w:br/>
        <w:t>&amp;#9632;Як та гадюка, як змія,&lt;br /&gt;</w:t>
        <w:br/>
        <w:t>Санулася — і заревла, що гомін&lt;br /&gt;</w:t>
        <w:br/>
        <w:t>Розлягся аж по всім монастирі:&lt;br /&gt;</w:t>
        <w:br/>
        <w:t>"То й ти, препроклятуща,— то і ти&lt;br /&gt;</w:t>
        <w:br/>
        <w:t>Походиш з Довбушів!?" І так, лютуючи,&lt;br /&gt;</w:t>
        <w:br/>
        <w:t>Рве ніж княгині з рук і топить го&lt;br /&gt;</w:t>
        <w:br/>
        <w:t>Нещасній у грудях!.&lt;br /&gt;</w:t>
        <w:br/>
        <w:t>Довбуш&lt;br /&gt;</w:t>
        <w:br/>
        <w:t>(глухо)&lt;br /&gt;</w:t>
        <w:br/>
        <w:t>Варфоломія!..&lt;br /&gt;</w:t>
        <w:br/>
        <w:t>Л а г а д и н&lt;br /&gt;</w:t>
        <w:br/>
        <w:t>(до Івана)&lt;br /&gt;</w:t>
        <w:br/>
        <w:t>А ти мовчиш?.. Ще прийде та пора,&lt;br /&gt;</w:t>
        <w:br/>
        <w:t>— Що заговориш!&lt;br /&gt;</w:t>
        <w:br/>
        <w:t>(До своїх гуцулів.)&lt;br /&gt;</w:t>
        <w:br/>
        <w:t>Поможіть ми, браття,&lt;br /&gt;</w:t>
        <w:br/>
        <w:t>Занести жертву сю у мій халаш,&lt;br /&gt;</w:t>
        <w:br/>
        <w:t>Відтак — на чорногірській кйчері&lt;br /&gt;</w:t>
        <w:br/>
        <w:t>Му викопати гріб!..&lt;br /&gt;</w:t>
        <w:br/>
        <w:t>, Довбуш&lt;br /&gt;</w:t>
        <w:br/>
        <w:t>(зривавсь і хапає той ніж, що го ще зразу був відкинув)&lt;br /&gt;</w:t>
        <w:br/>
        <w:t>Копайте два!!&lt;br /&gt;</w:t>
        <w:br/>
        <w:t>(Хоче пробитись, але зупинявсь, мече ніж прічі хапає топір.)&lt;br /&gt;</w:t>
        <w:br/>
        <w:t>О! Але не! Ще хочу запитатись&lt;br /&gt;</w:t>
        <w:br/>
        <w:t>У тої красної гадюги, за що&lt;br /&gt;</w:t>
        <w:br/>
        <w:t>Она ми се зробила. Нині ж — день...&lt;br /&gt;</w:t>
        <w:br/>
        <w:t>(Пріч.)&lt;br /&gt;</w:t>
        <w:br/>
        <w:t>Джимір&lt;br /&gt;</w:t>
        <w:br/>
        <w:t>Нехай і чорта з пекла буде днина —&lt;br /&gt;</w:t>
        <w:br/>
        <w:t>А гуцул свого калфу не покине!&lt;br /&gt;</w:t>
        <w:br/>
        <w:t>Пріч — за Довбушем. Майже всі гуцули—за ним. Тих кілька, що ли-&lt;br /&gt;</w:t>
        <w:br/>
        <w:t>шилось, беруть тіло Івана на топірці і віднося в противний бік. Лагадин&lt;br /&gt;</w:t>
        <w:br/>
        <w:t>іде за ними в тузі.</w:t>
      </w:r>
    </w:p>
    <w:p>
      <w:r>
        <w:br/>
        <w:t>ПО ДР Я&lt;br /&gt;</w:t>
        <w:br/>
        <w:t>По лівім боці — отворене приульне вікно у дому Дзвінки. Направо —&lt;br /&gt;</w:t>
        <w:br/>
        <w:t>стромина з замком воєводи. Ніч зорешлива. Часом падуть звізди.&lt;br /&gt;</w:t>
        <w:br/>
        <w:t>ЧЕТВЕРТА СЦЕНА&lt;br /&gt;</w:t>
        <w:br/>
        <w:t>Чора з каганцем, брусом і тим ножем, що Довбуш ним Івана про-&lt;br /&gt;</w:t>
        <w:br/>
        <w:t>садив.&lt;br /&gt;</w:t>
        <w:br/>
        <w:t>Чора&lt;br /&gt;</w:t>
        <w:br/>
        <w:t>(кладе каганець на вікно)&lt;br /&gt;</w:t>
        <w:br/>
        <w:t>Вна сипле кулі з моего хреста,&lt;br /&gt;</w:t>
        <w:br/>
        <w:t>А я сей ножик най собі обіздрю.&lt;br /&gt;</w:t>
        <w:br/>
        <w:t>(Обзирає ніж.)&lt;br /&gt;</w:t>
        <w:br/>
        <w:t>Так, ножику, сегодня твоя днина!&lt;br /&gt;</w:t>
        <w:br/>
        <w:t>Бо два аж Довбушівські серця&lt;br /&gt;</w:t>
        <w:br/>
        <w:t>Пробити — то не фрашки! — бо они&lt;br /&gt;</w:t>
        <w:br/>
        <w:t>Твердіші кременя!&lt;br /&gt;</w:t>
        <w:br/>
        <w:t>(Смотрить вістрє.)&lt;br /&gt;</w:t>
        <w:br/>
        <w:t>А предці ще&lt;br /&gt;</w:t>
        <w:br/>
        <w:t>Роботі твоїй нині не конець.&lt;br /&gt;</w:t>
        <w:br/>
        <w:t>Для того ж мушу наострити тя,&lt;br /&gt;</w:t>
        <w:br/>
        <w:t>Аби-с такий був острий, як той брич!&lt;br /&gt;</w:t>
        <w:br/>
        <w:t>Як мсти святої невсипуще око!!&lt;br /&gt;</w:t>
        <w:br/>
        <w:t>Як Тіфона огненнії отроки!!!&lt;br /&gt;</w:t>
        <w:br/>
        <w:t>(Зачинає ніж острити і в'є до того жасну коротку арію.)</w:t>
      </w:r>
    </w:p>
    <w:p>
      <w:r>
        <w:br/>
        <w:t>П'ЯТА СЦЕНА&lt;br /&gt;</w:t>
        <w:br/>
        <w:t>Дзвінка з тарільчиком, на котрім находиться кілька золотих куль,—&lt;br /&gt;</w:t>
        <w:br/>
        <w:t>у лівій руці, а з каганцем — у правій руці уходить з затилля.&lt;br /&gt;</w:t>
        <w:br/>
        <w:t>Дзвінка&lt;br /&gt;</w:t>
        <w:br/>
        <w:t>(кладе каганець і тарільчик на вікно)&lt;br /&gt;</w:t>
        <w:br/>
        <w:t>Тобі ще хочеться співати, Чоро?&lt;br /&gt;</w:t>
        <w:br/>
        <w:t>Чора&lt;br /&gt;</w:t>
        <w:br/>
        <w:t>Се піснь весільна Довбушеві з Краснов&lt;br /&gt;</w:t>
        <w:br/>
        <w:t>Княгинев...&lt;br /&gt;</w:t>
        <w:br/>
        <w:t>Дзвінка&lt;br /&gt;</w:t>
        <w:br/>
        <w:t>Піснь вогробна, не весільна!&lt;br /&gt;</w:t>
        <w:br/>
        <w:t>Бо він загине!&lt;br /&gt;</w:t>
        <w:br/>
        <w:t>(Рве дубельтівку і порошницю з клинка і набиває ю завзято&lt;br /&gt;</w:t>
        <w:br/>
        <w:t>двома золотими кулями.)&lt;br /&gt;</w:t>
        <w:br/>
        <w:t>А траф'ю! траф'ю! траф'ю! Щоб тото&lt;br /&gt;</w:t>
        <w:br/>
        <w:t>Єго лукаве-прелукаве серце&lt;br /&gt;</w:t>
        <w:br/>
        <w:t>На сто кавалків — не, на прах, на порох&lt;br /&gt;</w:t>
        <w:br/>
        <w:t>Розсипалось!&lt;br /&gt;</w:t>
        <w:br/>
        <w:t>Чора&lt;br /&gt;</w:t>
        <w:br/>
        <w:t>(тиче їй ніж за пояс)&lt;br /&gt;</w:t>
        <w:br/>
        <w:t>А про усяке — ніж&lt;br /&gt;</w:t>
        <w:br/>
        <w:t>Тобі отсей! Він острий — Чора го&lt;br /&gt;</w:t>
        <w:br/>
        <w:t>Острила! Бідна Чора!..&lt;br /&gt;</w:t>
        <w:br/>
        <w:t>Дзвінка&lt;br /&gt;</w:t>
        <w:br/>
        <w:t>(наслухає)&lt;br /&gt;</w:t>
        <w:br/>
        <w:t>Слухай!&lt;br /&gt;</w:t>
        <w:br/>
        <w:t>Чора&lt;br /&gt;</w:t>
        <w:br/>
        <w:t>Він!&lt;br /&gt;</w:t>
        <w:br/>
        <w:t>Дзвінка&lt;br /&gt;</w:t>
        <w:br/>
        <w:t>Він!!&lt;br /&gt;</w:t>
        <w:br/>
        <w:t>Чора&lt;br /&gt;</w:t>
        <w:br/>
        <w:t>(закусуючи зуби)&lt;br /&gt;</w:t>
        <w:br/>
        <w:t>Він! А добре мір!!&lt;br /&gt;</w:t>
        <w:br/>
        <w:t>Дзвінка&lt;br /&gt;</w:t>
        <w:br/>
        <w:t>Лиш не журись...&lt;br /&gt;</w:t>
        <w:br/>
        <w:t>Чора&lt;br /&gt;</w:t>
        <w:br/>
        <w:t>(сип'ячи, як гадина)&lt;br /&gt;</w:t>
        <w:br/>
        <w:t>Лиш остро — чуєш? — остро! В серце! в серце!&lt;br /&gt;</w:t>
        <w:br/>
        <w:t>Чора і Дзвінка замикають швидко вікно, гася каганці і даються вбік.&lt;br /&gt;</w:t>
        <w:br/>
        <w:t>ШОСТА СЦЕНА&lt;br /&gt;</w:t>
        <w:br/>
        <w:t>Д о в б у ш. Т і, що перше.&lt;br /&gt;</w:t>
        <w:br/>
        <w:t>Довбуш&lt;br /&gt;</w:t>
        <w:br/>
        <w:t>Вже загасила? Так, як мою душу!&lt;br /&gt;</w:t>
        <w:br/>
        <w:t>Але втвори і дай мені нічліг!&lt;br /&gt;</w:t>
        <w:br/>
        <w:t>(Пукає топором у вікно.)&lt;br /&gt;</w:t>
        <w:br/>
        <w:t>Не хочеш? Предці ж я ти передом&lt;br /&gt;</w:t>
        <w:br/>
        <w:t>Го заплатив — і гойно, думаю,—&lt;br /&gt;</w:t>
        <w:br/>
        <w:t>Бо й чорт тобі за него брата не&lt;br /&gt;</w:t>
        <w:br/>
        <w:t>Заріже, ні сестру не замордує!&lt;br /&gt;</w:t>
        <w:br/>
        <w:t>(Пукає.)&lt;br /&gt;</w:t>
        <w:br/>
        <w:t>Тож отвори, ти кажу! Або зараз&lt;br /&gt;</w:t>
        <w:br/>
        <w:t>Такий нічліг ти справ'ю, що аж пекло&lt;br /&gt;</w:t>
        <w:br/>
        <w:t>Ся зодригне!&lt;br /&gt;</w:t>
        <w:br/>
        <w:t>(Б'є топором так сильно у вікно, що оно з бренькотом злітає.&lt;br /&gt;</w:t>
        <w:br/>
        <w:t>Разом падуть два набої.)&lt;br /&gt;</w:t>
        <w:br/>
        <w:t>Та дві аж? І одної&lt;br /&gt;</w:t>
        <w:br/>
        <w:t>Би було доста.&lt;br /&gt;</w:t>
        <w:br/>
        <w:t>(Держиться однов руков за серце, а другое — за арцабу;&lt;br /&gt;</w:t>
        <w:br/>
        <w:t>хитавсь, паде на коліна, відтак на землю — а то так, що&lt;br /&gt;</w:t>
        <w:br/>
        <w:t>лежить просто під вікном.)&lt;br /&gt;</w:t>
        <w:br/>
        <w:t>Твердо стелиш, Дзвінкої&lt;br /&gt;</w:t>
        <w:br/>
        <w:t>Дзвінка&lt;br /&gt;</w:t>
        <w:br/>
        <w:t>(у вікні)&lt;br /&gt;</w:t>
        <w:br/>
        <w:t>Княгиня ти постелить у перинах!&lt;br /&gt;</w:t>
        <w:br/>
        <w:t>Ч о р а&lt;br /&gt;</w:t>
        <w:br/>
        <w:t>(в хаті)&lt;br /&gt;</w:t>
        <w:br/>
        <w:t>А ти повинна ліпше, бо і ти,&lt;br /&gt;</w:t>
        <w:br/>
        <w:t>І ти — єго сестра, донька отеє&lt;br /&gt;</w:t>
        <w:br/>
        <w:t>Старого Василя Довбущука&lt;br /&gt;</w:t>
        <w:br/>
        <w:t>З тов нещасливов Сойов!..&lt;br /&gt;</w:t>
        <w:br/>
        <w:t>Дзвінка&lt;br /&gt;</w:t>
        <w:br/>
        <w:t>Прабог!!!&lt;br /&gt;</w:t>
        <w:br/>
        <w:t>Ч о р а&lt;br /&gt;</w:t>
        <w:br/>
        <w:t>Клич&lt;br /&gt;</w:t>
        <w:br/>
        <w:t>Не бога, але Тіфона! Вій ти&lt;br /&gt;</w:t>
        <w:br/>
        <w:t>Поможе.&lt;br /&gt;</w:t>
        <w:br/>
        <w:t>Дзвінка&lt;br /&gt;</w:t>
        <w:br/>
        <w:t>(рве ніж з-за пояса і біжить у хату)&lt;br /&gt;</w:t>
        <w:br/>
        <w:t>Поможи ж!..&lt;br /&gt;</w:t>
        <w:br/>
        <w:t>Чора&lt;br /&gt;</w:t>
        <w:br/>
        <w:t>Га! Що? Ти ніж&lt;br /&gt;</w:t>
        <w:br/>
        <w:t>Садиш мені у серце!?&lt;br /&gt;</w:t>
        <w:br/>
        <w:t>(Харчучи.)&lt;br /&gt;</w:t>
        <w:br/>
        <w:t>Ніж той..&lt;br /&gt;</w:t>
        <w:br/>
        <w:t>Дзвінка&lt;br /&gt;</w:t>
        <w:br/>
        <w:t>Ти&lt;br /&gt;</w:t>
        <w:br/>
        <w:t>Сама острила... Ще раз! Ще раз!! Ще!!!&lt;br /&gt;</w:t>
        <w:br/>
        <w:t>(Божевільний регіт.)&lt;br /&gt;</w:t>
        <w:br/>
        <w:t>Ха-ха, ха-ха, ха-ха!..</w:t>
      </w:r>
    </w:p>
    <w:p>
      <w:r>
        <w:br/>
        <w:t>СЬОМА СЦЕНА&lt;br /&gt;</w:t>
        <w:br/>
        <w:t>Д ж и м і р, г у ц у л и з лушницями. Довбуш. Пізніше Дзвінка.&lt;br /&gt;</w:t>
        <w:br/>
        <w:t>Д ж и м і р&lt;br /&gt;</w:t>
        <w:br/>
        <w:t>Мій калфо!! Га!..&lt;br /&gt;</w:t>
        <w:br/>
        <w:t>(Джимір і пару гуцулів приклякають коло Довбуша і під-&lt;br /&gt;</w:t>
        <w:br/>
        <w:t>водя єго — так, що він у сій і настоящій сцені як сидить.)&lt;br /&gt;</w:t>
        <w:br/>
        <w:t>Довбуш&lt;br /&gt;</w:t>
        <w:br/>
        <w:t>О, дякувать вам, браття, дякувать!&lt;br /&gt;</w:t>
        <w:br/>
        <w:t>Чи думали ви день Варфоломія&lt;br /&gt;</w:t>
        <w:br/>
        <w:t>У Дзвінки нині святкувать? І я не!&lt;br /&gt;</w:t>
        <w:br/>
        <w:t>Єй-богу, що і я не!.. Та для чого ж&lt;br /&gt;</w:t>
        <w:br/>
        <w:t>Би не у Дзвінки? Брак тут розривки?&lt;br /&gt;</w:t>
        <w:br/>
        <w:t>Дивіться, о дивіть!..&lt;br /&gt;</w:t>
        <w:br/>
        <w:t>Дзвінка&lt;br /&gt;</w:t>
        <w:br/>
        <w:t>(божевільна і розхристана — кровавий ніж у руці —&lt;br /&gt;</w:t>
        <w:br/>
        <w:t>вибігає, нібито гуляючи на подрю)&lt;br /&gt;</w:t>
        <w:br/>
        <w:t>Але то ж то вам тверде серце у тої божевільної циганки!&lt;br /&gt;</w:t>
        <w:br/>
        <w:t>Як кремінь! Але я їй го просадила-просадила-просадила —&lt;br /&gt;</w:t>
        <w:br/>
        <w:t>наскрізь! Так!&lt;br /&gt;</w:t>
        <w:br/>
        <w:t>(Пантоміма. Регіт.)&lt;br /&gt;</w:t>
        <w:br/>
        <w:t>Що каже она? Довбуш — мій брат?&lt;br /&gt;</w:t>
        <w:br/>
        <w:t>(Регіт.)&lt;br /&gt;</w:t>
        <w:br/>
        <w:t>Ба ще що би не вигадали! Він, предці ж,— мій заруче-&lt;br /&gt;</w:t>
        <w:br/>
        <w:t>ний,— і гадає женитись з тов там краснов княгинев у замку!&lt;br /&gt;</w:t>
        <w:br/>
        <w:t>Та й для чого ж би нє? Она ж предці ——также єго сестра!&lt;br /&gt;</w:t>
        <w:br/>
        <w:t>Як то лиш? Зараз...&lt;br /&gt;</w:t>
        <w:br/>
        <w:t>( Співає.)&lt;br /&gt;</w:t>
        <w:br/>
        <w:t>Взяла срібла в черепочок&lt;br /&gt;</w:t>
        <w:br/>
        <w:t>Та й поклала на жарочок:&lt;br /&gt;</w:t>
        <w:br/>
        <w:t>Гой, топися, срібло щире,—&lt;br /&gt;</w:t>
        <w:br/>
        <w:t>Будуть кулі на вечерю!&lt;br /&gt;</w:t>
        <w:br/>
        <w:t>(Говорить.)&lt;br /&gt;</w:t>
        <w:br/>
        <w:t>1 так далі. Се пісня за того хорошого Джоголю, що єго&lt;br /&gt;</w:t>
        <w:br/>
        <w:t>багата Аксенійка застрелила, але я ю забула — геть-геть&lt;br /&gt;</w:t>
        <w:br/>
        <w:t>забула!.. Бо они кажуть, що я старого Штефана струїла,&lt;br /&gt;</w:t>
        <w:br/>
        <w:t>а се брехня, бо єго Соя струїла,— хоть і за мої гроші. Не&lt;br /&gt;</w:t>
        <w:br/>
        <w:t>правда, Сойо?&lt;br /&gt;</w:t>
        <w:br/>
        <w:t>(Регіт.)&lt;br /&gt;</w:t>
        <w:br/>
        <w:t>Лиш половину, кажеш? Я сип'ю все, аби ся, сердешний,&lt;br /&gt;</w:t>
        <w:br/>
        <w:t>небагато мучив. От так...&lt;br /&gt;</w:t>
        <w:br/>
        <w:t>(Пантоміма.)&lt;br /&gt;</w:t>
        <w:br/>
        <w:t>Що ти кажеш, Штефане? Серце у тобі перепалює? Хіба&lt;br /&gt;</w:t>
        <w:br/>
        <w:t>я тому винна, що старі люди не привикли до Соїних звар-&lt;br /&gt;</w:t>
        <w:br/>
        <w:t>ків? Овва!&lt;br /&gt;</w:t>
        <w:br/>
        <w:t>(Регіт.)&lt;br /&gt;</w:t>
        <w:br/>
        <w:t>А ти що кажеш, Лесю? Аби-с її і на очі і не видів?&lt;br /&gt;</w:t>
        <w:br/>
        <w:t>"Она — відьма, любчику, і нас усіх ще з світа позгонить!"*—&lt;br /&gt;</w:t>
        <w:br/>
        <w:t>каже твоя неня та в одно плаче... Так!..&lt;br /&gt;</w:t>
        <w:br/>
        <w:t>(Пантоміма.)&lt;br /&gt;</w:t>
        <w:br/>
        <w:t>Але добраніч, Олексику мій любий, добраніч! А як тебе&lt;br /&gt;</w:t>
        <w:br/>
        <w:t>стара питатиме, де ти ся так забарив, а ти кажи — ну? Ти&lt;br /&gt;</w:t>
        <w:br/>
        <w:t>кажи, що-сь був у циган —— твій кріс лагодити. Добраніч!&lt;br /&gt;</w:t>
        <w:br/>
        <w:t>Добраніч!!&lt;br /&gt;</w:t>
        <w:br/>
        <w:t>(Пріч.)</w:t>
      </w:r>
    </w:p>
    <w:p>
      <w:r>
        <w:br/>
        <w:t>ВОСЬМА СЦЕНА&lt;br /&gt;</w:t>
        <w:br/>
        <w:t>О с т а в ш і.&lt;br /&gt;</w:t>
        <w:br/>
        <w:t>Довбуш&lt;br /&gt;</w:t>
        <w:br/>
        <w:t>О, Джимір, Джимір!.. Але ти вже звеш&lt;br /&gt;</w:t>
        <w:br/>
        <w:t>Оперед господа престіл мене,&lt;br /&gt;</w:t>
        <w:br/>
        <w:t>Мій неповинний брате!.. Я вже йду!&lt;br /&gt;</w:t>
        <w:br/>
        <w:t>Для того ж будь здоров ми, вірний друже,&lt;br /&gt;</w:t>
        <w:br/>
        <w:t>І ви, о гуцули, здорові будьте,&lt;br /&gt;</w:t>
        <w:br/>
        <w:t>І мя простіть! простіть!..&lt;br /&gt;</w:t>
        <w:br/>
        <w:t>Усі закривають собі очі.&lt;br /&gt;</w:t>
        <w:br/>
        <w:t>Джимір&lt;br /&gt;</w:t>
        <w:br/>
        <w:t>Олексо мій!&lt;br /&gt;</w:t>
        <w:br/>
        <w:t>Довбуш&lt;br /&gt;</w:t>
        <w:br/>
        <w:t>А сей топір... озьми го, милий друже,&lt;br /&gt;</w:t>
        <w:br/>
        <w:t>І утопи го там, де Чёремуш&lt;br /&gt;</w:t>
        <w:br/>
        <w:t>Найглибші, найкрутіші кручі крутить,&lt;br /&gt;</w:t>
        <w:br/>
        <w:t>Аби ще другого де Довбуша&lt;br /&gt;</w:t>
        <w:br/>
        <w:t>Не закортіло божественну зброю&lt;br /&gt;</w:t>
        <w:br/>
        <w:t>У свої руки брати. Божа зброя,&lt;br /&gt;</w:t>
        <w:br/>
        <w:t>Божественне оружіє — не нам,&lt;br /&gt;</w:t>
        <w:br/>
        <w:t>Не грішним людям, в руки,— що в грудях їх&lt;br /&gt;</w:t>
        <w:br/>
        <w:t>, , Норови ще кип'я і грає кров!&lt;br /&gt;</w:t>
        <w:br/>
        <w:t>(Обзирає топір поважно і говорить до него.)&lt;br /&gt;</w:t>
        <w:br/>
        <w:t>О, щоб я свою неню був послухав!..&lt;br /&gt;</w:t>
        <w:br/>
        <w:t>Бо [не] мені она тебе судила,&lt;br /&gt;</w:t>
        <w:br/>
        <w:t>А брату мому!.. Але я — я лежу...&lt;br /&gt;</w:t>
        <w:br/>
        <w:t>Прости мене, святий!..&lt;br /&gt;</w:t>
        <w:br/>
        <w:t>(Цілує топір з обох боків і подає го Джимірові.)&lt;br /&gt;</w:t>
        <w:br/>
        <w:t>І ти, о боже,&lt;br /&gt;</w:t>
        <w:br/>
        <w:t>Котрий караєш — але справедливо,&lt;br /&gt;</w:t>
        <w:br/>
        <w:t>Прости мя, кающогося,— прости&lt;br /&gt;</w:t>
        <w:br/>
        <w:t>Мя ради твого милосердія&lt;br /&gt;</w:t>
        <w:br/>
        <w:t>Великого над нами!&lt;br /&gt;</w:t>
        <w:br/>
        <w:t>Одна дужа красна звізда паде.&lt;br /&gt;</w:t>
        <w:br/>
        <w:t>Що за красна...&lt;br /&gt;</w:t>
        <w:br/>
        <w:t>Упала там... звізда!..&lt;br /&gt;</w:t>
        <w:br/>
        <w:t>(Умирає.)&lt;br /&gt;</w:t>
        <w:br/>
        <w:t>Хвиля. Гуцули гася лушниці. Джимір кладе мертвого на землю, а сам&lt;br /&gt;</w:t>
        <w:br/>
        <w:t>устає.&lt;br /&gt;</w:t>
        <w:br/>
        <w:t>Джимір&lt;br /&gt;</w:t>
        <w:br/>
        <w:t>Звіздй лиш згар!&lt;br /&gt;</w:t>
        <w:br/>
        <w:t>Сама ж звізда сіятиме вовіки!&lt;br /&gt;</w:t>
        <w:br/>
        <w:t>І ме показувати чоловіку&lt;br /&gt;</w:t>
        <w:br/>
        <w:t>Путь д горі!&lt;br /&gt;</w:t>
        <w:br/>
        <w:t>Гуцули підсувають топірці під тіло, піднося го д горі і беруть на плечі.&lt;br /&gt;</w:t>
        <w:br/>
        <w:t>Тим часом ловиться замок — і пожар освічує цілу гюдрю магічно.&lt;br /&gt;</w:t>
        <w:br/>
        <w:t>Заслона</w:t>
      </w:r>
    </w:p>
    <w:p>
      <w:r>
        <w:br/>
        <w:t>СЦЕНІЧНІ ПОКАЗИ ОСОБИ І НОШІ&lt;br /&gt;</w:t>
        <w:br/>
        <w:t>Воєвод&lt;br /&gt;</w:t>
        <w:br/>
        <w:t>70 рік. Різкий дідуган. Старопольська ноша магнатів; карабеля, булава.&lt;br /&gt;</w:t>
        <w:br/>
        <w:t>Княгиня&lt;br /&gt;</w:t>
        <w:br/>
        <w:t>26 рік. Краса і княжеська повага. Візантицька княжеська ноша; діадем,&lt;br /&gt;</w:t>
        <w:br/>
        <w:t>порфирова, соболем забланена манта. Ся, хоть коротка, роля має бути з великов прецизіов грана, бо становить єдиний контраст до решти женських роль.&lt;br /&gt;</w:t>
        <w:br/>
        <w:t>Секретар&lt;br /&gt;</w:t>
        <w:br/>
        <w:t>ЗО рік. Дуже хороша ява, але чорний характер. Штуцерська ноша молодої польської шляхти.&lt;br /&gt;</w:t>
        <w:br/>
        <w:t>Секретар яко монах. Ся маска має бути дуже поважна і імпонуюча. На голові — ковпак з довгим вельоном. Волос довгий і борода дуже довга і біла. У лівій руці — книжка і рожанець з великих жовтих цяток, у правій руці — крива палиця. Ризи довгі, чорні. На&lt;br /&gt;</w:t>
        <w:br/>
        <w:t>шиї — хрест.&lt;br /&gt;</w:t>
        <w:br/>
        <w:t>Маршалок&lt;br /&gt;</w:t>
        <w:br/>
        <w:t>40 рік. Гумор. Польська домашня ноша. Маршальська палиця.&lt;br /&gt;</w:t>
        <w:br/>
        <w:t>Довбуш&lt;br /&gt;</w:t>
        <w:br/>
        <w:t>25 рік. Краса, життя, натуральність, шляхотність. Ноша гуцульська,&lt;br /&gt;</w:t>
        <w:br/>
        <w:t>але ідеалізована. Сардак і ногавиці чирчикові (krapproth). На голові&lt;br /&gt;</w:t>
        <w:br/>
        <w:t>або каманак (гуцульський берет з трьома ріжками), або угорський&lt;br /&gt;</w:t>
        <w:br/>
        <w:t>кресак з зеленими пюрами. За чересом — ножі і пістолета. Громовий&lt;br /&gt;</w:t>
        <w:br/>
        <w:t>топір (Streitaxt) є фантастична старосвітська зброя, подібна до рим-&lt;br /&gt;</w:t>
        <w:br/>
        <w:t>ських лікторських топорів. Ножі і пістолета турецькі. Тяжку угорську&lt;br /&gt;</w:t>
        <w:br/>
        <w:t>шаблю носить Довбуш лиш у четвертім ділі.&lt;br /&gt;</w:t>
        <w:br/>
        <w:t>Іван&lt;br /&gt;</w:t>
        <w:br/>
        <w:t>26 рік. Хороший, але понурий. Ноша, як Довбуша, але зовсім чорна,&lt;br /&gt;</w:t>
        <w:br/>
        <w:t>з чорними пюрами. Шабля — также лиш у четвертім ділі.&lt;br /&gt;</w:t>
        <w:br/>
        <w:t>Д ж и м і р&lt;br /&gt;</w:t>
        <w:br/>
        <w:t>25 рік. Веселість, одвертість, натуральність. Ноша, як Довбуша, лиш&lt;br /&gt;</w:t>
        <w:br/>
        <w:t>не така виставна.&lt;br /&gt;</w:t>
        <w:br/>
        <w:t>Лагадин&lt;br /&gt;</w:t>
        <w:br/>
        <w:t>26 рік. Понурість, завзятість, ярість. Ноша, як у Івана. М о рга н&lt;br /&gt;</w:t>
        <w:br/>
        <w:t>70 рік. Добродушність, благість. Ноша фантастична — старосвітських&lt;br /&gt;</w:t>
        <w:br/>
        <w:t>чорнокнижників.&lt;br /&gt;</w:t>
        <w:br/>
        <w:t>Чора&lt;br /&gt;</w:t>
        <w:br/>
        <w:t>18 рік. Зразу непорочне чадо натури. Ноша угорських циганів: у другім ділі — дорога і вибірна, відтак — зовсім занедбана.&lt;br /&gt;</w:t>
        <w:br/>
        <w:t>Соя&lt;br /&gt;</w:t>
        <w:br/>
        <w:t>50 рік. Жасна, відемська проява. Знаки давньої краси. Занедбана&lt;br /&gt;</w:t>
        <w:br/>
        <w:t>циганська ноша.&lt;br /&gt;</w:t>
        <w:br/>
        <w:t>Дзвінка&lt;br /&gt;</w:t>
        <w:br/>
        <w:t>ЗО рік. Розкішна, чаруюча, але фривольна і кокетиа кр,аса— Ноша гуцульська— дуже багата, але аж надто пересадна.&lt;br /&gt;</w:t>
        <w:br/>
        <w:t>Старий гуцул&lt;br /&gt;</w:t>
        <w:br/>
        <w:t>90 рік. Дерзкий, упертий дідуган. Ноша гуцульська, дублена (hellbraun) або і сива. На голові — велика кругла медвежа або І бараняча кучма. Без зброї. Довга, замашна киржа (Bergschtok).&lt;br /&gt;</w:t>
        <w:br/>
        <w:t>Молодий гуцул&lt;br /&gt;</w:t>
        <w:br/>
        <w:t>20 рік. Умішайло. Ноша гуцульська, але аж занадто штуцерська.&lt;br /&gt;</w:t>
        <w:br/>
        <w:t>Гуцули&lt;br /&gt;</w:t>
        <w:br/>
        <w:t>Ноша ідеалізована гуцульська. Чорні сардаки. Червоні ногавиці, угорські кресаки (капелюхи). У третім і п'ятім ділі — топірці, у четвертім— штуци (карабіни) і мисливські сугаки (Hirschf&amp;#228;nger). Ножі і пістолета усігди за чересом.&lt;br /&gt;</w:t>
        <w:br/>
        <w:t>Капітан трабантів і трабанти Ноша і зброя гелебардирів на княжеських дворах минувшого століття.&lt;br /&gt;</w:t>
        <w:br/>
        <w:t>Старости і шляхта Ноша і зброя старопольська.&lt;br /&gt;</w:t>
        <w:br/>
        <w:t>Слуги&lt;br /&gt;</w:t>
        <w:br/>
        <w:t>Як на всіх княжеських дворах минувшого століття.&lt;br /&gt;</w:t>
        <w:br/>
        <w:t>Кат з помічниками Жасні циганські прояви.&lt;br /&gt;</w:t>
        <w:br/>
        <w:t>ПОДРЯ Взагалі&lt;br /&gt;</w:t>
        <w:br/>
        <w:t>"Довбуш" має бути трагедія у повнім смислі того слова І для того мають бути всякі пересади в декорації уникнені, бо се увагу притомних тільки морочить — а то зовсім без потреби. Але на тото, що німці називають "das Stimmungsvolle" , треба всігди розумний взгляд мати.&lt;br /&gt;</w:t>
        <w:br/>
        <w:t>1. Хороми в замку Обширні і понурі, без всякої оздоби.&lt;br /&gt;</w:t>
        <w:br/>
        <w:t>2. Розвалини (руїни)&lt;br /&gt;</w:t>
        <w:br/>
        <w:t>Мають бути также обширні і величаві. Але се може бути также і печера в якій горі або і великий шатер, але все — при дорозі.&lt;br /&gt;</w:t>
        <w:br/>
        <w:t>3. Світлиця у Дзвінки&lt;br /&gt;</w:t>
        <w:br/>
        <w:t>Дуже подібна до тих, котрі находяться у старосвітських багатих тірольських домах. Стіни, стеля і поміст — з гибльованих протесів, сволоки, одвірки, футрини (арцаби— Th&amp;#252;r-Fensterst&amp;#246;cke), ослони і т. д.— шницарської роботи; усе від старості почервоніле. Під приулком думав я собі відтяти оден кут з великим вікном.&lt;br /&gt;</w:t>
        <w:br/>
        <w:t>4. Гуцульський габор&lt;br /&gt;</w:t>
        <w:br/>
        <w:t>Сей треба собі думати яко за подрев, а на подрі має бути лиш халаш (наміт) Довбуша — єсли може буги, з смерекового луб'я (кори).&lt;br /&gt;</w:t>
        <w:br/>
        <w:t>5. Приулок уДзвінчиній хаті&lt;br /&gt;</w:t>
        <w:br/>
        <w:t>Пін має бути по лівім боці. По правім боці має стояти замок — на горбику або скалі, а оба будинки —так, аби затилля вольне було, щоб добре видіти падання звізд. За все треба не забути вікно так приспосо-бити, аби при ударі Довбуша топірцем оно легко і зараз злетіло.</w:t>
      </w:r>
    </w:p>
    <w:p>
      <w:r>
        <w:br/>
        <w:t>ПОСЛІДНЯ УВАГА Ся драма містить у собі 1700 віршів ямбами у такий поділ:&lt;br /&gt;</w:t>
        <w:br/>
        <w:t>1 діло — 390&lt;br /&gt;</w:t>
        <w:br/>
        <w:t>2 діло— 410&lt;br /&gt;</w:t>
        <w:br/>
        <w:t>3 діло —340&lt;br /&gt;</w:t>
        <w:br/>
        <w:t>4 діло — 390&lt;br /&gt;</w:t>
        <w:br/>
        <w:t>5 діло — 170&lt;br /&gt;</w:t>
        <w:br/>
        <w:t>Отже ж, режисер і найбільшої сцени не має журитись о то, шо му часу забракне, і може дати усім еволюціям потрібну свободу і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Довбуш, або Громовий топір і знахарський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