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</w:t>
      </w:r>
    </w:p>
    <w:p>
      <w:r>
        <w:br/>
        <w:t xml:space="preserve"> &lt;p&gt;(Мініатюра)</w:t>
      </w:r>
    </w:p>
    <w:p>
      <w:r>
        <w:br/>
        <w:t>Тихо, й нудно, і спека пекельна...</w:t>
      </w:r>
    </w:p>
    <w:p>
      <w:r>
        <w:br/>
        <w:t>Нікуди вже далі — ось-ось має щось трапитись.</w:t>
      </w:r>
    </w:p>
    <w:p>
      <w:r>
        <w:br/>
        <w:t>І десь далеко, за темною смугою лісу, обізвався грім.</w:t>
      </w:r>
    </w:p>
    <w:p>
      <w:r>
        <w:br/>
        <w:t>Легко й радісно зітхнув густий хуторський парк із столітніми дубами, тихо забриніли маленькі шибки в низенькій хаті-землянці, що притулилась, самотня до панського парку. Пішла хвиля, аж засвистіла, по ланах засохлого жита.</w:t>
      </w:r>
    </w:p>
    <w:p>
      <w:r>
        <w:br/>
        <w:t>Щось насувало грізне.</w:t>
      </w:r>
    </w:p>
    <w:p>
      <w:r>
        <w:br/>
        <w:t>Потемніло, завітрило, закрутила курява.</w:t>
      </w:r>
    </w:p>
    <w:p>
      <w:r>
        <w:br/>
        <w:t>Гримнуло ближче, немов звалив хтось на поміст деревину, загуркотіло й покотилось у небі.</w:t>
      </w:r>
    </w:p>
    <w:p>
      <w:r>
        <w:br/>
        <w:t>Вітер ущух. Між листом зашелестів густий, рівний дощ. А на небі зчинилась гуркотнява: кидало колоддям, ламало, трощило й луною розкочувавсь гук над хмарами по широких небесних просторах.</w:t>
      </w:r>
    </w:p>
    <w:p>
      <w:r>
        <w:br/>
        <w:t>А з-під тієї тарахкотні тихо сіявся на прив’яле листя, на присмажені трави й хліба, як із-під каміння у млині борошно на кіш, дрібний, як роса холодний, дощ.</w:t>
      </w:r>
    </w:p>
    <w:p>
      <w:r>
        <w:br/>
        <w:t>Тихо шуміла трава під бризками, захлинаючись, ковтала воду сухая земля, пирскало й плюскотіло віття на дереві.</w:t>
      </w:r>
    </w:p>
    <w:p>
      <w:r>
        <w:br/>
        <w:t>Вип’яли лани проти хмар широкі груди й заніміли: сипте, хмари, давайте, до живого промочіть моє жагуче серце...</w:t>
      </w:r>
    </w:p>
    <w:p>
      <w:r>
        <w:br/>
        <w:t>Хмара сіяла й сіяла,— щедро, не жалуючи.</w:t>
      </w:r>
    </w:p>
    <w:p>
      <w:r>
        <w:br/>
        <w:t>У землянці коло вікна сиділо трійко дітей — старша дівчинка й двоє малих хлопчиків. У хатині й завжди буває темно: перед віконцями дуби стіною та буйні, високі стебла квіток; а тепер дітям здавалось, що вже вечір і що зараз прийде мати.</w:t>
      </w:r>
    </w:p>
    <w:p>
      <w:r>
        <w:br/>
        <w:t>Дала їм мати хліба й на сніданок, і на обід. Давно вже й поснідали, і пообідали й, позбиравши ошимки, пополуднали та й знову їсти захотіли. Треба, щоб уже вечір був.</w:t>
      </w:r>
    </w:p>
    <w:p>
      <w:r>
        <w:br/>
        <w:t>Більшим боязко, а малому байдуже — плаче, просить їсти та маму гукає.</w:t>
      </w:r>
    </w:p>
    <w:p>
      <w:r>
        <w:br/>
        <w:t>Темно, аж сумно...</w:t>
      </w:r>
    </w:p>
    <w:p>
      <w:r>
        <w:br/>
        <w:t>І відразу щось розтяло хмару і мовчки нахваляється на когось огняною лозиною.</w:t>
      </w:r>
    </w:p>
    <w:p>
      <w:r>
        <w:br/>
        <w:t>Тихий задуманий блиск тремтить по темних стінах, на миснику й на іконах.</w:t>
      </w:r>
    </w:p>
    <w:p>
      <w:r>
        <w:br/>
        <w:t>"Гур-гур..." — торохнуло й покотилось щось над хатою. Дзвенять шибки, посуд на суднику, на воднику у сінях відра.</w:t>
      </w:r>
    </w:p>
    <w:p>
      <w:r>
        <w:br/>
        <w:t>— Хліба! — тоненько скиглить дитина.</w:t>
      </w:r>
    </w:p>
    <w:p>
      <w:r>
        <w:br/>
        <w:t>— Цить! — тихо, потайки шепоче йому сестра й пучкою показує у вікно:— Он бозя золотою різкою свариться, каже: ну-ну! ось я тобі дам хліба!</w:t>
      </w:r>
    </w:p>
    <w:p>
      <w:r>
        <w:br/>
        <w:t>Широко одкриває дитина очиці й затихає.</w:t>
      </w:r>
    </w:p>
    <w:p>
      <w:r>
        <w:br/>
        <w:t>А кругом знову темно. Тільки дощ сіє й сіє на чиїсь лани.</w:t>
      </w:r>
    </w:p>
    <w:p>
      <w:r>
        <w:br/>
        <w:t>...В напільне вікно почало видніти. Дивуються діти, думали — вже ніч, а воно знову дніє.</w:t>
      </w:r>
    </w:p>
    <w:p>
      <w:r>
        <w:br/>
        <w:t>І знову синіє небо, а на йому золоте сонце — сипле скрізь гарячими, блискучими бризками. По шляху біжать жваві струмочки — крутяться, підстрибують, танцюють, весело про щось буркочуть.</w:t>
      </w:r>
    </w:p>
    <w:p>
      <w:r>
        <w:br/>
        <w:t>Пишається проти сонця гай, увесь у блискучих краплях, як у дорогому намисті. Густішою стіною сплелося жито, що почало вже квітувати — пустило із себе дух свого цвіту.</w:t>
      </w:r>
    </w:p>
    <w:p>
      <w:r>
        <w:br/>
        <w:t>Поміж його стеблами заясіли волошки, немов посвітились сині лампадки. Зажаріли голівки горицвіту, загула бджола. Високо під небом кигикнула чайка, блиснула срібним крилом.</w:t>
      </w:r>
    </w:p>
    <w:p>
      <w:r>
        <w:br/>
        <w:t>Битим шляхом скриплять вози, лунає бадьорий гомін — люди вертаються з базару.</w:t>
      </w:r>
    </w:p>
    <w:p>
      <w:r>
        <w:br/>
        <w:t>Веселий шлях: з одного боку дуби — як стіна, з другого — лавою буйні хліба. Здіймає чоловік шапку на возі, милується божими розкошами.</w:t>
      </w:r>
    </w:p>
    <w:p>
      <w:r>
        <w:br/>
        <w:t>Із квітника од землянки вибігають на шлях три маленькі, обідрані, бідні примари. Вирядились на шляху, дожидають.</w:t>
      </w:r>
    </w:p>
    <w:p>
      <w:r>
        <w:br/>
        <w:t>— Дядю, дайте гостинця! — тихо, боязко промовив хлопчик.</w:t>
      </w:r>
    </w:p>
    <w:p>
      <w:r>
        <w:br/>
        <w:t>— Мовчи! — суворо насварилася на його дівчинка.— Стидно прохати: як похвалюсь мамі, то будеш знати!</w:t>
      </w:r>
    </w:p>
    <w:p>
      <w:r>
        <w:br/>
        <w:t>І всі замовкли, тільки дивились на проїжджаючих пильними-пильними очима.</w:t>
      </w:r>
    </w:p>
    <w:p>
      <w:r>
        <w:br/>
        <w:t>Проїхали, не помітили.</w:t>
      </w:r>
    </w:p>
    <w:p>
      <w:r>
        <w:br/>
        <w:t>За возами, спираючись на костур, тюпає жвавенька бабуся.</w:t>
      </w:r>
    </w:p>
    <w:p>
      <w:r>
        <w:br/>
        <w:t>Вирівнялись в рядок, склали на грудях руки, дожидають.</w:t>
      </w:r>
    </w:p>
    <w:p>
      <w:r>
        <w:br/>
        <w:t>— Здрастуйте! — здоровкаються всі до бабусі й, як одно, низенько вклоняються.</w:t>
      </w:r>
    </w:p>
    <w:p>
      <w:r>
        <w:br/>
        <w:t>Бабуся спинилась.</w:t>
      </w:r>
    </w:p>
    <w:p>
      <w:r>
        <w:br/>
        <w:t>— Здорові, діточки, а чого ж це ви, голуб’ята, всі такі зелені?</w:t>
      </w:r>
    </w:p>
    <w:p>
      <w:r>
        <w:br/>
        <w:t>Діти витерли рукавчатами носики й подивились на неї великими смутними очима: мовляв, хто ж його знає.</w:t>
      </w:r>
    </w:p>
    <w:p>
      <w:r>
        <w:br/>
        <w:t>— Ну, а де ж ваша мама? — питає бабуся, приглядаючись до чорних тенеточок на дітях.</w:t>
      </w:r>
    </w:p>
    <w:p>
      <w:r>
        <w:br/>
        <w:t>Дівчинка убік показала очима.</w:t>
      </w:r>
    </w:p>
    <w:p>
      <w:r>
        <w:br/>
        <w:t>— У хуторі — горниці панам прибирають.</w:t>
      </w:r>
    </w:p>
    <w:p>
      <w:r>
        <w:br/>
        <w:t>Зорять усі на бабусю, чогось сподіваються.</w:t>
      </w:r>
    </w:p>
    <w:p>
      <w:r>
        <w:br/>
        <w:t>Побідкалась старенька, стала жалувати дітей.</w:t>
      </w:r>
    </w:p>
    <w:p>
      <w:r>
        <w:br/>
        <w:t>— Гарні, любі діточки... а гостинчика немає, ластів’ята,— не купила.</w:t>
      </w:r>
    </w:p>
    <w:p>
      <w:r>
        <w:br/>
        <w:t>Почала гладити по голівці хлопчика. Хлопчик приплющив очі й радісно засміявся.</w:t>
      </w:r>
    </w:p>
    <w:p>
      <w:r>
        <w:br/>
        <w:t>І його! — показав він ручкою на меншенького, що недавно навчився ходити й насилу стояв на тоненьких, як цівки, ноженятах... "Здра... здра..." — крутило воно увесь час голівкою на тоненькій, як мотузок, шиї й щиро приловчалося вклонитись.</w:t>
      </w:r>
    </w:p>
    <w:p>
      <w:r>
        <w:br/>
        <w:t>Баба пожалувала й того. Далі глянула на старшу дівчинку, що мала розумні й смутні очі, погладила і їй головку. Бліде лице дівчинки спалахнуло, як рожевий ліхтар, а очі засяяли радісним промінням.</w:t>
      </w:r>
    </w:p>
    <w:p>
      <w:r>
        <w:br/>
        <w:t>Пішла бабуся, а діти веселіше — пострибали під хату.</w:t>
      </w:r>
    </w:p>
    <w:p>
      <w:r>
        <w:br/>
        <w:t>Посідали, дивляться на сонце, що чогось не хоче сьогодні заходити довго.</w:t>
      </w:r>
    </w:p>
    <w:p>
      <w:r>
        <w:br/>
        <w:t>А десь за ланами гомонів, затихаючи, грім, немов той суворий тато, що навідався додому, нашумів, обмив своїм дітям залякані та заплакані лиця, обдарував усіх гостинцями й пішов собі, буркотаючи, геть, добрий і суворий, і все зеленіло, цвіло й осміхалося услід йому.</w:t>
      </w:r>
    </w:p>
    <w:p>
      <w:r>
        <w:br/>
        <w:t>Тільки трійко дітей під землянкою тьмарили красу зеленого куточка, як три прив’ялі квітки, що забули виставити на дощ.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