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В дощі є рухома таємниця ніжності,&lt;br /&gt;</w:t>
        <w:br/>
        <w:t>щось від покірної й привітної заспалості,&lt;br /&gt;</w:t>
        <w:br/>
        <w:t>з ним прокидається музика сумирна,&lt;br /&gt;</w:t>
        <w:br/>
        <w:t>і тремтить душа приспаного краєвиду.</w:t>
      </w:r>
    </w:p>
    <w:p>
      <w:r>
        <w:br/>
        <w:t>Це синій поцілунок, що його земля приймає,&lt;br /&gt;</w:t>
        <w:br/>
        <w:t>первісний міф, що хоче здійснитись,&lt;br /&gt;</w:t>
        <w:br/>
        <w:t>кволих неба й землі старече злягання, —&lt;br /&gt;</w:t>
        <w:br/>
        <w:t>незворушно, — в сутінках безнастанних.</w:t>
      </w:r>
    </w:p>
    <w:p>
      <w:r>
        <w:br/>
        <w:t>Це світанок плодів, що несе нам квіти&lt;br /&gt;</w:t>
        <w:br/>
        <w:t>і сповняє нас чистого духу морів,&lt;br /&gt;</w:t>
        <w:br/>
        <w:t>по ріллі розливає життя, і по душах —&lt;br /&gt;</w:t>
        <w:br/>
        <w:t>сум по тому, що нам не судилося знати.</w:t>
      </w:r>
    </w:p>
    <w:p>
      <w:r>
        <w:br/>
        <w:t>Прикрий жаль по затраченому життю,&lt;br /&gt;</w:t>
        <w:br/>
        <w:t>опізненого народження фатальний відчай,&lt;br /&gt;</w:t>
        <w:br/>
        <w:t>неспокійна мара неможливого ранку,&lt;br /&gt;</w:t>
        <w:br/>
        <w:t>притульна турбота хворобливої плоті.</w:t>
      </w:r>
    </w:p>
    <w:p>
      <w:r>
        <w:br/>
        <w:t>Любов прокидається в його сірому ритмі,&lt;br /&gt;</w:t>
        <w:br/>
        <w:t>наше внутрішнє небо повнокровно шумує,&lt;br /&gt;</w:t>
        <w:br/>
        <w:t>та миттєве натхнення опадає зневірено,&lt;br /&gt;</w:t>
        <w:br/>
        <w:t>бо вже бачимо мертві осклянілі краплі.</w:t>
      </w:r>
    </w:p>
    <w:p>
      <w:r>
        <w:br/>
        <w:t>Ось вони — краплі: очі безмежжя,&lt;br /&gt;</w:t>
        <w:br/>
        <w:t>що дивляться в безмежжя,&lt;br /&gt;</w:t>
        <w:br/>
        <w:t>що стало їм за матір.</w:t>
      </w:r>
    </w:p>
    <w:p>
      <w:r>
        <w:br/>
        <w:t>Кожна крапля дощу дрижить,&lt;br /&gt;</w:t>
        <w:br/>
        <w:t>залишаючи в кришталі&lt;br /&gt;</w:t>
        <w:br/>
        <w:t>божествені рани діамантів.</w:t>
      </w:r>
    </w:p>
    <w:p>
      <w:r>
        <w:br/>
        <w:t>Це поети води, що побачили те,&lt;br /&gt;</w:t>
        <w:br/>
        <w:t>що юрби річок ніколи,&lt;br /&gt;</w:t>
        <w:br/>
        <w:t>нізащо не зможуть знати.</w:t>
      </w:r>
    </w:p>
    <w:p>
      <w:r>
        <w:br/>
        <w:t>О мовчазний дощу без вітрів і громів,&lt;br /&gt;</w:t>
        <w:br/>
        <w:t>що з овечою покірністю й тендітним світлом,&lt;br /&gt;</w:t>
        <w:br/>
        <w:t>лагідний і мирний, як сама істина,&lt;br /&gt;</w:t>
        <w:br/>
        <w:t>милостиво ллєшся на всі речі світу.</w:t>
      </w:r>
    </w:p>
    <w:p>
      <w:r>
        <w:br/>
        <w:t>О дощу, послушний умиленний старче,&lt;br /&gt;</w:t>
        <w:br/>
        <w:t>що несеш нам чисті джерельні душі,&lt;br /&gt;</w:t>
        <w:br/>
        <w:t>коли ти на поле поволі падаєш,&lt;br /&gt;</w:t>
        <w:br/>
        <w:t>із грудей моїх краплями прориваються квіти.</w:t>
      </w:r>
    </w:p>
    <w:p>
      <w:r>
        <w:br/>
        <w:t>Первісний спів, що його несеш у мовчанні,&lt;br /&gt;</w:t>
        <w:br/>
        <w:t>дзвінку історію, що її розповідаєш гіллю,&lt;br /&gt;</w:t>
        <w:br/>
        <w:t>на нотному стані, що ключа не має,&lt;br /&gt;</w:t>
        <w:br/>
        <w:t>у пустелі серця нотами розлито.</w:t>
      </w:r>
    </w:p>
    <w:p>
      <w:r>
        <w:br/>
        <w:t>Душа моя повниться дощевим сумом,&lt;br /&gt;</w:t>
        <w:br/>
        <w:t>смиренним сумом речей нездійсненних;&lt;br /&gt;</w:t>
        <w:br/>
        <w:t>хочу бігти за обрій по власне світло,&lt;br /&gt;</w:t>
        <w:br/>
        <w:t>та встига мені серце заборонити.</w:t>
      </w:r>
    </w:p>
    <w:p>
      <w:r>
        <w:br/>
        <w:t>О дощу мовчазний, дерев коханцю,&lt;br /&gt;</w:t>
        <w:br/>
        <w:t>чарівниче вивершеного концерту,&lt;br /&gt;</w:t>
        <w:br/>
        <w:t>ти здійняв у серці ті ж резонанси,&lt;br /&gt;</w:t>
        <w:br/>
        <w:t>що й кладеш у душу приспаного краєвиду.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