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Дороговказ</w:t>
      </w:r>
    </w:p>
    <w:p>
      <w:r>
        <w:br/>
        <w:t xml:space="preserve"> &lt;p&gt;Із поля дорога завернула до лісу, і ми опинилися під темним склепінням високих дубів, де вузенькі стежки гадюками розповзались у траві. Хоч було тільки надвечір, а під зеленими верхів'ями присмерки вже згусли зовсім.</w:t>
      </w:r>
    </w:p>
    <w:p>
      <w:r>
        <w:br/>
        <w:t>Коні бадьоро спускалися в балку, і наша бричка м'яко воркотіла в поросі. Коли потягло вже вогкістю низини, вони тривожно запирскали, притишили ходу, потім смикнули вбік, і бричка загуркотіла по грудках.</w:t>
      </w:r>
    </w:p>
    <w:p>
      <w:r>
        <w:br/>
        <w:t>Я озирнувся назад, звідки з храпом понеслись наші копі. Поміж деревами на стежці темнів якийсь стовп чи фігура. Візник роздратовано засмикав віжками і вилаявся:</w:t>
      </w:r>
    </w:p>
    <w:p>
      <w:r>
        <w:br/>
        <w:t>— Повилазили б вам вони, як ви за п'ять кроків не придивитесь!</w:t>
      </w:r>
    </w:p>
    <w:p>
      <w:r>
        <w:br/>
        <w:t>Я озирнувся вдруге. Щось подібне до страху почало ворушити мою шапку, і я пошепки запитав:</w:t>
      </w:r>
    </w:p>
    <w:p>
      <w:r>
        <w:br/>
        <w:t>— Що там?.</w:t>
      </w:r>
    </w:p>
    <w:p>
      <w:r>
        <w:br/>
        <w:t>— Хрест, тільки без хреста!</w:t>
      </w:r>
    </w:p>
    <w:p>
      <w:r>
        <w:br/>
        <w:t>— А чому тут поховали?</w:t>
      </w:r>
    </w:p>
    <w:p>
      <w:r>
        <w:br/>
        <w:t>— Бо тут кінець жизні прийшов чоловікові,— дратуючись, відповів візник і, не скінчивши, замовк.</w:t>
      </w:r>
    </w:p>
    <w:p>
      <w:r>
        <w:br/>
        <w:t>Коли коні знову спокійно вже затупотіли по глухій дорозі, він, не чекаючи на запитання, охоче заговорив сам.</w:t>
      </w:r>
    </w:p>
    <w:p>
      <w:r>
        <w:br/>
        <w:t>За сім років революції кожне село на Україні придбало свою історію, своїх героїв і катів. Про одну із таких історій я й довідався від цього візника.</w:t>
      </w:r>
    </w:p>
    <w:p>
      <w:r>
        <w:br/>
        <w:t>Над містами революція проходила з тріском, із шумом, із пострілами, мов гроза в горах, а в селах — через тиждень або два:</w:t>
      </w:r>
    </w:p>
    <w:p>
      <w:r>
        <w:br/>
        <w:t>— Така чутка є, що вже інша власть.</w:t>
      </w:r>
    </w:p>
    <w:p>
      <w:r>
        <w:br/>
        <w:t>Останні загони Петлюри були викинуті за Збруч іще за морозів, а лисогорівці про це почули лише повесні. Приїхали з міста якісь люди в кожанках, з револьверами, заарештували спершу старшину, а потім до десяцьких:</w:t>
      </w:r>
    </w:p>
    <w:p>
      <w:r>
        <w:br/>
        <w:t>— Скликай на сходку!</w:t>
      </w:r>
    </w:p>
    <w:p>
      <w:r>
        <w:br/>
        <w:t>Ударили й у дзвін. Раз тривога — прибіг мало не кожен.</w:t>
      </w:r>
    </w:p>
    <w:p>
      <w:r>
        <w:br/>
        <w:t>Той, що в кожанці, почав так:</w:t>
      </w:r>
    </w:p>
    <w:p>
      <w:r>
        <w:br/>
        <w:t>— Тепер влада пролетарська, і як селяни самі землю обробляли, то вони нею й будуть розпоряджатися... Правильно, товариші?</w:t>
      </w:r>
    </w:p>
    <w:p>
      <w:r>
        <w:br/>
        <w:t>А звісно —правильно. Тільки лисогорібці нічого не відповіли.</w:t>
      </w:r>
    </w:p>
    <w:p>
      <w:r>
        <w:br/>
        <w:t>— Правильно, товариші, я говорю? — знову питає він. Василь Дубица посмикав плечима її відказав:</w:t>
      </w:r>
    </w:p>
    <w:p>
      <w:r>
        <w:br/>
        <w:t>— Звісно, як буде кому нас підганяти, то й правильно. ,</w:t>
      </w:r>
    </w:p>
    <w:p>
      <w:r>
        <w:br/>
        <w:t>Василя Дубину знали всі: "Людина поважна,— говорив завжди про нього урядник,— у мене аж двічі кумував".</w:t>
      </w:r>
    </w:p>
    <w:p>
      <w:r>
        <w:br/>
        <w:t>"Діло говорить",— подумали й його свати й підтримали голосно:</w:t>
      </w:r>
    </w:p>
    <w:p>
      <w:r>
        <w:br/>
        <w:t>— Авжеж, що так!</w:t>
      </w:r>
    </w:p>
    <w:p>
      <w:r>
        <w:br/>
        <w:t>Другі мовчали, а Яким Сірник не погодився:</w:t>
      </w:r>
    </w:p>
    <w:p>
      <w:r>
        <w:br/>
        <w:t>— Знову нас підганяти? — закричав він аж із задніх рядів.— А дулі! Триста років кров проливали: досить. Пора вже її випускати із Дубинів!</w:t>
      </w:r>
    </w:p>
    <w:p>
      <w:r>
        <w:br/>
        <w:t>Аж вухам своїм не повірив Василь Дубина: "Яке-небудь Сірнича, що раніше воно прибігало до збірні, щоб тільки на цигарку дістати, а зараз: "Пора вже й нам людьми стати!" Птьху, ти, личина!"</w:t>
      </w:r>
    </w:p>
    <w:p>
      <w:r>
        <w:br/>
        <w:t>Забігав Дубина неспокійними очима по селянах, дехто, улесливо посміхається, а більше — відвертаються.</w:t>
      </w:r>
    </w:p>
    <w:p>
      <w:r>
        <w:br/>
        <w:t>Не втримався Дубина, борода затіпалась, а слова аж запищали:</w:t>
      </w:r>
    </w:p>
    <w:p>
      <w:r>
        <w:br/>
        <w:t>— Ах, ти ж, ах, ти ж!.. І рідня за ним.</w:t>
      </w:r>
    </w:p>
    <w:p>
      <w:r>
        <w:br/>
        <w:t>— Командир який знайшовся, гляньте на нього,— і слідом— регіт.</w:t>
      </w:r>
    </w:p>
    <w:p>
      <w:r>
        <w:br/>
        <w:t>У Лисогорці здавна переконували все більше кулаками, а слова — то полова. Василь Дубина перший зціпив кулаки й кинувся до Сірника:</w:t>
      </w:r>
    </w:p>
    <w:p>
      <w:r>
        <w:br/>
        <w:t>— Мене вчити?!</w:t>
      </w:r>
    </w:p>
    <w:p>
      <w:r>
        <w:br/>
        <w:t>Тут же коло збірні зчинилась і бійка.</w:t>
      </w:r>
    </w:p>
    <w:p>
      <w:r>
        <w:br/>
        <w:t>Товариші з міста заарештували Дубину, урядника та ще декого, наставили ревком. Сірника за голову — від'їхали до міста. Арештованих забрали з собою.</w:t>
      </w:r>
    </w:p>
    <w:p>
      <w:r>
        <w:br/>
        <w:t>Яким Сірник головував, немов на весіллі гуляв: щотижня— до міста, а звідтіля газет навезе; коли яке свято, увесь ревком новими плакатами обліплять, а потім збори:</w:t>
      </w:r>
    </w:p>
    <w:p>
      <w:r>
        <w:br/>
        <w:t>— Товариші граждани! Я слово по текущему вопросу. Так нам, значить, товариші, треба гарнізуватися, потому що контрреволюція ще й досі сичить із-під кожних куркульських воріт, щоб цю гідру контрреволюції зничтожить,</w:t>
      </w:r>
    </w:p>
    <w:p>
      <w:r>
        <w:br/>
        <w:t>пропоную всім сознательним еліментам проспівати "Інтернаціонал".</w:t>
      </w:r>
    </w:p>
    <w:p>
      <w:r>
        <w:br/>
        <w:t>: Цими незнайомими словами він найбільше й впливав на збори. Сватове Дубини від них аж голови втягли в плечі.</w:t>
      </w:r>
    </w:p>
    <w:p>
      <w:r>
        <w:br/>
        <w:t>— Ну й насобачився,— говорили проміж себе.— Неначе всю Біблію прочитав.</w:t>
      </w:r>
    </w:p>
    <w:p>
      <w:r>
        <w:br/>
        <w:t>А Сірник уже і бабів усіх до себе навернув.</w:t>
      </w:r>
    </w:p>
    <w:p>
      <w:r>
        <w:br/>
        <w:t>— Що, побив чоловік? — питає.— У підводи його поза чергою, потому як триста літ знущались, а тепер наша власть.</w:t>
      </w:r>
    </w:p>
    <w:p>
      <w:r>
        <w:br/>
        <w:t>Восени зажовтіли нові покрівлі по селу, загуркотіли млини над свіжим зерном, заходився вже Сірник коло відбирання лишків землі, як на село з'явився сам Дубина.</w:t>
      </w:r>
    </w:p>
    <w:p>
      <w:r>
        <w:br/>
        <w:t>Схуд і змарнів Василь Хомич, як безхатній пес, а зустрівся з Сірником і так до нього привітно:</w:t>
      </w:r>
    </w:p>
    <w:p>
      <w:r>
        <w:br/>
        <w:t>— Як же ви, Якиме Степановичу, гадаєте, зоставатись на селі чи за комуною їхати?</w:t>
      </w:r>
    </w:p>
    <w:p>
      <w:r>
        <w:br/>
        <w:t>Для Якима була це несподіванка. А зв'язок із містом теліпався довкола телеграфних стовпів, як нечесані коси. Глянув на Дубину, а в того в очах від сміху чортики стрибають. Спитав:</w:t>
      </w:r>
    </w:p>
    <w:p>
      <w:r>
        <w:br/>
        <w:t>— Чому ж цс я маю їхати?</w:t>
      </w:r>
    </w:p>
    <w:p>
      <w:r>
        <w:br/>
        <w:t>— Та з міста такі, як ви, давно вже тікають,— відказав Дубина,-1— навіть і землю, що так легко дісталася, кидають, бо, кажуть, Петлюра нею животи їм набиває.</w:t>
      </w:r>
    </w:p>
    <w:p>
      <w:r>
        <w:br/>
        <w:t>Скипів Яким, визвірився, а нічого не сказав, лише тонкого вуса закусив та носком грудку землі збив під ногами.</w:t>
      </w:r>
    </w:p>
    <w:p>
      <w:r>
        <w:br/>
        <w:t>Вирішив — сьогодні ж з'їздити до міста, а до Дубини кинув:</w:t>
      </w:r>
    </w:p>
    <w:p>
      <w:r>
        <w:br/>
        <w:t>— Як треба буде, то й поїду, у вас поради не буду питати!</w:t>
      </w:r>
    </w:p>
    <w:p>
      <w:r>
        <w:br/>
        <w:t>— Шкода, шкода,— єхидно відказав Дубина,— а твій .батько завжди питав. І діло було...</w:t>
      </w:r>
    </w:p>
    <w:p>
      <w:r>
        <w:br/>
        <w:t>— Видно, що було, коли на роботі у вас і пропав. Від мене цього не діждетесь: дзуськи!</w:t>
      </w:r>
    </w:p>
    <w:p>
      <w:r>
        <w:br/>
        <w:t>І хутко пішов до ревкому. Дубина засвітив услід очима й повернув до "своєї не своєї" землі.</w:t>
      </w:r>
    </w:p>
    <w:p>
      <w:r>
        <w:br/>
        <w:t>Яким порадився з членами комітету — за два дні ж мали вперше на селі Жовтень обряджати,— і хотів уже йти до підводи, як до хати ввели двох козаків. На них були сірі жупани й смушеві шапки.</w:t>
      </w:r>
    </w:p>
    <w:p>
      <w:r>
        <w:br/>
        <w:t>— Мабуть, розвідники, Якиме Степановичу,— сказав один із десяцьких, тримаючи козака за полу.— Іду, значить, до волості навпростець, а вони через Одарчин город, як трохи попід лозою... Е-е, думаю...</w:t>
      </w:r>
    </w:p>
    <w:p>
      <w:r>
        <w:br/>
        <w:t>Двоє засмаглих хлопців переполошено зиркали то на револьвер Якима, то на його гостре обличчя й почували себе, як спіймані злодії на шкоді.</w:t>
      </w:r>
    </w:p>
    <w:p>
      <w:r>
        <w:br/>
        <w:t>— Хто ви такі будете? — запитав Яким і зняв із одного шапку. Із-за смушка випав довгий шлик із китицею.-— Л-а,— протяг він іронічно,— так хто такі?</w:t>
      </w:r>
    </w:p>
    <w:p>
      <w:r>
        <w:br/>
        <w:t>— Ми з сусіднього села, з Таранівки, утікали додому, хіба ми...</w:t>
      </w:r>
    </w:p>
    <w:p>
      <w:r>
        <w:br/>
        <w:t>— А защепніть двері.</w:t>
      </w:r>
    </w:p>
    <w:p>
      <w:r>
        <w:br/>
        <w:t>Яким обшукав сам. В одного за халявою було з півдесятка золотих перснів та срібляні ложки, а в другого, крім друкованої молитви за Україну, не знайшов нічого.</w:t>
      </w:r>
    </w:p>
    <w:p>
      <w:r>
        <w:br/>
        <w:t>Дав Яким візникові Левку рушницю, зарядив свого нагана й забрав козаків із собою до міста,</w:t>
      </w:r>
    </w:p>
    <w:p>
      <w:r>
        <w:br/>
        <w:t>— А на мене чекайте,— кинув він із підводи — за два дні я повернусь!</w:t>
      </w:r>
    </w:p>
    <w:p>
      <w:r>
        <w:br/>
        <w:t>І поїхав. На другий день, об обідню пору, до ревкому заявився Василя Дубини родак,</w:t>
      </w:r>
    </w:p>
    <w:p>
      <w:r>
        <w:br/>
        <w:t>— Ось,— каже,— нате!</w:t>
      </w:r>
    </w:p>
    <w:p>
      <w:r>
        <w:br/>
        <w:t>І кинув на стіл одіж, яка була на зловлених козаках.</w:t>
      </w:r>
    </w:p>
    <w:p>
      <w:r>
        <w:br/>
        <w:t>— У Довгій Балці на стежці лежала.</w:t>
      </w:r>
    </w:p>
    <w:p>
      <w:r>
        <w:br/>
        <w:t>— Ну?!</w:t>
      </w:r>
    </w:p>
    <w:p>
      <w:r>
        <w:br/>
        <w:t>— Та що ж там — ну!</w:t>
      </w:r>
    </w:p>
    <w:p>
      <w:r>
        <w:br/>
        <w:t>— А вони ж де?</w:t>
      </w:r>
    </w:p>
    <w:p>
      <w:r>
        <w:br/>
        <w:t>— То вже питайте свого призводителя... де?.. Звісно, тепер християнські душі ніпочому!</w:t>
      </w:r>
    </w:p>
    <w:p>
      <w:r>
        <w:br/>
        <w:t>І, гримнувши дверима, пішов геть. Члени ревкому занепокоїлись:</w:t>
      </w:r>
    </w:p>
    <w:p>
      <w:r>
        <w:br/>
        <w:t>— Може, й Яким там лежить готовий!</w:t>
      </w:r>
    </w:p>
    <w:p>
      <w:r>
        <w:br/>
        <w:t>Поспішили туди, в Довгу балку. Обдивилися всі корча, нишпорили по всьому лісі,— ніяких слідів убивства не зна-. йшли. По горі хлоп'я пасло худобу.</w:t>
      </w:r>
    </w:p>
    <w:p>
      <w:r>
        <w:br/>
        <w:t>— Ти бачив, як їхали?</w:t>
      </w:r>
    </w:p>
    <w:p>
      <w:r>
        <w:br/>
        <w:t>— Авжеж, що бачив, ще й шапку ось мені дали чужі дядьки, а мою плетьонку забрали.</w:t>
      </w:r>
    </w:p>
    <w:p>
      <w:r>
        <w:br/>
        <w:t>Шапка була з шликом.</w:t>
      </w:r>
    </w:p>
    <w:p>
      <w:r>
        <w:br/>
        <w:t>Вернувшись знову до лісу, пішли по колії. Зустріли сельчанина— повертав із міста.</w:t>
      </w:r>
    </w:p>
    <w:p>
      <w:r>
        <w:br/>
        <w:t>— Зустрічав,— каже,— Якима за Гнідишиного Косою, поїхали вдвох з Левком.</w:t>
      </w:r>
    </w:p>
    <w:p>
      <w:r>
        <w:br/>
        <w:t>— Ну, а козаків не було?</w:t>
      </w:r>
    </w:p>
    <w:p>
      <w:r>
        <w:br/>
        <w:t>— Бачив — двоє хлопців потягло степом на Таранівху, а що воно —й не знаю.— Потім додав: — Одні з міста, другі до міста. Нехай подивиться, як стало за більшовиків.</w:t>
      </w:r>
    </w:p>
    <w:p>
      <w:r>
        <w:br/>
        <w:t>Члени ревкому ні з чим повернули назад. Яке радіо розносило чутки,— невідомо, але вся Лисогорка, мов їдким димом, уже пройнялася чуткою;</w:t>
      </w:r>
    </w:p>
    <w:p>
      <w:r>
        <w:br/>
        <w:t>"Петлюра йде. Повернув із-за Збруча з галичанами. Ось-ось, як не видко".</w:t>
      </w:r>
    </w:p>
    <w:p>
      <w:r>
        <w:br/>
        <w:t>А Дубина ходить та зітхає:</w:t>
      </w:r>
    </w:p>
    <w:p>
      <w:r>
        <w:br/>
        <w:t>— І навіщо було забивати козаків? Вони теж християни. От прийдуть і потребують...</w:t>
      </w:r>
    </w:p>
    <w:p>
      <w:r>
        <w:br/>
        <w:t>Ще зранку так спокійно доїли корів, мололи новий урожай, ставили стовпи для арки на майдані, а надвечір уже сум обгорнув село, мов чорною хмарою.</w:t>
      </w:r>
    </w:p>
    <w:p>
      <w:r>
        <w:br/>
        <w:t>Першими почали баби, вони сновигали, мов налякана птиця, тягли своє шмаття на вгороди, щось там закопували, щось засували в кущі.</w:t>
      </w:r>
    </w:p>
    <w:p>
      <w:r>
        <w:br/>
        <w:t>Біля ревкому теж мов ярмарок. Тут родилися чутки й догадки, зростали до паніки, багатьох гнали додому: заводили вони там кудись коней і знову верталися до ревкому.</w:t>
      </w:r>
    </w:p>
    <w:p>
      <w:r>
        <w:br/>
        <w:t>— Якби Яким, і чого він поїхав!</w:t>
      </w:r>
    </w:p>
    <w:p>
      <w:r>
        <w:br/>
        <w:t>Прибігала вже декілька раз і жінка його, Стефа.</w:t>
      </w:r>
    </w:p>
    <w:p>
      <w:r>
        <w:br/>
        <w:t>— Нема ще Якима? — хвилювалася вона.— Та пошліть же по нього.</w:t>
      </w:r>
    </w:p>
    <w:p>
      <w:r>
        <w:br/>
        <w:t>З нею двоє дітей. Одно під грудьми, а друге тримається за спідницю.</w:t>
      </w:r>
    </w:p>
    <w:p>
      <w:r>
        <w:br/>
        <w:t>Минув і день. Вечір проблимав прозорими хмарками, засипав село малиновим піском і поринув у пітьму. Люди не спали, проте довкола панувала нашорошена тиша.</w:t>
      </w:r>
    </w:p>
    <w:p>
      <w:r>
        <w:br/>
        <w:t>На вгороді у Дубинів заблимав вогник, і звідти потягло буряковим згаром. Із лісу пугукав пугач. Потім загавкав собака на крайньому подвір'ї, і, мабуть, поруч у сусіди почав рватися собака на цепу.</w:t>
      </w:r>
    </w:p>
    <w:p>
      <w:r>
        <w:br/>
        <w:t>І нагло зґвалтувався ввесь куток. Немовби пробіг там вовк. Шум наближався до центру, і по дзвінкій осінній дорозі нарешті лунко зацокотіли підкови.</w:t>
      </w:r>
    </w:p>
    <w:p>
      <w:r>
        <w:br/>
        <w:t>У вікнах заблимали підсліпуваті каганці. Стефа забилась кудись у шпарку і так просиділа всю ніч. На світанку вона притиснула одну дитину до грудей, а другу взяла за руку і поза селом рушила назустріч Якимові. .</w:t>
      </w:r>
    </w:p>
    <w:p>
      <w:r>
        <w:br/>
        <w:t>Село прокинулося рано, а може, й не спало, бо кури і ті не з тих сідал повставали. День заходив погожий: з туману випливало сонце, як червоний плакат, і зашаріло вершки на стовпах серед майдану. З острахом тепер дивилися на них лисогорці від збірні: нині там стояла вже шибениця.</w:t>
      </w:r>
    </w:p>
    <w:p>
      <w:r>
        <w:br/>
        <w:t>Дубина Василь у новій чумарці, помастивши голову оливою, степенно й не кваплячись теж прийшов до збірні. А другі аж з ніг падають та поспішають.</w:t>
      </w:r>
    </w:p>
    <w:p>
      <w:r>
        <w:br/>
        <w:t>— А чого? — питав Дубина.</w:t>
      </w:r>
    </w:p>
    <w:p>
      <w:r>
        <w:br/>
        <w:t>— Останнє шмаття забирають. Послідню корову!</w:t>
      </w:r>
    </w:p>
    <w:p>
      <w:r>
        <w:br/>
        <w:t>— Та вже ж військові треба з чогось жити. За вас же воюють.</w:t>
      </w:r>
    </w:p>
    <w:p>
      <w:r>
        <w:br/>
        <w:t>Уже сонце підскочило над лісом, а селян все ще не пускали до старшого:</w:t>
      </w:r>
    </w:p>
    <w:p>
      <w:r>
        <w:br/>
        <w:t>— Занятий.</w:t>
      </w:r>
    </w:p>
    <w:p>
      <w:r>
        <w:br/>
        <w:t>Дубина вже одежу перед ними розіслав ту, що свояк до ревкому приніс.</w:t>
      </w:r>
    </w:p>
    <w:p>
      <w:r>
        <w:br/>
        <w:t>— Звісно, їх розстріляли,— чути було Дубинин голос через розчинене вікно,— без сумніву розстріляли.</w:t>
      </w:r>
    </w:p>
    <w:p>
      <w:r>
        <w:br/>
        <w:t>— Знайти його! — закричав старший.</w:t>
      </w:r>
    </w:p>
    <w:p>
      <w:r>
        <w:br/>
        <w:t>Кинулись до Якима. На подвір'ї було порожньо. Але Дубина вже розпорядився: "Скриню з хати, шмаття по руках". Уже й оберемок соломи підклали під хату, аж тут до двору заявився Яким. Стрибнув з воза і — закляк. Як сувої полотна, покотилися плакати.</w:t>
      </w:r>
    </w:p>
    <w:p>
      <w:r>
        <w:br/>
        <w:t>Василь Дубина аж вклонився:</w:t>
      </w:r>
    </w:p>
    <w:p>
      <w:r>
        <w:br/>
        <w:t>— Пожалуйте, Якиме Степановичу.</w:t>
      </w:r>
    </w:p>
    <w:p>
      <w:r>
        <w:br/>
        <w:t>Але це було лише в перший момент. Ще й усмішка не зійшла в Дубини з писка, як Сірник одним духом перехопився через пліт на садки.</w:t>
      </w:r>
    </w:p>
    <w:p>
      <w:r>
        <w:br/>
        <w:t>Дубина лише вдаривсь об пліт, потім прожогом кинувся на вулицю. Загубивши десь шапку, він, увесь буряковий, важко стрибав попідтинню й несамовито кричав:</w:t>
      </w:r>
    </w:p>
    <w:p>
      <w:r>
        <w:br/>
        <w:t>— Ловіть, ловіть, он, он тіка, харциз!</w:t>
      </w:r>
    </w:p>
    <w:p>
      <w:r>
        <w:br/>
        <w:t>Але до його хрипу на порожніх вулицях пристали тільки одні собаки: вони скакали і вулицею, і садками, ніби навмисне вказуючи слід двом козакам, що вже закладали в рушниці по другій обоймі.</w:t>
      </w:r>
    </w:p>
    <w:p>
      <w:r>
        <w:br/>
        <w:t>Яким Сірник, з думкою доскочити до вдовиної клуні, перевіз уже п'яту загату. Але крізь тини все ще навздогін клюкали кулі. Щоб не бігти голим картоплинням, Яким кинувся в лози. Він встиг зробити лише декілька кроків, як його очі впали в чиїсь очі. Під бляшаним кубом перед ним засичав огонь.</w:t>
      </w:r>
    </w:p>
    <w:p>
      <w:r>
        <w:br/>
        <w:t>Це так було несподівано, що в перший момент ніби і вогонь, і очі заревіли з переляку. Але не встиг Яким і подумати: "Так от де Дубини гнали самогон",— як чиїсь руки, довгі і цупкі, притиснули його револьвер до кульші, в цей же момент, уже з картоплиння, крикнув Василь Дубина:</w:t>
      </w:r>
    </w:p>
    <w:p>
      <w:r>
        <w:br/>
        <w:t>— Переймай, Андрію, переймай його! — а собаки кинулися навперейми козакам.</w:t>
      </w:r>
    </w:p>
    <w:p>
      <w:r>
        <w:br/>
        <w:t>Просидів Яким у буцегарні до полудня, мов у льоху.</w:t>
      </w:r>
    </w:p>
    <w:p>
      <w:r>
        <w:br/>
        <w:t>Як зотліле ганчір'я, рвалися думки. Попробував було говорити з вартовим, але той, немов звір, заричав у відповідь, а з майдану неслися безладні співи.</w:t>
      </w:r>
    </w:p>
    <w:p>
      <w:r>
        <w:br/>
        <w:t>Яким хотів уже опуститися на долівку, як гримнули двері.</w:t>
      </w:r>
    </w:p>
    <w:p>
      <w:r>
        <w:br/>
        <w:t>— Виходь!</w:t>
      </w:r>
    </w:p>
    <w:p>
      <w:r>
        <w:br/>
        <w:t>Його ввели до сільради, все ще обліпленої революційними плакатами.</w:t>
      </w:r>
    </w:p>
    <w:p>
      <w:r>
        <w:br/>
        <w:t>Допит почався з того:</w:t>
      </w:r>
    </w:p>
    <w:p>
      <w:r>
        <w:br/>
        <w:t>— Ти їхав з козаками?</w:t>
      </w:r>
    </w:p>
    <w:p>
      <w:r>
        <w:br/>
        <w:t>— їхав.</w:t>
      </w:r>
    </w:p>
    <w:p>
      <w:r>
        <w:br/>
        <w:t>— Де вони?</w:t>
      </w:r>
    </w:p>
    <w:p>
      <w:r>
        <w:br/>
        <w:t>— їх же й спитайте, а я не знаю.</w:t>
      </w:r>
    </w:p>
    <w:p>
      <w:r>
        <w:br/>
        <w:t>— Брешеш.</w:t>
      </w:r>
    </w:p>
    <w:p>
      <w:r>
        <w:br/>
        <w:t>— Я тобі не собака.</w:t>
      </w:r>
    </w:p>
    <w:p>
      <w:r>
        <w:br/>
        <w:t>— Ах ти ж мразь — ти ще будеш тикати?</w:t>
      </w:r>
    </w:p>
    <w:p>
      <w:r>
        <w:br/>
        <w:t>— Катюзі по заслузі!</w:t>
      </w:r>
    </w:p>
    <w:p>
      <w:r>
        <w:br/>
        <w:t>Отаман підскочив і вдарив Якима в обличчя:</w:t>
      </w:r>
    </w:p>
    <w:p>
      <w:r>
        <w:br/>
        <w:t>— Гнида ти комунальна! Яким упав на стіну.</w:t>
      </w:r>
    </w:p>
    <w:p>
      <w:r>
        <w:br/>
        <w:t>— А ти панська! — огризнувся він 1 вдарив отамана ногою просто в живіт.</w:t>
      </w:r>
    </w:p>
    <w:p>
      <w:r>
        <w:br/>
        <w:t>Тоді все, що було в хаті, насіло на Якима. Тільки сторож, мовчки й похмуро зітхаючи, сколупував крадькома свіжу кров із стін.</w:t>
      </w:r>
    </w:p>
    <w:p>
      <w:r>
        <w:br/>
        <w:t>За півгодини по Лисогорці зарипіли вози, й загін рушив із села.</w:t>
      </w:r>
    </w:p>
    <w:p>
      <w:r>
        <w:br/>
        <w:t>Легко стрибаючи по колії, в екіпажі проїхав отаман, а попереду комендантської сотні, всього в виразках, роздертого й без шапки, повели Якима, і село стихло.</w:t>
      </w:r>
    </w:p>
    <w:p>
      <w:r>
        <w:br/>
        <w:t>Але порохом ще курилися дороги, як до Лисогорки повернула Стефа з дітьми. Ще здалеку вона угледіла на своєму подвір'ї згарище.</w:t>
      </w:r>
    </w:p>
    <w:p>
      <w:r>
        <w:br/>
        <w:t>Вони закричали в три голоси.</w:t>
      </w:r>
    </w:p>
    <w:p>
      <w:r>
        <w:br/>
        <w:t>Мабуть, хтось указав їй туди, куди армія пішла.</w:t>
      </w:r>
    </w:p>
    <w:p>
      <w:r>
        <w:br/>
        <w:t>Курява над військом уже послалася на ліс.</w:t>
      </w:r>
    </w:p>
    <w:p>
      <w:r>
        <w:br/>
        <w:t>Забула Стефа про втому і, спотикаючись, ріллею кину* лась навпростець. Розхристана дитина на руках заходилася від сліз, а друге десь уже зосталось у борозні.</w:t>
      </w:r>
    </w:p>
    <w:p>
      <w:r>
        <w:br/>
        <w:t>Попереду була рілля, як море, і за нею в долині все глибше в ліс ховалася курява.</w:t>
      </w:r>
    </w:p>
    <w:p>
      <w:r>
        <w:br/>
        <w:t>Стефа наздогнала отамана, коли вже військо надходило до Довгої Балки.</w:t>
      </w:r>
    </w:p>
    <w:p>
      <w:r>
        <w:br/>
        <w:t>І тут сили зрадили її: вона не стала, а впала навколішки.</w:t>
      </w:r>
    </w:p>
    <w:p>
      <w:r>
        <w:br/>
        <w:t>Зупинив отаман коні:</w:t>
      </w:r>
    </w:p>
    <w:p>
      <w:r>
        <w:br/>
        <w:t>— Що за манія? — На літньому обличчі насупилися брови.— Чого тобі?</w:t>
      </w:r>
    </w:p>
    <w:p>
      <w:r>
        <w:br/>
        <w:t>Стефа, тяжко дихаючи, намагалась підвестись із пороху. Дитина уже не сиділа, а висіла на руці. Отаман скривив обличчя, й гукнув:</w:t>
      </w:r>
    </w:p>
    <w:p>
      <w:r>
        <w:br/>
        <w:t>— Гей, хлопці, підведіть її!</w:t>
      </w:r>
    </w:p>
    <w:p>
      <w:r>
        <w:br/>
        <w:t>Стефа стала на ноги із повними блакитних сліз очима кинулась до отамана:</w:t>
      </w:r>
    </w:p>
    <w:p>
      <w:r>
        <w:br/>
        <w:t>— Пане, верніть чоловіка, верніть, пане! Отаман насупив чоло:</w:t>
      </w:r>
    </w:p>
    <w:p>
      <w:r>
        <w:br/>
        <w:t>— Може, того, що постріляв козаків?</w:t>
      </w:r>
    </w:p>
    <w:p>
      <w:r>
        <w:br/>
        <w:t>— Паночку, він не стріляв їх, я знаю!</w:t>
      </w:r>
    </w:p>
    <w:p>
      <w:r>
        <w:br/>
        <w:t>І впала на приступку екіпажа, а дитина з вереском покотилася до ніг.</w:t>
      </w:r>
    </w:p>
    <w:p>
      <w:r>
        <w:br/>
        <w:t>Отаман нервово здригнувся, засік віями і обурено крикнув:</w:t>
      </w:r>
    </w:p>
    <w:p>
      <w:r>
        <w:br/>
        <w:t>— Чого ти хочеш? Побачить його —гаразд!</w:t>
      </w:r>
    </w:p>
    <w:p>
      <w:r>
        <w:br/>
        <w:t>Цупкі руки схопили Стефу за розхристані плечі і поривчастим рухом втягли до екіпажа.</w:t>
      </w:r>
    </w:p>
    <w:p>
      <w:r>
        <w:br/>
        <w:t>— Паняй!</w:t>
      </w:r>
    </w:p>
    <w:p>
      <w:r>
        <w:br/>
        <w:t>Екіпаж у хмарах куряви помчав повз навантажені вози. Козаки без будь-якого ладу сунули за возами, пленталися стежками між дерев. Часом який-небудь з них зазирав до екіпажа й моргав тоді до другого:</w:t>
      </w:r>
    </w:p>
    <w:p>
      <w:r>
        <w:br/>
        <w:t>— Наш отаман гав не ловить, іч, кралю підчепив.</w:t>
      </w:r>
    </w:p>
    <w:p>
      <w:r>
        <w:br/>
        <w:t>— Ой батьку, січові звичаї забуваєш!</w:t>
      </w:r>
    </w:p>
    <w:p>
      <w:r>
        <w:br/>
        <w:t>Отаман совав важкими бровами і нервово зиркав то на валку, то на дитинча, що вже почало бавитись ефесом кривої шаблі.</w:t>
      </w:r>
    </w:p>
    <w:p>
      <w:r>
        <w:br/>
        <w:t>В лісі зривалися постріли, і Стефа кожного разу з ляку вся скидалась і блідла.</w:t>
      </w:r>
    </w:p>
    <w:p>
      <w:r>
        <w:br/>
        <w:t>Дитинча залишило вже ефес і потяглося за темляком. На замурзаному його видику сонечком заграла усмішка. Розповзлися поза щелепи довгі вуса і отаманові, і він обережно одним пальцем погладив по пухкій ручці, що смикала до себе темляк.</w:t>
      </w:r>
    </w:p>
    <w:p>
      <w:r>
        <w:br/>
        <w:t>Раптом Стефа смикнула дитину, зірвалася на ноги і без слів, одним стрибком опинилася на стежці.</w:t>
      </w:r>
    </w:p>
    <w:p>
      <w:r>
        <w:br/>
        <w:t>Отаман лише зиркнув у той бік, і брови впали на очі.</w:t>
      </w:r>
    </w:p>
    <w:p>
      <w:r>
        <w:br/>
        <w:t>— Паняй!</w:t>
      </w:r>
    </w:p>
    <w:p>
      <w:r>
        <w:br/>
        <w:t>На стежці голічерева, розкинувши руки, лежав Яким Сірник. Його можна було пізнати лише по роздертих штанях, бо куля не залишила від обличчя нічого.</w:t>
      </w:r>
    </w:p>
    <w:p>
      <w:r>
        <w:br/>
        <w:t>Стефа не голосила і не кричала. Вона впала на розхристані груди і в німій розпуці скам'яніла.</w:t>
      </w:r>
    </w:p>
    <w:p>
      <w:r>
        <w:br/>
        <w:t>До самої ночі ніхто із Лисогорки не пішов шукати ні Стефи, ні Якима. Вранці тим же лісом лисогорці повертали назад із підвід. Вони забачили, як на стежці щось рухалося, ^зупинилися,</w:t>
      </w:r>
    </w:p>
    <w:p>
      <w:r>
        <w:br/>
        <w:t>— Ото воно там йкраз і було,—тикаючи назад пужалном, сказав мій візник:;^ отам, де стовп.</w:t>
      </w:r>
    </w:p>
    <w:p>
      <w:r>
        <w:br/>
        <w:t>Під боком у Якима, в якомусь дранті, спала дитина, а Стефа сиділа збоку й гладила посинілу Якимову руку. Люди скинули шапки й наблизились до стежки. Хтось гукнув.</w:t>
      </w:r>
    </w:p>
    <w:p>
      <w:r>
        <w:br/>
        <w:t>— Стефо!</w:t>
      </w:r>
    </w:p>
    <w:p>
      <w:r>
        <w:br/>
        <w:t>Вона, мов від пострілу, зірвалась на ноги, дико озирнулась на людей і стрибками кинулась у кущі. На тому місці й поховали Якима.</w:t>
      </w:r>
    </w:p>
    <w:p>
      <w:r>
        <w:br/>
        <w:t>Коли стали опускати в яму тіло, Стефа крадькома визирнула із лісу, тихо покликала дитину:</w:t>
      </w:r>
    </w:p>
    <w:p>
      <w:r>
        <w:br/>
        <w:t>— Олито, Олитко! — і знову зникла в кущах.</w:t>
      </w:r>
    </w:p>
    <w:p>
      <w:r>
        <w:br/>
        <w:t>Без слів лисогорці закопали його тіло, без слів і залишили в балці одиноку могилу.</w:t>
      </w:r>
    </w:p>
    <w:p>
      <w:r>
        <w:br/>
        <w:t>Згодом хтось уночі, влада була ще отаманська, над могилою поставив кам'яний стовп.</w:t>
      </w:r>
    </w:p>
    <w:p>
      <w:r>
        <w:br/>
        <w:t>— Старі люди говорять,— закінчив візник, озираючись назад,— що таку фігуру могли витесати ніде інше, як тільки в Таранівці.</w:t>
      </w:r>
    </w:p>
    <w:p>
      <w:r>
        <w:br/>
        <w:t>Харків, 1924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Дороговказ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