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під нашою хатою</w:t>
      </w:r>
    </w:p>
    <w:p>
      <w:r>
        <w:br/>
        <w:t xml:space="preserve"> &lt;p&gt;Наша хата стоїть при широкій дорозі, що біжить між полями, а потім убігає в село.</w:t>
      </w:r>
    </w:p>
    <w:p>
      <w:r>
        <w:br/>
        <w:t>Вбігла в село, але не спинилась, не перевела дух, не спочила.</w:t>
      </w:r>
    </w:p>
    <w:p>
      <w:r>
        <w:br/>
        <w:t>Побігла далі. Поміж деревами й садами, городами й берегами. Під високими і низькими хмарами.</w:t>
      </w:r>
    </w:p>
    <w:p>
      <w:r>
        <w:br/>
        <w:t>Біжить, біжить, біжить... Як річка. Тільки хвиль немає.</w:t>
      </w:r>
    </w:p>
    <w:p>
      <w:r>
        <w:br/>
        <w:t>Стрибає через містки, обминає школу, клуб, щоб не нагнатися на них, вигинається на бігу, злітає вгору, спускається вниз невтомна дорога...</w:t>
      </w:r>
    </w:p>
    <w:p>
      <w:r>
        <w:br/>
        <w:t>І вже на тому кінці села виринає. Як струмок з-під землі.</w:t>
      </w:r>
    </w:p>
    <w:p>
      <w:r>
        <w:br/>
        <w:t>А з того кінця — далі й далі біжить дорога, теж між полями й через усі села, які зустріне, й через міста.</w:t>
      </w:r>
    </w:p>
    <w:p>
      <w:r>
        <w:br/>
        <w:t>День і ніч біжить вона. І в дощ, і в спеку, в хуртовину.</w:t>
      </w:r>
    </w:p>
    <w:p>
      <w:r>
        <w:br/>
        <w:t>Далека дорога в дороги!</w:t>
      </w:r>
    </w:p>
    <w:p>
      <w:r>
        <w:br/>
        <w:t>Ото набачиться всього, все на світі взнає!</w:t>
      </w:r>
    </w:p>
    <w:p>
      <w:r>
        <w:br/>
        <w:t>Вийду я з двору, стану край дороги й дивлюся, дивлюся.</w:t>
      </w:r>
    </w:p>
    <w:p>
      <w:r>
        <w:br/>
        <w:t>Машини в хмарах куряви гудуть. Мотоцикли, мов заведені іграшки, сюди й туди сновигають. Трактори, як великі жуки, важко повзуть. Череда наче по воді пливе, корови рогами погойдують.</w:t>
      </w:r>
    </w:p>
    <w:p>
      <w:r>
        <w:br/>
        <w:t>Усіх витримує, всіх на собі несе дорога.</w:t>
      </w:r>
    </w:p>
    <w:p>
      <w:r>
        <w:br/>
        <w:t>Вийде мати — й до мене:</w:t>
      </w:r>
    </w:p>
    <w:p>
      <w:r>
        <w:br/>
        <w:t>— Скільки ото можна стояти й дивитися — очі повидивляєшся, йди вже до хати.</w:t>
      </w:r>
    </w:p>
    <w:p>
      <w:r>
        <w:br/>
        <w:t>— Зараз прийду,— відповідаю і стою собі як стояв.</w:t>
      </w:r>
    </w:p>
    <w:p>
      <w:r>
        <w:br/>
        <w:t>Наді мною птахи на дротах сидять. Дроти гудуть. Хмари плавають у небі.</w:t>
      </w:r>
    </w:p>
    <w:p>
      <w:r>
        <w:br/>
        <w:t>Вийде батько:</w:t>
      </w:r>
    </w:p>
    <w:p>
      <w:r>
        <w:br/>
        <w:t>— Ти, голубе, вже, мабуть, себе стовпом придорожнім уявив?..</w:t>
      </w:r>
    </w:p>
    <w:p>
      <w:r>
        <w:br/>
        <w:t>— Чому саме стовпом? — дивуюся.</w:t>
      </w:r>
    </w:p>
    <w:p>
      <w:r>
        <w:br/>
        <w:t>— Бо стоїш над дорогою мов укопаний!</w:t>
      </w:r>
    </w:p>
    <w:p>
      <w:r>
        <w:br/>
        <w:t>— Вже й постояти тут не можна! — з усіх сил намагаюся образитись, хоч це в мене зовсім не виходить.</w:t>
      </w:r>
    </w:p>
    <w:p>
      <w:r>
        <w:br/>
        <w:t>— Та стій, стій, якщо тобі так гарно,— сміється батько,— але ж пилюки на тобі он уже тонни осіло. Води в ставку не вистачить, щоб усю відмити!</w:t>
      </w:r>
    </w:p>
    <w:p>
      <w:r>
        <w:br/>
        <w:t>— Вистачить,— заспокоюю його, і він уже й не жене до хати.</w:t>
      </w:r>
    </w:p>
    <w:p>
      <w:r>
        <w:br/>
        <w:t>Мабуть, він і сам постояв би тут і на все подивився, та нема йому коли. Бо прийде з роботи й починає майструвати. То дошки струже, й у нас на весь двір свіжо пахне деревиною. То штахетиком квітник обгороджує. То вулик новий складає. То корбу коло криниці прилаштовує, щоб легше було відро з водою витягати.</w:t>
      </w:r>
    </w:p>
    <w:p>
      <w:r>
        <w:br/>
        <w:t>Такий у мене батько — завжди шукає собі роботу.</w:t>
      </w:r>
    </w:p>
    <w:p>
      <w:r>
        <w:br/>
        <w:t>Не може він без роботи, а вона без нього. Може, й вона його шукає.</w:t>
      </w:r>
    </w:p>
    <w:p>
      <w:r>
        <w:br/>
        <w:t>Робота, мабуть, як людина. Їй треба когось теж любити.</w:t>
      </w:r>
    </w:p>
    <w:p>
      <w:r>
        <w:br/>
        <w:t>Батька любить робота, а мене дорога. Любить, щоб я отако при ній стояв. Начеб стережу її.</w:t>
      </w:r>
    </w:p>
    <w:p>
      <w:r>
        <w:br/>
        <w:t>Он уже Яринка зі школи йде, несе повен портфель оцінок.</w:t>
      </w:r>
    </w:p>
    <w:p>
      <w:r>
        <w:br/>
        <w:t>— Яри'! — гукаю.— Послухай, як дроти гудуть!..</w:t>
      </w:r>
    </w:p>
    <w:p>
      <w:r>
        <w:br/>
        <w:t>Вона переходить дорогу й стає коло мене.</w:t>
      </w:r>
    </w:p>
    <w:p>
      <w:r>
        <w:br/>
        <w:t>Очі заплющила, слухає.</w:t>
      </w:r>
    </w:p>
    <w:p>
      <w:r>
        <w:br/>
        <w:t>— Ага,— каже,— гудуть. Наче в кіно.</w:t>
      </w:r>
    </w:p>
    <w:p>
      <w:r>
        <w:br/>
        <w:t>— Порівняла! Ще краще, ніж у кіно!</w:t>
      </w:r>
    </w:p>
    <w:p>
      <w:r>
        <w:br/>
        <w:t>— І зовсім не краще! Так само!</w:t>
      </w:r>
    </w:p>
    <w:p>
      <w:r>
        <w:br/>
        <w:t>Хай буде так само. Яринка більше фільмів бачила. То, мабуть, і знає, що так само гудуть.</w:t>
      </w:r>
    </w:p>
    <w:p>
      <w:r>
        <w:br/>
        <w:t>Над нами ластівка майнула. Щось у дзьобику понесла. Мабуть, їсти своїм дітям. Ото її робота — дітей годувати.</w:t>
      </w:r>
    </w:p>
    <w:p>
      <w:r>
        <w:br/>
        <w:t>Вже летить ластівка назад. Сіла на дріт, подивилася на нас, на дорогу й задумалася: де б його ще харчів для дітей узяти?</w:t>
      </w:r>
    </w:p>
    <w:p>
      <w:r>
        <w:br/>
        <w:t>А дроти гудуть, гудуть, їй підказують, щоб летіла до озера — там усе є, що ластівенятам треба. Скоро вони вже й самі туди полетять.</w:t>
      </w:r>
    </w:p>
    <w:p>
      <w:r>
        <w:br/>
        <w:t>Отак під дротами, понад дорогою, понад машинами і хатами, понад полями і ліском. А там усяких птахів і бджіл зустрінуть коло гречки.</w:t>
      </w:r>
    </w:p>
    <w:p>
      <w:r>
        <w:br/>
        <w:t>— Дощ буде,— каже Яринка.</w:t>
      </w:r>
    </w:p>
    <w:p>
      <w:r>
        <w:br/>
        <w:t>— Як це ти знаєш?</w:t>
      </w:r>
    </w:p>
    <w:p>
      <w:r>
        <w:br/>
        <w:t>— Дроти голосно гудуть.</w:t>
      </w:r>
    </w:p>
    <w:p>
      <w:r>
        <w:br/>
        <w:t>— То й що?</w:t>
      </w:r>
    </w:p>
    <w:p>
      <w:r>
        <w:br/>
        <w:t>— Мама завжди каже: "О, дроти гудуть на дощ!"</w:t>
      </w:r>
    </w:p>
    <w:p>
      <w:r>
        <w:br/>
        <w:t>Дивлюся в небо, а там дощу не видно.</w:t>
      </w:r>
    </w:p>
    <w:p>
      <w:r>
        <w:br/>
        <w:t>— Де він візьметься, той дощ?— кажу їй сердито.</w:t>
      </w:r>
    </w:p>
    <w:p>
      <w:r>
        <w:br/>
        <w:t>— Буде! Буде! Побачиш, буде...</w:t>
      </w:r>
    </w:p>
    <w:p>
      <w:r>
        <w:br/>
        <w:t>Тільки вона це сказала, як мені на голову впала крапля.</w:t>
      </w:r>
    </w:p>
    <w:p>
      <w:r>
        <w:br/>
        <w:t>А потім дощ як сипоне, як залопоче краплями по дорозі — аж дроти притихли. І птахи поховалися. І ластівка, як чорна блискавка, змигнула в повітку.</w:t>
      </w:r>
    </w:p>
    <w:p>
      <w:r>
        <w:br/>
        <w:t>Вбігли й ми в хату.</w:t>
      </w:r>
    </w:p>
    <w:p>
      <w:r>
        <w:br/>
        <w:t>Вистромилися у розчинене вікно. А за ним дощ танцює, аж курява з дороги піднімається, аж листя на деревах пострибує. Аж соняхи головами похитують, наче маятники.</w:t>
      </w:r>
    </w:p>
    <w:p>
      <w:r>
        <w:br/>
        <w:t>Оце дощ! Усім дощам — дощ!</w:t>
      </w:r>
    </w:p>
    <w:p>
      <w:r>
        <w:br/>
        <w:t>Той дощ мені і приснився вночі. Такий прудкий пб дорозі летить, на всі боки краплями, наче просом, сипле... І щось говорить, говорить.</w:t>
      </w:r>
    </w:p>
    <w:p>
      <w:r>
        <w:br/>
        <w:t>А дорога принишкла і слухає, слухає. Навіть спинилася й не біжить.</w:t>
      </w:r>
    </w:p>
    <w:p>
      <w:r>
        <w:br/>
        <w:t>І на ній машини, трактори, мотоцикли — все позавмирало. Й череда стоїть тихесенько. Тільки роги в корів од дощу погойдуються. Та ще очі волого світяться.</w:t>
      </w:r>
    </w:p>
    <w:p>
      <w:r>
        <w:br/>
        <w:t>...А потім я прокинувся. І зразу ж — до вікна.</w:t>
      </w:r>
    </w:p>
    <w:p>
      <w:r>
        <w:br/>
        <w:t>Над дорогою вставало сонце.</w:t>
      </w:r>
    </w:p>
    <w:p>
      <w:r>
        <w:br/>
        <w:t>Воно вставало й сипало на дорогу золотим дощем.</w:t>
      </w:r>
    </w:p>
    <w:p>
      <w:r>
        <w:br/>
        <w:t>Такого я ще ніколи не бачив: малесенькі дощики кружеляли над дорогою і світилися. А від того вабливо світилася й дорога.</w:t>
      </w:r>
    </w:p>
    <w:p>
      <w:r>
        <w:br/>
        <w:t>І мені подумалося, що як виросту, то обов'язково поїду по ній далеко-далеко. А потім повернуся додому й усім розкажу про те, що побачу.</w:t>
      </w:r>
    </w:p>
    <w:p>
      <w:r>
        <w:br/>
        <w:t>Треба тільки потерпіти, доки підросту.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під нашою хатою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