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Дорога на схід (Дитинство Слави Стецько)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Дорога на схід (Дитинство Слави Стецько)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