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до хліба</w:t>
      </w:r>
    </w:p>
    <w:p>
      <w:r>
        <w:br/>
        <w:t xml:space="preserve"> До врожаю довга путь, ти знаєш:&lt;br /&gt;</w:t>
        <w:br/>
        <w:t>Вимагає серця і труда.&lt;br /&gt;</w:t>
        <w:br/>
        <w:t>Мотоцикл, мов кінь гнідий, гасає&lt;br /&gt;</w:t>
        <w:br/>
        <w:t>(Поки ще не зібрані жита)</w:t>
      </w:r>
    </w:p>
    <w:p>
      <w:r>
        <w:br/>
        <w:t>У полях, що оспівав Тільвітіс,&lt;br /&gt;</w:t>
        <w:br/>
        <w:t>У гаях зелених, між озер...&lt;br /&gt;</w:t>
        <w:br/>
        <w:t>Не встигаю навіть надивитись&lt;br /&gt;</w:t>
        <w:br/>
        <w:t>На братів щасливих і сестер.</w:t>
      </w:r>
    </w:p>
    <w:p>
      <w:r>
        <w:br/>
        <w:t>Знов твоє безсоння і турботи&lt;br /&gt;</w:t>
        <w:br/>
        <w:t>В колосковий заплелись вінець..&lt;br /&gt;</w:t>
        <w:br/>
        <w:t>Душу, розпашілу од роботи,&lt;br /&gt;</w:t>
        <w:br/>
        <w:t>Обвіває свіжий вітерець.</w:t>
      </w:r>
    </w:p>
    <w:p>
      <w:r>
        <w:br/>
        <w:t>Роззирнутись не давало літо&lt;br /&gt;</w:t>
        <w:br/>
        <w:t>Так справіку на селі було...&lt;br /&gt;</w:t>
        <w:br/>
        <w:t>Ох, не може обірвати вітер&lt;br /&gt;</w:t>
        <w:br/>
        <w:t>Павутинку над твоїм чолом,</w:t>
      </w:r>
    </w:p>
    <w:p>
      <w:r>
        <w:br/>
        <w:t>Промигне задумливе обличчя&lt;br /&gt;</w:t>
        <w:br/>
        <w:t>В сяйві золотистому колось.&lt;br /&gt;</w:t>
        <w:br/>
        <w:t>У поля одлуння літа кличе&lt;br /&gt;</w:t>
        <w:br/>
        <w:t>Й неминучість світанкових рос.</w:t>
      </w:r>
    </w:p>
    <w:p>
      <w:r>
        <w:br/>
        <w:t>Хліборобські невідкладні цикли:&lt;br /&gt;</w:t>
        <w:br/>
        <w:t>Спробуй-но за буднями встигай!..&lt;br /&gt;</w:t>
        <w:br/>
        <w:t>На баскім червонім мотоциклі&lt;br /&gt;</w:t>
        <w:br/>
        <w:t>Мчить в село майбутній урожай.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до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