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</w:t>
      </w:r>
    </w:p>
    <w:p>
      <w:r>
        <w:br/>
        <w:t xml:space="preserve"> Люди, це ви? Ваті потоки...&lt;br /&gt;</w:t>
        <w:br/>
        <w:t>Без смертей, без народжень.&lt;br /&gt;</w:t>
        <w:br/>
        <w:t>Ваші ріки, де річка кожен.&lt;br /&gt;</w:t>
        <w:br/>
        <w:t>Ватні, мелодії... Запишу.&lt;br /&gt;</w:t>
        <w:br/>
        <w:t>І буває ж ні клаптя паперу –&lt;br /&gt;</w:t>
        <w:br/>
        <w:t>хоч на тілі видряпай,&lt;br /&gt;</w:t>
        <w:br/>
        <w:t>хоч на нервах.</w:t>
      </w:r>
    </w:p>
    <w:p>
      <w:r>
        <w:br/>
        <w:t>Зачекайте, люди,&lt;br /&gt;</w:t>
        <w:br/>
        <w:t>ви ж автобус чекаєте.&lt;br /&gt;</w:t>
        <w:br/>
        <w:t>В чергах стоїте...&lt;br /&gt;</w:t>
        <w:br/>
        <w:t>Що кажете? Спішите?&lt;br /&gt;</w:t>
        <w:br/>
        <w:t>Падаєте...&lt;br /&gt;</w:t>
        <w:br/>
        <w:t>0 якби ви знали, міста,&lt;br /&gt;</w:t>
        <w:br/>
        <w:t>які дорогі місця&lt;br /&gt;</w:t>
        <w:br/>
        <w:t>на барикадах.&lt;br /&gt;</w:t>
        <w:br/>
        <w:t>А ти бігун.&lt;br /&gt;</w:t>
        <w:br/>
        <w:t>А ти бігун па довгій дистанції.&lt;br /&gt;</w:t>
        <w:br/>
        <w:t>Ти буваєш самотнім,&lt;br /&gt;</w:t>
        <w:br/>
        <w:t>як не доходиш до фінішу.&lt;br /&gt;</w:t>
        <w:br/>
        <w:t>Стадіонів тисячі&lt;br /&gt;</w:t>
        <w:br/>
        <w:t>тобі не плещуть.&lt;br /&gt;</w:t>
        <w:br/>
        <w:t>Але бігти,&lt;br /&gt;</w:t>
        <w:br/>
        <w:t>але бігти ти вирішив –&lt;br /&gt;</w:t>
        <w:br/>
        <w:t>і земля і люди&lt;br /&gt;</w:t>
        <w:br/>
        <w:t>намотуються на плечі.&lt;br /&gt;</w:t>
        <w:br/>
        <w:t>Тобі важче. Сонце вище.&lt;br /&gt;</w:t>
        <w:br/>
        <w:t>Біжать дерева. Біжать будинки.&lt;br /&gt;</w:t>
        <w:br/>
        <w:t>1 вся дорога як пожарище.&lt;br /&gt;</w:t>
        <w:br/>
        <w:t>А на пожарах нема спочинку.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