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Допитлива Стружка</w:t>
      </w:r>
    </w:p>
    <w:p>
      <w:r>
        <w:br/>
        <w:t xml:space="preserve"> &lt;p&gt;Під верстаком лежала велика кучерява Стружка. Вона бажала про все дізнатися і все зрозуміти.</w:t>
      </w:r>
    </w:p>
    <w:p>
      <w:r>
        <w:br/>
        <w:t>&amp;#8195; – Цікаво, для чого мене зробили? – розмірковувала Стружка.</w:t>
      </w:r>
    </w:p>
    <w:p>
      <w:r>
        <w:br/>
        <w:t>&amp;#8195; Її сусідки не замислювались над цим, і навряд чи могли б відповісти на таке питання.</w:t>
      </w:r>
    </w:p>
    <w:p>
      <w:r>
        <w:br/>
        <w:t>&amp;#8195; Якось уранці Стружка опинилася у мішку, де зустріла багато своїх кучерявих приятельок. Потім мішок викинули на смітник.</w:t>
      </w:r>
    </w:p>
    <w:p>
      <w:r>
        <w:br/>
        <w:t>&amp;#8195; Поруч пролітала Пташечка. Вона підхопила нашу знайому Стружку, яка випала із мішка, і полетіла далі. Так наша Стружка стала частиною затишного гніздечка.</w:t>
      </w:r>
    </w:p>
    <w:p>
      <w:r>
        <w:br/>
        <w:t>&amp;#8195; Пташка знесла три гарненьких строкатих яєчка. Потім з яєчок з’явились крихітні безпомічні пташенята.</w:t>
      </w:r>
    </w:p>
    <w:p>
      <w:r>
        <w:br/>
        <w:t>&amp;#8195; ...Минув час, пташенята виросли і відлетіли. Гніздо спорожніло.</w:t>
      </w:r>
    </w:p>
    <w:p>
      <w:r>
        <w:br/>
        <w:t>&amp;#8195; – Цікаво, – думала собі допитлива Стружка, – що буде далі?</w:t>
      </w:r>
    </w:p>
    <w:p>
      <w:r>
        <w:br/>
        <w:t>&amp;#8195; Гніздо зламали якісь розбишаки, і Стружка впала на землю. Тут її побачив маленький Хлопчик.</w:t>
      </w:r>
    </w:p>
    <w:p>
      <w:r>
        <w:br/>
        <w:t>&amp;#8195; – Що я знайшов! – зрадів Хлопчик і швиденько дістав із кишені сірники, які потай від мами взяв на кухні. Він чиркнув сірником і підніс вогника до Стружки.</w:t>
      </w:r>
    </w:p>
    <w:p>
      <w:r>
        <w:br/>
        <w:t>&amp;#8195; – Пече! Як пече! – скрикнула Стружка та перетворилась на білий Дим.</w:t>
      </w:r>
    </w:p>
    <w:p>
      <w:r>
        <w:br/>
        <w:t>&amp;#8195; – Цікаво... – пробурмотів Дим. Тут налетів Вітерець і поніс Дим прямісінько на небо.</w:t>
      </w:r>
    </w:p>
    <w:p>
      <w:r>
        <w:br/>
        <w:t>&amp;#8195; – Як багато нового я пізнаю, – шепотів Дим. Він піднявся так високо, що зіткнувся з Хмарою.</w:t>
      </w:r>
    </w:p>
    <w:p>
      <w:r>
        <w:br/>
        <w:t>&amp;#8195; – Вибачте! Я ненавмисне, – ніяково промовив Дим.</w:t>
      </w:r>
    </w:p>
    <w:p>
      <w:r>
        <w:br/>
        <w:t>&amp;#8195; – Не вибачу! – гримнула Хмара і почала рости... рости... і заплакала.</w:t>
      </w:r>
    </w:p>
    <w:p>
      <w:r>
        <w:br/>
        <w:t>&amp;#8195; Краплі дощу злилися з Димом та впали на Землю. Земля ожила, зазеленіла. Невдовзі на ній виросло дерево. Дерево зрубали, обтесали і принесли до майстерні. За діло взявся Рубанок. Невдовзі під верстаком знову виросла пухнаста жменя кучерявих стружок.</w:t>
      </w:r>
    </w:p>
    <w:p>
      <w:r>
        <w:br/>
        <w:t>&amp;#8195; Що з ними трапилось далі? Це вже зовсім інша історія.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Допитлива Стружка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