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Донецька ніч</w:t>
      </w:r>
    </w:p>
    <w:p>
      <w:r>
        <w:br/>
        <w:t xml:space="preserve"> Квапливо поїзд десь прогримотів,&lt;br /&gt;</w:t>
        <w:br/>
        <w:t>Гудуть дроти надвищених напруг,&lt;br /&gt;</w:t>
        <w:br/>
        <w:t>І цвіркунами ніч дзвенить навкруг,&lt;br /&gt;</w:t>
        <w:br/>
        <w:t>І ти вслухаєшся у дивний цей мотив.</w:t>
      </w:r>
    </w:p>
    <w:p>
      <w:r>
        <w:br/>
        <w:t>І чуєш: звір дріма у лігві потайнім&lt;br /&gt;</w:t>
        <w:br/>
        <w:t>І птаство кублиться у гніздах теплих.&lt;br /&gt;</w:t>
        <w:br/>
        <w:t>І верби лагідні у благосному сні&lt;br /&gt;</w:t>
        <w:br/>
        <w:t>Зітхають втомлено на стародавніх греблях.</w:t>
      </w:r>
    </w:p>
    <w:p>
      <w:r>
        <w:br/>
        <w:t>Ти знаєш — яблунь цвіт на твій полине слід,&lt;br /&gt;</w:t>
        <w:br/>
        <w:t>В цілунку прикиплять твої уста охочі,&lt;br /&gt;</w:t>
        <w:br/>
        <w:t>І зірка зірветься, немов достиглий плід.&lt;br /&gt;</w:t>
        <w:br/>
        <w:t>І промайне. І згасне в хащах ночі…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Донецька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