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Дон Жуан у пеклі</w:t>
      </w:r>
    </w:p>
    <w:p>
      <w:r>
        <w:br/>
        <w:t xml:space="preserve"> Лиш дон Жуан дійшов до чорних вод Харона</w:t>
      </w:r>
    </w:p>
    <w:p>
      <w:r>
        <w:br/>
        <w:t>I лепту за провіз дав злому жебраку,</w:t>
      </w:r>
    </w:p>
    <w:p>
      <w:r>
        <w:br/>
        <w:t>Той, наче Антісфен похмурий, водне лоно&lt;br /&gt;</w:t>
        <w:br/>
        <w:t>Розрізав веслами, гладінь од сліз гірку.</w:t>
      </w:r>
    </w:p>
    <w:p>
      <w:r>
        <w:br/>
        <w:t>З обвислими грудьми, в прозорих покривалах</w:t>
      </w:r>
    </w:p>
    <w:p>
      <w:r>
        <w:br/>
        <w:t>Сміялися жінки, аж трясся небозвід,</w:t>
      </w:r>
    </w:p>
    <w:p>
      <w:r>
        <w:br/>
        <w:t>Ревли, мов жертви ті, що вже згоріти мали</w:t>
      </w:r>
    </w:p>
    <w:p>
      <w:r>
        <w:br/>
        <w:t>I був той дикий рев холодний, наче лід.</w:t>
      </w:r>
    </w:p>
    <w:p>
      <w:r>
        <w:br/>
        <w:t>I Сганарель радів — мав на борги надію.</w:t>
      </w:r>
    </w:p>
    <w:p>
      <w:r>
        <w:br/>
        <w:t>I мовчки дон Луїс лиш палець простягнув —</w:t>
      </w:r>
    </w:p>
    <w:p>
      <w:r>
        <w:br/>
        <w:t>Він тикав мертвякам усім на лиходія,</w:t>
      </w:r>
    </w:p>
    <w:p>
      <w:r>
        <w:br/>
        <w:t>Зухвальця, що зганьбив старечу сивину.</w:t>
      </w:r>
    </w:p>
    <w:p>
      <w:r>
        <w:br/>
        <w:t>Скорботилась худа, цнотлива ще Єльвіра,</w:t>
      </w:r>
    </w:p>
    <w:p>
      <w:r>
        <w:br/>
        <w:t>I марила, щоб цей підступний чоловік</w:t>
      </w:r>
    </w:p>
    <w:p>
      <w:r>
        <w:br/>
        <w:t>Подарував хоча би усмішку нещиру,</w:t>
      </w:r>
    </w:p>
    <w:p>
      <w:r>
        <w:br/>
        <w:t>Які світили їй у той весняний вік.</w:t>
      </w:r>
    </w:p>
    <w:p>
      <w:r>
        <w:br/>
        <w:t>А збройний командор серед страшного виру</w:t>
      </w:r>
    </w:p>
    <w:p>
      <w:r>
        <w:br/>
        <w:t>Стояв біля керма, як вправний капітан...</w:t>
      </w:r>
    </w:p>
    <w:p>
      <w:r>
        <w:br/>
        <w:t>Герой не бачив їх,— опершись на рапіру,</w:t>
      </w:r>
    </w:p>
    <w:p>
      <w:r>
        <w:br/>
        <w:t>Щось думав про своє наш гордий дон Жуан.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 Жуан у пеклі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