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Дома</w:t>
      </w:r>
    </w:p>
    <w:p>
      <w:r>
        <w:br/>
        <w:t xml:space="preserve"> &lt;p&gt;Помалу скриплять вервечки...</w:t>
      </w:r>
    </w:p>
    <w:p>
      <w:r>
        <w:br/>
        <w:t>Ай нуй-нуй-но, котино,</w:t>
      </w:r>
    </w:p>
    <w:p>
      <w:r>
        <w:br/>
        <w:t>Засни, мала дитино...</w:t>
      </w:r>
    </w:p>
    <w:p>
      <w:r>
        <w:br/>
        <w:t>В кутку перед іконами тріщить, мов жива, червона лампадка, колихаючи тихими тінями, як завісочкою, над ликами святих: то одкриє, то знову запне. На скрині блідо горить низенько прикручене світло. В кочергах, під припічком і по всіх темиих закутках притаїлись, сумуючи, діди. На полу стиха тіпає колискою хлопчик Петько і в задумі дивиться поверх колиски великими темними очима.</w:t>
      </w:r>
    </w:p>
    <w:p>
      <w:r>
        <w:br/>
        <w:t>Коля, меншенький, лежить на полу, уткнувся лицем у подушку і, плутаючись у довгій сорочці, повагом молотить у два ціпи дрібними ніжками, бубонить щось сам до себе.</w:t>
      </w:r>
    </w:p>
    <w:p>
      <w:r>
        <w:br/>
        <w:t>Дивно в хаті — і чудно, й радісно.</w:t>
      </w:r>
    </w:p>
    <w:p>
      <w:r>
        <w:br/>
        <w:t>Чудно, що тепер глуха ніч, а в їх горить світло і вони, малі, самі вдома; що серед ночі вмивалися вони холодною водою з крашанками, в нові сорочки повиряджались.</w:t>
      </w:r>
    </w:p>
    <w:p>
      <w:r>
        <w:br/>
        <w:t>А радісно, що в хаті у їх — як у вінку: на столі новий килим, по стінах скрізь червоніють рушники, аж в очах од їх темно. Долівка, піч, лавки — все вимито й вимазано. Проте треба їм тихо сидіти, не пустувати: вони стережуть домівки...</w:t>
      </w:r>
    </w:p>
    <w:p>
      <w:r>
        <w:br/>
        <w:t>— Поле, поле, зелене, а по йому квітки-квітки! — розказував Коля, що мерещиться йому в заплющених очах.— Летять зірки — жовті, червоні, блакитні, та все рядками... А тепер засіки, а в них жито сиплеться, сиплеться, сиплеться...</w:t>
      </w:r>
    </w:p>
    <w:p>
      <w:r>
        <w:br/>
        <w:t>— Цить, Колю, а то Горпинку збудиш,— обізвався до його Петрик. Коля примовк і ще глибше уткнувся в подушку. Петько перестав колихати й схилився на бильце.</w:t>
      </w:r>
    </w:p>
    <w:p>
      <w:r>
        <w:br/>
        <w:t>— Петько! — перекинувся догори на подушці Коля.— А коли тато заженуть і Горпинчину маму на небо?</w:t>
      </w:r>
    </w:p>
    <w:p>
      <w:r>
        <w:br/>
        <w:t>Петько трохи помовчав.</w:t>
      </w:r>
    </w:p>
    <w:p>
      <w:r>
        <w:br/>
        <w:t>— Таку заженуть! — поважно одмовив він.— Наша мама була ніжна, так її й загнали.</w:t>
      </w:r>
    </w:p>
    <w:p>
      <w:r>
        <w:br/>
        <w:t>— Яка — ніжна? — здивувався Коля.</w:t>
      </w:r>
    </w:p>
    <w:p>
      <w:r>
        <w:br/>
        <w:t>— Така... біла.</w:t>
      </w:r>
    </w:p>
    <w:p>
      <w:r>
        <w:br/>
        <w:t>— Така, як гуска?</w:t>
      </w:r>
    </w:p>
    <w:p>
      <w:r>
        <w:br/>
        <w:t>— Дурний! — пояснив Петько.— Ніжна, що робить не вміє, а тато казали, що в нас треба робити, бо в нас худоба. От дядько Михайло не пустив би маму на той світ,— добавив він, зітхнувши.</w:t>
      </w:r>
    </w:p>
    <w:p>
      <w:r>
        <w:br/>
        <w:t>— Бо в дяді Михайла волів немає?</w:t>
      </w:r>
    </w:p>
    <w:p>
      <w:r>
        <w:br/>
        <w:t>— Воли дядько купить,— кивнув головою Петько,— у дяді теж худоба, тільки він нашу маму жалував; казав, що коли б мама у їх жила, то він би цілував її в руки; а нашого тата лаяв. Казав, що коли б тато не брав нашої мами, то він би тоді взяв її, а тато схилив голову та й мовчить.</w:t>
      </w:r>
    </w:p>
    <w:p>
      <w:r>
        <w:br/>
        <w:t>— А що, а...— хотів про щось спитать Коля, та тільки зітхнув та й замовк.</w:t>
      </w:r>
    </w:p>
    <w:p>
      <w:r>
        <w:br/>
        <w:t>В колисці зо сну заквилила дитина; Петько знову схопився за вервечки:</w:t>
      </w:r>
    </w:p>
    <w:p>
      <w:r>
        <w:br/>
        <w:t>Ай нуй-нуй-нуй, коточок...</w:t>
      </w:r>
    </w:p>
    <w:p>
      <w:r>
        <w:br/>
        <w:t>Коля довго качався по постелі, перекидаючи ногами, далі задивився у вікно й затих.</w:t>
      </w:r>
    </w:p>
    <w:p>
      <w:r>
        <w:br/>
        <w:t>Через вікно долітали здалеку дрібні передзвони.</w:t>
      </w:r>
    </w:p>
    <w:p>
      <w:r>
        <w:br/>
        <w:t>Коля одразу схопився на ноги, підняв подол сорочки й почапав по полу до Петька. Схилився до самого уха й страхає пальчиком.</w:t>
      </w:r>
    </w:p>
    <w:p>
      <w:r>
        <w:br/>
        <w:t>— Цить, Петько! — потайки шепоче йому.— Бо отам ходить злодій. Кричить — чуйте, кури, чуйте, гуси...</w:t>
      </w:r>
    </w:p>
    <w:p>
      <w:r>
        <w:br/>
        <w:t>— Мовчи,— спинив його Петько,— ось скоро паску привезуть.— Далі укрив дитину й пересунувся до вікна.</w:t>
      </w:r>
    </w:p>
    <w:p>
      <w:r>
        <w:br/>
        <w:t>— Йди, Колю, будемо виглядати!</w:t>
      </w:r>
    </w:p>
    <w:p>
      <w:r>
        <w:br/>
        <w:t>Коля подибав до його.</w:t>
      </w:r>
    </w:p>
    <w:p>
      <w:r>
        <w:br/>
        <w:t>Притулились головками до шибок і стали приглядатись. Видно було шлях, обсаджений вербами, леваду й зоряне небо. Ізсунули головку до головки й стиха гомонять.</w:t>
      </w:r>
    </w:p>
    <w:p>
      <w:r>
        <w:br/>
        <w:t>— Он бач, Колю,— показував Петько на купку зірок у небі,— ото немов груша на нашому городі, а ото чоловік робив у полі клуню, закопав сохи, а обгородити забув.</w:t>
      </w:r>
    </w:p>
    <w:p>
      <w:r>
        <w:br/>
        <w:t>— Де, де? — приглядається Коля.</w:t>
      </w:r>
    </w:p>
    <w:p>
      <w:r>
        <w:br/>
        <w:t>— А отам, де просторо... А он... дивись, дивись, Колю! Он панна з відрами... Бачиш?</w:t>
      </w:r>
    </w:p>
    <w:p>
      <w:r>
        <w:br/>
        <w:t>— Петько, то наша мама! — зрадів Коля.</w:t>
      </w:r>
    </w:p>
    <w:p>
      <w:r>
        <w:br/>
        <w:t>— Ні, то тільки зірки.</w:t>
      </w:r>
    </w:p>
    <w:p>
      <w:r>
        <w:br/>
        <w:t>— Ні, то мама! — завіряв Коля.</w:t>
      </w:r>
    </w:p>
    <w:p>
      <w:r>
        <w:br/>
        <w:t>Петько замовк.</w:t>
      </w:r>
    </w:p>
    <w:p>
      <w:r>
        <w:br/>
        <w:t>— Кажи, Петько, то мама? — допитувався Коля й лагодився вже заплакати.</w:t>
      </w:r>
    </w:p>
    <w:p>
      <w:r>
        <w:br/>
        <w:t>— Ну, годі, не плач, то мама,— погодився Петько.</w:t>
      </w:r>
    </w:p>
    <w:p>
      <w:r>
        <w:br/>
        <w:t>Коля засміявся.</w:t>
      </w:r>
    </w:p>
    <w:p>
      <w:r>
        <w:br/>
        <w:t>— То її бозя послав води брати до колодязя?..</w:t>
      </w:r>
    </w:p>
    <w:p>
      <w:r>
        <w:br/>
        <w:t>— Еге,— кивнув головою Петько.</w:t>
      </w:r>
    </w:p>
    <w:p>
      <w:r>
        <w:br/>
        <w:t>— Вона прийде через поле до нас?</w:t>
      </w:r>
    </w:p>
    <w:p>
      <w:r>
        <w:br/>
        <w:t>— Не прийде, Колю.</w:t>
      </w:r>
    </w:p>
    <w:p>
      <w:r>
        <w:br/>
        <w:t>— Ні, прийде!</w:t>
      </w:r>
    </w:p>
    <w:p>
      <w:r>
        <w:br/>
        <w:t>— Вона нас не бачить.</w:t>
      </w:r>
    </w:p>
    <w:p>
      <w:r>
        <w:br/>
        <w:t>— А ми її гукнемо. Петько, давай гукати маму! Мамо! — крикнув Коля, піднявши очі в небо.</w:t>
      </w:r>
    </w:p>
    <w:p>
      <w:r>
        <w:br/>
        <w:t>— Не кричи, Колю! — спинив його Петько.— Маму треба кликати тихенько. Треба так казати,— Петько покірно звів очі до неба й одними губами, мов крізь сон, почав кликати: — Мамо, йдіть сюди!</w:t>
      </w:r>
    </w:p>
    <w:p>
      <w:r>
        <w:br/>
        <w:t>— Мамо, йдіть сюди! — ще тихше казав за ним Коля.</w:t>
      </w:r>
    </w:p>
    <w:p>
      <w:r>
        <w:br/>
        <w:t>— Це ми, Петя й Коля...</w:t>
      </w:r>
    </w:p>
    <w:p>
      <w:r>
        <w:br/>
        <w:t>— ...Петя й Коля,— оддавалося, як тихий шелест листу.</w:t>
      </w:r>
    </w:p>
    <w:p>
      <w:r>
        <w:br/>
        <w:t>І тільки так заговорили хлопці, все небо немов справді перемінилося перед очима: ожили на йому срібні звірі, будови, дерева, а між ними найясніша на все небо — їхня мама з відрами. І тихо там, тихо, гарно...</w:t>
      </w:r>
    </w:p>
    <w:p>
      <w:r>
        <w:br/>
        <w:t>— Ідіть-ідіть! — голосніше кликали хлопці.— Бо вже наша друга мама ваші хустки й спідниці поносила, намисто продала, а тато нас не жалує, а вона їсти не дає, гуляти не пускає, та все, щоб дитину гляділи!..</w:t>
      </w:r>
    </w:p>
    <w:p>
      <w:r>
        <w:br/>
        <w:t>— І б’є... Мамо! — заплакав одразу Коля.</w:t>
      </w:r>
    </w:p>
    <w:p>
      <w:r>
        <w:br/>
        <w:t>А мама мовчить. Вирядилась у небі срібною мережкою із зорь, запишалася, не чує їх, немов чужа.</w:t>
      </w:r>
    </w:p>
    <w:p>
      <w:r>
        <w:br/>
        <w:t>Пекучий жаль дитячий обгортає хлопців на таку привабну, а нежалісливу й погордливу маму. І вже не здержуючись, вони обливалися слізьми і з докорами, перебиваючи один одного, поспішали розказати їй свої сирітські кривди. В колисці прокинулась дитина. Незабаром у хаті було повно плачу. Плакав Петько, тіпаючи колиску, плакала дитина, плакав Коля коло вікна, схиливши голову на лутку.</w:t>
      </w:r>
    </w:p>
    <w:p>
      <w:r>
        <w:br/>
        <w:t>А в сінешні двері щось стукало... тихенько, з осторогою, щоб не сполохати.</w:t>
      </w:r>
    </w:p>
    <w:p>
      <w:r>
        <w:br/>
        <w:t>Хлопці почули.</w:t>
      </w:r>
    </w:p>
    <w:p>
      <w:r>
        <w:br/>
        <w:t>— Мамо! — з криком радості кинулися обмарені діти до дверей. В одну мить защіпка злетіла з залізного гачка.</w:t>
      </w:r>
    </w:p>
    <w:p>
      <w:r>
        <w:br/>
        <w:t>В хату увійшов дядько Михайло, ласкавий і смутний.</w:t>
      </w:r>
    </w:p>
    <w:p>
      <w:r>
        <w:br/>
        <w:t>— Що у вас тут таке?.. Полякалися чого, що крик зняли? — спитав він дітей.</w:t>
      </w:r>
    </w:p>
    <w:p>
      <w:r>
        <w:br/>
        <w:t>Хлопці держалися за його поли й мовчали.</w:t>
      </w:r>
    </w:p>
    <w:p>
      <w:r>
        <w:br/>
        <w:t>— Мама... не йде,— промовив Коля й схлипнув.</w:t>
      </w:r>
    </w:p>
    <w:p>
      <w:r>
        <w:br/>
        <w:t>Дядьо помовчав, і його очі понялися слізьми.</w:t>
      </w:r>
    </w:p>
    <w:p>
      <w:r>
        <w:br/>
        <w:t>— Не йде? Ото горенько,— промовив він щиро.— Ну, не плачте: я оце зустрів вашу маму в переліску: вона ось вам крашанки подала,— і дядько дав їм по крашанці. Хлопці і вірили й не вірили, а їхні очі помалу почали загоратися тихою радістю.</w:t>
      </w:r>
    </w:p>
    <w:p>
      <w:r>
        <w:br/>
        <w:t>А дядьо сів на лаву, меншого взяв на руки, а Петька посадив поруч і став їм довго розказувати про маму. Казав, що мама їх не забула, що вона дивиться на їх з неба, бога за них благає, щоб дав їм долю щасливу. Казав, що коли вони плачуть, то й вона там плаче.</w:t>
      </w:r>
    </w:p>
    <w:p>
      <w:r>
        <w:br/>
        <w:t>Хлопці прищулились, як пташенята, слухають. А дядьо все розказує, розказує, а сльози котяться по його смуглявому, вітром запаленому обличчю.</w:t>
      </w:r>
    </w:p>
    <w:p>
      <w:r>
        <w:br/>
        <w:t>А десь дзвони серед ночі гудуть-гудуть. Замовкнуть, прислухаються та й знову загомонять, немов розказують про те, що там почули.</w:t>
      </w:r>
    </w:p>
    <w:p>
      <w:r>
        <w:br/>
        <w:t>1912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