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Доктор с багач і чудотворець...</w:t>
      </w:r>
    </w:p>
    <w:p>
      <w:r>
        <w:br/>
        <w:t xml:space="preserve"> доктор С багач і чудотворець&lt;br /&gt;</w:t>
        <w:br/>
        <w:t>а надто власними силами</w:t>
      </w:r>
    </w:p>
    <w:p>
      <w:r>
        <w:br/>
        <w:t>тяжке дитинство&lt;br /&gt;</w:t>
        <w:br/>
        <w:t>власними силами&lt;br /&gt;</w:t>
        <w:br/>
        <w:t>ґімназія власними силами&lt;br /&gt;</w:t>
        <w:br/>
        <w:t>матура власними силами&lt;br /&gt;</w:t>
        <w:br/>
        <w:t>вілла до неба&lt;br /&gt;</w:t>
        <w:br/>
        <w:t>і два зіркових авто&lt;br /&gt;</w:t>
        <w:br/>
        <w:t>також власними силами</w:t>
      </w:r>
    </w:p>
    <w:p>
      <w:r>
        <w:br/>
        <w:t>колекціонує тулуби&lt;br /&gt;</w:t>
        <w:br/>
        <w:t>фраєрів без рук і без ніг&lt;br /&gt;</w:t>
        <w:br/>
        <w:t>має їх 22&lt;br /&gt;</w:t>
        <w:br/>
        <w:t>двічі по одинадцять</w:t>
      </w:r>
    </w:p>
    <w:p>
      <w:r>
        <w:br/>
        <w:t>опля хлопчики&lt;br /&gt;</w:t>
        <w:br/>
        <w:t>нині гратимемо в футбол&lt;br /&gt;</w:t>
        <w:br/>
        <w:t>ми ж без ніг&lt;br /&gt;</w:t>
        <w:br/>
        <w:t>хриплять каліки&lt;br /&gt;</w:t>
        <w:br/>
        <w:t>подумаєш морщиться&lt;br /&gt;</w:t>
        <w:br/>
        <w:t>я зробив собі життя&lt;br /&gt;</w:t>
        <w:br/>
        <w:t>власними силами&lt;br /&gt;</w:t>
        <w:br/>
        <w:t>а власними силами&lt;br /&gt;</w:t>
        <w:br/>
        <w:t>можна зробити все</w:t>
      </w:r>
    </w:p>
    <w:p>
      <w:r>
        <w:br/>
        <w:t>і киває відставному сержантові санітару</w:t>
      </w:r>
    </w:p>
    <w:p>
      <w:r>
        <w:br/>
        <w:t>півроку тренувалися в санаторії&lt;br /&gt;</w:t>
        <w:br/>
        <w:t>за колючим дротом</w:t>
      </w:r>
    </w:p>
    <w:p>
      <w:r>
        <w:br/>
        <w:t>я не знаю можливо їм справді виросли ноги&lt;br /&gt;</w:t>
        <w:br/>
        <w:t>я не знаю як це взагалі могло статися&lt;br /&gt;</w:t>
        <w:br/>
        <w:t>але я бачив їхній весняний матч&lt;br /&gt;</w:t>
        <w:br/>
        <w:t>грали хлопці в футбол ого як грали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Доктор с багач і чудотворець...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