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 торгувалось</w:t>
      </w:r>
    </w:p>
    <w:p>
      <w:r>
        <w:br/>
        <w:t xml:space="preserve"> Чи в Києві, чи в Полтаві,&lt;br /&gt;</w:t>
        <w:br/>
        <w:t>Чи в самій столиці&lt;br /&gt;</w:t>
        <w:br/>
        <w:t>Ходив чумак з мазницею&lt;br /&gt;</w:t>
        <w:br/>
        <w:t>Помежи крамниці.</w:t>
      </w:r>
    </w:p>
    <w:p>
      <w:r>
        <w:br/>
        <w:t>І в крамницях, куди глянеш,-&lt;br /&gt;</w:t>
        <w:br/>
        <w:t>Сріблом-злотом сяє,-&lt;br /&gt;</w:t>
        <w:br/>
        <w:t>А йому то і байдуже:&lt;br /&gt;</w:t>
        <w:br/>
        <w:t>Він дьогтю питає!</w:t>
      </w:r>
    </w:p>
    <w:p>
      <w:r>
        <w:br/>
        <w:t>Реготять купці дурнії,&lt;br /&gt;</w:t>
        <w:br/>
        <w:t>А він тільки сплюне&lt;br /&gt;</w:t>
        <w:br/>
        <w:t>Та й до другої крамниці,&lt;br /&gt;</w:t>
        <w:br/>
        <w:t>Багатшої, суне.</w:t>
      </w:r>
    </w:p>
    <w:p>
      <w:r>
        <w:br/>
        <w:t>В найбагатшії крамниці&lt;br /&gt;</w:t>
        <w:br/>
        <w:t>Два купці сиділо,&lt;br /&gt;</w:t>
        <w:br/>
        <w:t>І туди чумак заходить&lt;br /&gt;</w:t>
        <w:br/>
        <w:t>З мазницею сміло:</w:t>
      </w:r>
    </w:p>
    <w:p>
      <w:r>
        <w:br/>
        <w:t>"Добридень вам, добрі люди!"&lt;br /&gt;</w:t>
        <w:br/>
        <w:t>Та й зачав питати,&lt;br /&gt;</w:t>
        <w:br/>
        <w:t>Чи нема у них принаймні&lt;br /&gt;</w:t>
        <w:br/>
        <w:t>Дьогтю де продати.</w:t>
      </w:r>
    </w:p>
    <w:p>
      <w:r>
        <w:br/>
        <w:t>"Нєту, нєту! — купці кажуть&lt;br /&gt;</w:t>
        <w:br/>
        <w:t>Та й, шельми, сміються: —&lt;br /&gt;</w:t>
        <w:br/>
        <w:t>Здєсь нє дьоготь — толькі дурні&lt;br /&gt;</w:t>
        <w:br/>
        <w:t>Адні продаються!"</w:t>
      </w:r>
    </w:p>
    <w:p>
      <w:r>
        <w:br/>
        <w:t>А чумак їм: "То нівроку ж,&lt;br /&gt;</w:t>
        <w:br/>
        <w:t>Добре торгувалось,&lt;br /&gt;</w:t>
        <w:br/>
        <w:t>Що йно два вас таких гарних&lt;br /&gt;</w:t>
        <w:br/>
        <w:t>На продаж осталось".</w:t>
      </w:r>
    </w:p>
    <w:p>
      <w:r>
        <w:br/>
        <w:t>1857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 торгувалось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