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зустрічі!</w:t>
      </w:r>
    </w:p>
    <w:p>
      <w:r>
        <w:br/>
        <w:t xml:space="preserve"> &lt;p&gt;Генрі Каттнер, Кетрін Л.Мур. (Henry Kuttner, Catherine L. Moore)</w:t>
      </w:r>
    </w:p>
    <w:p>
      <w:r>
        <w:br/>
        <w:t>До зустрічі! (See You Later, 1949)</w:t>
      </w:r>
    </w:p>
    <w:p>
      <w:r>
        <w:br/>
        <w:t>Переклад: Володимир Влад</w:t>
      </w:r>
    </w:p>
    <w:p>
      <w:r>
        <w:br/>
        <w:t>------------</w:t>
      </w:r>
    </w:p>
    <w:p>
      <w:r>
        <w:br/>
        <w:t>Старий Єнсі, мабуть, найпідліша людина в усьому світі. Я ніколи не бачив настільки нахабного, закоренілого, тупого, закінченого, мерзенного негідника. Те, що з ним трапилося, нагадало мені те, що якось сказав мені інший хлопець, — багато відтоді води сплило. Я вже забув як його звали, — здається Луї, а може, й Тамерлан; та якось він сказав, що, було б добре якби у всього світу була б тільки одна голова, тоді він міг би її відрубати.</w:t>
      </w:r>
    </w:p>
    <w:p>
      <w:r>
        <w:br/>
        <w:t>Біда Єнсі в тому, що він дійшов до такого стану, що вважав, що увесь світ ополчився проти нього, і хай мене поб'є грім, якщо він не правий. Це були важкуваті часи навіть для нас, Хогбенів.</w:t>
      </w:r>
    </w:p>
    <w:p>
      <w:r>
        <w:br/>
        <w:t>Єнсі — типовий мерзотник. Взагалі вся сімейка Тарбеллів не мед, але Єнсі викликав огиду навіть у них. Він жив в однокімнатній халупці на задвірках у Тарбеллів й нікого до себе не підпускав, хіба тільки дозволяв всунути продукти в напівкруглу дірку, випиляну в дверях.</w:t>
      </w:r>
    </w:p>
    <w:p>
      <w:r>
        <w:br/>
        <w:t>Років десять тому робили нове розмежування, чи щось схоже, і вийшло так, що через якісь юридичні перипетії Єнсі повинен був заново засвідчити свої права на землю. Для цього йому потрібно було прожити на своїй ділянці десь рік. Приблизно в ті ж дні він посварився з дружиною, виїхав за межі ділянки і сказав, що, нехай земля дістається державі, пропади все пропадом, зате він провчить всю родину. Він знав, що дружина пропускає іноді чарочку-другу на гроші, виручені від продажу ріпи, і трясеться, щоб держава не забрала земельку.</w:t>
      </w:r>
    </w:p>
    <w:p>
      <w:r>
        <w:br/>
        <w:t>Та виявилося, ця земля взагалі нікому не потрібна. Вона горбкувата і в ній каміння, але дружина Єнсі й далі хвилювалася й просила чоловіка повернутися, але йому не дозволяв характер.</w:t>
      </w:r>
    </w:p>
    <w:p>
      <w:r>
        <w:br/>
        <w:t>У халупці Єнсі Тарбелл звик обходитися без елементарних зручностей, через свою жадність він цього навіть не помічав. Незабаром місіс Тарбелл померла: вона кидалася каменями в халупку за горбоком, але один камінь влучив у горбок і рикошетом потрапив їй у голову. Залишилося вісім Тарбеллів-синів та сам Єнсі. Але й після цього Єнсі залишився там де був.</w:t>
      </w:r>
    </w:p>
    <w:p>
      <w:r>
        <w:br/>
        <w:t>Можливо, там би він і жив, поки не перетворився б у мощі й не знісся на небо, та тільки його сини затіяли сварку з нами. Ми терпіли скільки могли, адже вони не могли нам нашкодити. Та якось дядько Лес, який гостював у нас, занервувався й заявив, що втомився літати мов той перепел на дві-три милі вгору щоразу, коли в кущах вистрелить рушниця. Шкіра в нього після ран швидко загоюється, але він запевняв, що в нього паморочиться в голові, бо на висоті розріджене повітря.</w:t>
      </w:r>
    </w:p>
    <w:p>
      <w:r>
        <w:br/>
        <w:t>Так чи йнак, а цькування тривало, і ніхто з нас від нього не страждав, що особливо бісило вісьмох братів Тарбеллів. І однієї ночі, вони зі своїм стріляючим залізяччям всім натовпом вломилися в наш будинок. А нам колотнеча зовсім ні до чого.</w:t>
      </w:r>
    </w:p>
    <w:p>
      <w:r>
        <w:br/>
        <w:t>Дядько Лем — він близнюк дядька Леса, тільки народився набагато пізніше — давно впав у зимову сплячку десь у дуплі, так що його все це не стосувалося. А от малюка, дай йому Бог здоров'я, стало важкувато тягати взад-вперед, як не як йому вже виповнилося чотириста років і він досить велика, для свого віку, дитина — я думаю, коло трьохсот фунтів буде.</w:t>
      </w:r>
    </w:p>
    <w:p>
      <w:r>
        <w:br/>
        <w:t>Ми всі могли заховатися, або піти на деякий час у долину, у Пайпервілль, але ж в нас на горищі дідусь, та й до Перфесора, якого ми тримаємо в пляшці, я дуже звик. Не хотілося його залишати — адже в метушні пляшка може й розбитися, якщо восьмеро братів Тарбеллів налижуться як слід.</w:t>
      </w:r>
    </w:p>
    <w:p>
      <w:r>
        <w:br/>
        <w:t>Перфесор славний, хоча в голові у нього й не вистачає клепки. Постійно повторює, що ми мутанти, ким би вони не були, і плеще язиком про якихось своїх знайомих, яких називає хромосомами. Здається, вони переплуталися під дією, як каже Перфесор, жорсткого випромінювання й народили нащадків, чи то домінантну мутацію, чи то Хогбенів, але я вічно це плутаю зі змовою круглоголових — було таке в нас у старому світі. Ясна річ, не в справжньому старому світі, — той потонув.</w:t>
      </w:r>
    </w:p>
    <w:p>
      <w:r>
        <w:br/>
        <w:t>І ось, раз вже дідусь звелів нам принишкнути, ми чекали, поки восьмеро братів Тарбеллів виламають двері, а потім всі зробилися невидимими, у тому числі й малюк. Далі чекали, поки все пройде стороною, та не так сталось як гадалось.</w:t>
      </w:r>
    </w:p>
    <w:p>
      <w:r>
        <w:br/>
        <w:t>Повештавшись будинком й вдосталь його погромивши, восьмеро братів Тарбеллів спустились в підвал. Це вже було гірше, бо заскочило нас зненацька. Малюк, як я й казав, став невидимим і цистерна, в якій ми його тримаємо — теж, але ж цистерна не може змагатися з нами в моторності.</w:t>
      </w:r>
    </w:p>
    <w:p>
      <w:r>
        <w:br/>
        <w:t>Один з восьми Тарбеллів гримнувся об на цистерну й добряче понівечив гомілку. Ну й лаявся ж він! Недобре, коли дитина чує такі слова, але в лайці наш дідусь кого хоч переплюне, так що я нічому новому не навчився.</w:t>
      </w:r>
    </w:p>
    <w:p>
      <w:r>
        <w:br/>
        <w:t>Отже, він лаявся на чому світ стоїть, стрибав на одній нозі, аж раптом вистрелила його рушниця. Там, певно, курок тримався на волоску. Постріл розбудив малюка, той перелякався й заволав. Такого крику я від нього ще не чув, але ж я бачив, як бліднуть і починають трястися чоловіки, коли малюк репетує. Наш Перфесор якось сказав, що малюк видає інфразвуки. Уявляєте!</w:t>
      </w:r>
    </w:p>
    <w:p>
      <w:r>
        <w:br/>
        <w:t>Загалом, семеро з восьми братів Тарбеллів відразу віддали богу душу, навіть пискнути не встигли. Восьмий, який щойно почав спускатися східцями в підвал, дрібненько затрясся, розвернувся й накивав п'ятами. Він, певне, був так приголомшений, що не знав куди біжить. Ще не зрозумівши що до чого, він опинився на горищі й наткнувся прямісінько на дідуся.</w:t>
      </w:r>
    </w:p>
    <w:p>
      <w:r>
        <w:br/>
        <w:t>І як на гріх: дідусь так захопився, повчаючи нас, що сам зовсім забув стати невидимим. По-моєму, лише один погляд на дідуся, добив восьмого Тарбелла. Неборак впав на підлогу, мертвий, як колода. Не уявляю, чого б це, хоча повинен визнати, що в ті дні дідусь виглядав не найкраще. Він був хворий.</w:t>
      </w:r>
    </w:p>
    <w:p>
      <w:r>
        <w:br/>
        <w:t>— Ти не постраждав, дідусю? — запитав я, трохи струснувши його. Він мене висварив.</w:t>
      </w:r>
    </w:p>
    <w:p>
      <w:r>
        <w:br/>
        <w:t>— Але я ж не винен, — заперечив я.</w:t>
      </w:r>
    </w:p>
    <w:p>
      <w:r>
        <w:br/>
        <w:t>— Кров Господня! — розлючено крикнув він — І це зборище, ці лицемірні дурні — мої нащадки! Поклади мене назад, юний негіднику.</w:t>
      </w:r>
    </w:p>
    <w:p>
      <w:r>
        <w:br/>
        <w:t>Я знову поклав його на на джутову ряднину, він кілька разів перевернувся з боку на бік і заплющив очі. Потім сказав, що хоче подрімати і нехай його не будять, хіба що настане судний день. При цьому він анітрошки не жартував.</w:t>
      </w:r>
    </w:p>
    <w:p>
      <w:r>
        <w:br/>
        <w:t>Довелося нам самим пометикувати над тим, що ж тепер робити. Мамуся сказала, що ми не винні, в наших силах тільки завантажити вісьмох братів Тарбеллів у тачку й відвести їх додому, що я й зробив. Тільки дорогою я засоромився, тому що не міг придумати, як би це якнайчемніше розповісти про те, що трапилося. Та й мамуся наказувала обережно повідомити цю новину. "Навіть тхір має почуття", — казала вона.</w:t>
      </w:r>
    </w:p>
    <w:p>
      <w:r>
        <w:br/>
        <w:t>Тож я залишив тачку з братами Тарбеллами в кущах, а сам піднявся на пагорб і побачив Єнсі, який грівся на сонечку і читав книгу. Я ще не придумав що йому сказати. Я просто повільно походжував перед ним насвистуючи "Янки-Дудль". Єнсі не звертав на мене уваги.</w:t>
      </w:r>
    </w:p>
    <w:p>
      <w:r>
        <w:br/>
        <w:t>Єнсі — маленький, мерзенний, брудний чоловічок з бородою. Ростом не вищий ніж півтора метра. На бороді налипла тютюнова жуйка, але, може, я несправедливий до Єнсі, вважаючи його просто нечепурою. Я чув, що він плює собі в бороду, щоб на неї сідали мухи: він їх ловить і обриває їм крильця.</w:t>
      </w:r>
    </w:p>
    <w:p>
      <w:r>
        <w:br/>
        <w:t>Єнсі не дивлячись підняв камінь і жбурнув його, й ледь не поцілив мені в голову.</w:t>
      </w:r>
    </w:p>
    <w:p>
      <w:r>
        <w:br/>
        <w:t>— Заткни пельку й забирайся, — сказав він.</w:t>
      </w:r>
    </w:p>
    <w:p>
      <w:r>
        <w:br/>
        <w:t>— Як скажете, містер Єнсі, — відповів я з полегшенням і вже зібрався йти. Але відразу згадав, що мамуся, може відшмагає мене батогом, якщо я не виконаю те, що вона наказувала, томуя тихенько зробив коло, зайшов Єнсі за спину й заглянув йому через плече — подивитися, що ж він там читає. Це було схоже на книгу. Потім я ще трохи обійшов його й став прямо перед ним.</w:t>
      </w:r>
    </w:p>
    <w:p>
      <w:r>
        <w:br/>
        <w:t>Він загигикав собі в бороду.</w:t>
      </w:r>
    </w:p>
    <w:p>
      <w:r>
        <w:br/>
        <w:t>— Гарний у вас малюнок, містере Єнсі, — зауважив я.</w:t>
      </w:r>
    </w:p>
    <w:p>
      <w:r>
        <w:br/>
        <w:t>Він так щиро сміявся і, видно, з радощів подобрів.</w:t>
      </w:r>
    </w:p>
    <w:p>
      <w:r>
        <w:br/>
        <w:t>— Це точно! — сказав він і ляснув себе кулаком по кістлявій дупі. — Оце так! Від одного погляду на нього відчуваєш прилив сил!</w:t>
      </w:r>
    </w:p>
    <w:p>
      <w:r>
        <w:br/>
        <w:t>Це була не книга. Це був журнал, такі продаються в Пайпервіллі, розкритий на малюнку. Той, хто його зробив, справді добре малює. Правда, не так добре, як той художник, якого я колись знав в Англії. Того звали Крукшенк, чи Крукбек, чи якось схоже, якщо не помиляюся.</w:t>
      </w:r>
    </w:p>
    <w:p>
      <w:r>
        <w:br/>
        <w:t>Так чи інакше, в Єнсі теж був хороший малюнок. На ньому були намальовані люди, багато людей, всі однакові й виходять з великої машини, яка — мені відразу стало ясно — нізащо не буде працювати. Але всі люди були однаковісінькі, як горошини в стручку. Ще там червоне лупате чудовисько хапало дівчину – вже й не знаю навіщо. Гарний малюночок.</w:t>
      </w:r>
    </w:p>
    <w:p>
      <w:r>
        <w:br/>
        <w:t>— Було б добре якби таке справді могло статися, — сказав Єнсі.</w:t>
      </w:r>
    </w:p>
    <w:p>
      <w:r>
        <w:br/>
        <w:t>— Це не так вже й важко, — сказав я. — Але ось ця штука неправильно зроблена. Потрібен тільки вмивальник та ще деякий металобрухт.</w:t>
      </w:r>
    </w:p>
    <w:p>
      <w:r>
        <w:br/>
        <w:t>— Га?</w:t>
      </w:r>
    </w:p>
    <w:p>
      <w:r>
        <w:br/>
        <w:t>— Ось ця штукенція, — повторив я. — Апарат, що перетворює одну людину в цілий натовп. Він невірно зроблений.</w:t>
      </w:r>
    </w:p>
    <w:p>
      <w:r>
        <w:br/>
        <w:t>— Ти, треба розуміти, можеш краще? — визвірився він.</w:t>
      </w:r>
    </w:p>
    <w:p>
      <w:r>
        <w:br/>
        <w:t>— Ми якось робили, — відповів я. — Не пам'ятаю, що там татусь затіяв, але він заборгував чоловіку на ймення Кадм. Кадму негайно потрібно було багато воїнів, татусь влаштував так, що Кадм міг розділитися на цілий полк солдатів. Дурничка! Я й сам так можу.</w:t>
      </w:r>
    </w:p>
    <w:p>
      <w:r>
        <w:br/>
        <w:t>— Про що ти там бурмочеш? — запитав Єнсі. — Ти не туди дивишся. Я ж говорю про це червоне чудовисько. Бачиш, що воно збирається зробити? Відкусити цій красуні голову, от що. Бачиш, які в нього ікла? Ех, ех, ех. Хотілося б бути таким чудовиськом. Я б вже кучу народу зжер.</w:t>
      </w:r>
    </w:p>
    <w:p>
      <w:r>
        <w:br/>
        <w:t>— Б'юсь об заклад, що ви б не стали жерти свою плоть і кров, — сказав я, побачивши спосіб обережно повідомити звістку.</w:t>
      </w:r>
    </w:p>
    <w:p>
      <w:r>
        <w:br/>
        <w:t>— Битись об заклад грішно, — промовив він. — Завжди сплачуй борги, нікого не бійся й не бийся об заклад. Азартні ігри — гріх. Я ніколи не бився об заклад й завжди сплачував борги. — Він змовк, почухав бороду й зітхнув. — Всі, крім одного, — додав він похмуро.</w:t>
      </w:r>
    </w:p>
    <w:p>
      <w:r>
        <w:br/>
        <w:t>— Що ж це за борг?</w:t>
      </w:r>
    </w:p>
    <w:p>
      <w:r>
        <w:br/>
        <w:t>— Та заборгував я одному малому. Тільки з того часу ніяк не можу його знайти. Пройшло вже років з тридцять. Здається, я тоді напився до чортиків й сів у потяг. Напевно, ще й когось пограбував, бо в мене опинилася пачка грошей — вистачило б і коневі морду заткнути. Якщо помізкувати, то саме цього я й не пробував. Ви тримаєте коней?</w:t>
      </w:r>
    </w:p>
    <w:p>
      <w:r>
        <w:br/>
        <w:t>— Ні, сер, — відповів я. — Але ми говорили про вашу плоть і кров.</w:t>
      </w:r>
    </w:p>
    <w:p>
      <w:r>
        <w:br/>
        <w:t>— Заткни пельку, — перебив мене старий Єнсі. — Ох же ж я й повеселився! — він лизнув свою бороду. — Чув колись про місто Нью-Йорк? Здається, це десь закордоном. Там так говорять, що важко щось зрозуміти. Саме там я й зустрів цього малого. Мені часто хочеться зустрітись з ним ще раз. Чесній людині, як я, огидно вмирати, не віддавши боргів.</w:t>
      </w:r>
    </w:p>
    <w:p>
      <w:r>
        <w:br/>
        <w:t>— У ваших вісьмох синів були борги? — запитав я.</w:t>
      </w:r>
    </w:p>
    <w:p>
      <w:r>
        <w:br/>
        <w:t>Він покосився на мене, ляснув себе по худій нозі й кивнув.</w:t>
      </w:r>
    </w:p>
    <w:p>
      <w:r>
        <w:br/>
        <w:t>— Тепер розумію, — сказав він. — Чи не Хогбенів ти син?</w:t>
      </w:r>
    </w:p>
    <w:p>
      <w:r>
        <w:br/>
        <w:t>— Так. Сонк Хогбен.</w:t>
      </w:r>
    </w:p>
    <w:p>
      <w:r>
        <w:br/>
        <w:t>— Що ж, чув про Хогбенів. Ви всі чаклуни, так?</w:t>
      </w:r>
    </w:p>
    <w:p>
      <w:r>
        <w:br/>
        <w:t>— Ні, сер.</w:t>
      </w:r>
    </w:p>
    <w:p>
      <w:r>
        <w:br/>
        <w:t>— Чув, те що чув. Вся околиця про це теревенить. Відьмаки, ось ви хто. Забирайся но звідсіля, хутчіш!</w:t>
      </w:r>
    </w:p>
    <w:p>
      <w:r>
        <w:br/>
        <w:t>— Та я вже йду. Я лише прийшов сказати, що, на жаль, ви б не могли зжерти свою плоть і кров, навіть якби стали таким чудовиськом, як на картинці.</w:t>
      </w:r>
    </w:p>
    <w:p>
      <w:r>
        <w:br/>
        <w:t>— Ніхто не міг би мені завадити!</w:t>
      </w:r>
    </w:p>
    <w:p>
      <w:r>
        <w:br/>
        <w:t>— Можливо, — сказав я, — але всі вони вже на небесах.</w:t>
      </w:r>
    </w:p>
    <w:p>
      <w:r>
        <w:br/>
        <w:t>Почувши це старий Єнсі розреготався. Нарешті, відсапавшись, він сказав:</w:t>
      </w:r>
    </w:p>
    <w:p>
      <w:r>
        <w:br/>
        <w:t>— Лише не вони! Ці негідники потрапили прямісінько до пекла, саме там їм і місце. Як це сталося?</w:t>
      </w:r>
    </w:p>
    <w:p>
      <w:r>
        <w:br/>
        <w:t>— Нещасний випадок, — мовив я. — Сімох, якщо так можна виразитися, уклав малюк, а восьмого — дідусь. Ми не бажали зла.</w:t>
      </w:r>
    </w:p>
    <w:p>
      <w:r>
        <w:br/>
        <w:t>— Та й не заподіяли, — сказав Єнсі регочучи.</w:t>
      </w:r>
    </w:p>
    <w:p>
      <w:r>
        <w:br/>
        <w:t>— Мамуся просить вибачення й запитує, що робити з тілами? Я повинен відвести тачку додому.</w:t>
      </w:r>
    </w:p>
    <w:p>
      <w:r>
        <w:br/>
        <w:t>— Забирай їх. Мені вони не потрібні. Туди їм і дорога, — відмахнувся Єнсі. Я сказав "добре" і зібрався повертатися. Але він загорлав, що передумав. Наказав звалити їх з тачки. Як я зрозумів з його слів (розібрав я небагато, тому що Єнсі заглушав себе реготом), він хотів погамселити їх ногами.</w:t>
      </w:r>
    </w:p>
    <w:p>
      <w:r>
        <w:br/>
        <w:t>То ж я зробив так, як він сказав, а потім повернувся додому й усе розповів мамусі за вечерею, де були боби, тріска й домашня настойка. Ще мамуся напекла кукурудзяних галушок. Ото вже смакота! Я відкинувся на спинку стільця, вирішивши, що заслужив відпочинок, і задумався, відчуваючи як тепло й приємність розливаються в середині. Я намагався уявити, що відчуває біб у моєму шлунку. Але біб, здається, не мав жодних почуттів.</w:t>
      </w:r>
    </w:p>
    <w:p>
      <w:r>
        <w:br/>
        <w:t>Не пройшло й півгодини, як у дворі заверещала свиня, неначе їй гнали копняками, і хтось постукав у двері. Це був Єнсі. Не встиг він увійти, як виловив зі штанів кольорову носову хусточку й почав чмихати носом. Я круглими від здивування очами подивився на мамусю. Я не мав що їй сказати. Татусь з дядьком Лесом пили маїсову горілку й сипали жартами в кутку. Відразу було видно, що їм добре: стіл між ними так і трясся. Ні татусь, ні дядько до стола не торкалися, але він все одно ходив ходором — намагався наступити то татусю, то дядькові на ногу. Вони робили це подумки намагаючись підловити один одного.</w:t>
      </w:r>
    </w:p>
    <w:p>
      <w:r>
        <w:br/>
        <w:t>Розбиратися довелося мамусі, і вона запросила старого Єнсі трохи посидіти, поласувати бобами. Він тільки схлипнув.</w:t>
      </w:r>
    </w:p>
    <w:p>
      <w:r>
        <w:br/>
        <w:t>— Щось не так, сусіде? — чемно запитала мамуся.</w:t>
      </w:r>
    </w:p>
    <w:p>
      <w:r>
        <w:br/>
        <w:t>— Ще б пак, — відповів Єнсі, чмихаючи носом. — Я геть старий.</w:t>
      </w:r>
    </w:p>
    <w:p>
      <w:r>
        <w:br/>
        <w:t>— Це справді так, — відповіла мамуся. — Можливо й не такий старий як Сонк, але виглядите ви надзвичайно старим.</w:t>
      </w:r>
    </w:p>
    <w:p>
      <w:r>
        <w:br/>
        <w:t>— Га? — витріщився на неї Єнсі. — Сонк? Так, Сонку від сили сімнадцять, хоча він і добряче виріс.</w:t>
      </w:r>
    </w:p>
    <w:p>
      <w:r>
        <w:br/>
        <w:t>Мамуся зніяковіла.</w:t>
      </w:r>
    </w:p>
    <w:p>
      <w:r>
        <w:br/>
        <w:t>— Я сказала Сонк? — й швидко виправила, — Я мала на увазі дідуся Сонка. Його теж звати Сонк.</w:t>
      </w:r>
    </w:p>
    <w:p>
      <w:r>
        <w:br/>
        <w:t>Дідуся звати зовсім не Сонк, він і сам не пам'ятає свого імені, це було так давно. Свого часу він користувався різними іменами: як то Ілля та іншими. Я навіть не певен, що в Атлантиді, звідки дідусь родом, взагалі вживали імена. Здається, там людей називали цифрами, чи ще якось. Та це неважливо.</w:t>
      </w:r>
    </w:p>
    <w:p>
      <w:r>
        <w:br/>
        <w:t>Старий Єнсі все чмихав носом, стогнав і охав, робив вигляд, наче ми вбили вісьмох його синів і тепер він самий як палець на цьому світі. Правда, півгодини тому це його не турбувало, про що я йому й сказав. Але він заявив, що тоді не зрозумів, про що йшла мова, і наказав мені заткнутися.</w:t>
      </w:r>
    </w:p>
    <w:p>
      <w:r>
        <w:br/>
        <w:t>— Моя родина могла б бути більшою, — сказав він. — Було ще двоє хлопців, Зеб і Роббі, та я їх якось пристрелив. Мені не подобалося, що вони косо на мене дивилися. Але все одно, ви, Хогбени, не мали права вбивати моїх хлопців.</w:t>
      </w:r>
    </w:p>
    <w:p>
      <w:r>
        <w:br/>
        <w:t>— Ми ж не навмисно, — відповіла мамуся. — Просто стався нещасний випадок. Нам буде дуже приємно хоч якось відшкодувати вам збиток.</w:t>
      </w:r>
    </w:p>
    <w:p>
      <w:r>
        <w:br/>
        <w:t>— Саме на це я й розраховував, — відповів старий Єнсі. — Це найменше, що ви можете зробити після всього, що накоїли. Навіть якщо моїх хлопців убив малюк, як запевняє Сонк, але ж він брехун. Справа в тому, що я вважаю, що всі ви, Хогбени, відповідальні за скоєне. Та, думаю, ми будемо квити, якщо ви зробите мені одну послугу. Негоже сусідам тримати камінь за пазухою.</w:t>
      </w:r>
    </w:p>
    <w:p>
      <w:r>
        <w:br/>
        <w:t>— Все, що завгодно, — сказала мамуся, — лише б це було в наших силах.</w:t>
      </w:r>
    </w:p>
    <w:p>
      <w:r>
        <w:br/>
        <w:t>— Зовсім небагато, — відповів старий Єнсі. — Хочу, щоб ви мене тимчасово перетворили на натовп.</w:t>
      </w:r>
    </w:p>
    <w:p>
      <w:r>
        <w:br/>
        <w:t>— Ти що це, Медеї наслухався? — втрутився татусь, напідпитку не зметикувавши, що до чого. — Ти їй не вір. Це вона зіграла з Пелеєм злий жарт. Коли його зарубали, він так і залишився мертвим: і зовсім не помолодів, як вона йому обіцяла.</w:t>
      </w:r>
    </w:p>
    <w:p>
      <w:r>
        <w:br/>
        <w:t>— Що? — сказав Єнсі. Він вийняв з кишені старий журнал і відразу розкрив його на тій гарній картинці. — Ось це. Сонк каже, що ви так можете. Та й всі навкруги знають, що ви, Хогбени, чаклуни. Сонк сказав, що ви якось зробили таке одному обірванцю.</w:t>
      </w:r>
    </w:p>
    <w:p>
      <w:r>
        <w:br/>
        <w:t>— Він, мабуть, про Кадма, — сказав я.</w:t>
      </w:r>
    </w:p>
    <w:p>
      <w:r>
        <w:br/>
        <w:t>Єнсі помахав журналом. Я помітив, що в його очах з'явився нездоровий блиск.</w:t>
      </w:r>
    </w:p>
    <w:p>
      <w:r>
        <w:br/>
        <w:t>— Тут все видно, — збуджено сказав він. — Людина заходить в цю штуковину, а потім виходить звідтіля дюжинами, знову й знову. Чаклунство. Я ж про вас, Хогбенів, знаю. Може, ви й дурили міських простачків, але мене вам не обдурити. Всі ви чаклуни.</w:t>
      </w:r>
    </w:p>
    <w:p>
      <w:r>
        <w:br/>
        <w:t>— Та де там, — вставив татусь зі свого кутка. — Ми вже не чаклуємо.</w:t>
      </w:r>
    </w:p>
    <w:p>
      <w:r>
        <w:br/>
        <w:t>— Чаклуєте, — наполягав Єнсі. — Я чув всілякі історії. Навіть бачив, як він, — і тикнув пальцем в дядька Леса, — я бачив як він літає в повітрі. І якщо це не чаклунство, то я вже й не знаю, що це.</w:t>
      </w:r>
    </w:p>
    <w:p>
      <w:r>
        <w:br/>
        <w:t>— Ви серйозно? — запитав я. — Та це просто. Треба взяти...</w:t>
      </w:r>
    </w:p>
    <w:p>
      <w:r>
        <w:br/>
        <w:t>Але мамуся сказала мені закрити рота.</w:t>
      </w:r>
    </w:p>
    <w:p>
      <w:r>
        <w:br/>
        <w:t>— Сонк говорив, що ви можете, — продовжував Єнсі. — А я сидів, передивлявся та читав цей журнал. Мені в голову прийшла гарна ідея. Без сумніву, це знає кожен, що чаклун може знаходитися одночасно у двох місцях. А чи може він знаходитися відразу в трьох місцях?</w:t>
      </w:r>
    </w:p>
    <w:p>
      <w:r>
        <w:br/>
        <w:t>— В трьох як і в двох, — сказала мамуся. — Та тільки ніяких чаклунів немає. Точнісінько як і цієї самої науки про яку всі торочать довкола. Це все людські вигадки. Це неприродньо.</w:t>
      </w:r>
    </w:p>
    <w:p>
      <w:r>
        <w:br/>
        <w:t>— Отже, — узагальнив Єнсі, відкладаючи журнал. — Два чи три, чи цілий натовп. До речі, скільки всього людей на Землі?</w:t>
      </w:r>
    </w:p>
    <w:p>
      <w:r>
        <w:br/>
        <w:t>— Два мільярди двісті п'ятдесят мільйонів дев'ятсот п'ятдесят дев'ять тисяч дев'ятсот дев'ятнадцять, — сказав я.</w:t>
      </w:r>
    </w:p>
    <w:p>
      <w:r>
        <w:br/>
        <w:t>— Тоді...</w:t>
      </w:r>
    </w:p>
    <w:p>
      <w:r>
        <w:br/>
        <w:t>— Зачекайте. Тепер вже два мільярди двісті п'ятдесят мільйонів дев'ятсот п'ятдесят дев'ять тисяч дев'ятсот двадцять. Славне дитятко, жвавеньке.</w:t>
      </w:r>
    </w:p>
    <w:p>
      <w:r>
        <w:br/>
        <w:t>— Хлопчик чи дівчинка? — поцікавилась мамуся.</w:t>
      </w:r>
    </w:p>
    <w:p>
      <w:r>
        <w:br/>
        <w:t>— Хлопчик, — відповів я.</w:t>
      </w:r>
    </w:p>
    <w:p>
      <w:r>
        <w:br/>
        <w:t>— Тоді чому б вам не зробити так, щоб я опинився відразу у двох мільярдах і скількись там ще місцях відразу? Хоча б на півхвилинки. Я ж не жадний. Цього й так вистачить.</w:t>
      </w:r>
    </w:p>
    <w:p>
      <w:r>
        <w:br/>
        <w:t>— Вистачить для чого? — запитала мамуся.</w:t>
      </w:r>
    </w:p>
    <w:p>
      <w:r>
        <w:br/>
        <w:t>Єнсі хитренько подивився на мене.</w:t>
      </w:r>
    </w:p>
    <w:p>
      <w:r>
        <w:br/>
        <w:t>— Є в мене клопіт, — відповів він. — Хочу розшукати того малого. Тільки от лихо: не знаю, чи зможу його тепер знайти. Часу вже пройшло багацько. Але мені це конче необхідно. Мені земля не буде пухом, якщо я не розрахуюся з усіма боргами, а я вже тридцять років винен тому малому. І це лежить важким каменем на моїй душі.</w:t>
      </w:r>
    </w:p>
    <w:p>
      <w:r>
        <w:br/>
        <w:t>— Це дуже шляхетно з вашого боку, сусіде, — похвалила мамуся.</w:t>
      </w:r>
    </w:p>
    <w:p>
      <w:r>
        <w:br/>
        <w:t>Єнсі шмигнув носом і висякався в рукав.</w:t>
      </w:r>
    </w:p>
    <w:p>
      <w:r>
        <w:br/>
        <w:t>— Важка буде робота, — сказав він. — Я надто довго відкладав її на потім. Я ж збирався, при нагоді, відправити вісьмох моїх хлопців на пошуки того хлопця, так що, самі бачите, я вкрай засмутився, коли ці нетями раптом взяли й загинули нікого не попередивши. Як же ж мені тепер шукати того хлопця?</w:t>
      </w:r>
    </w:p>
    <w:p>
      <w:r>
        <w:br/>
        <w:t>Мамуся зі стурбованим виглядом підсунула Єнсі горшочок.</w:t>
      </w:r>
    </w:p>
    <w:p>
      <w:r>
        <w:br/>
        <w:t>— Ого! — сказав він, добряче сьорбнувши. — На смак — справжній пекельний вогонь. — Ого! — сьорбнув ще раз, відсапався й похмуро глянув на мамусю.</w:t>
      </w:r>
    </w:p>
    <w:p>
      <w:r>
        <w:br/>
        <w:t>— Якщо людина бажає спиляти дерево, а сусід зламав його пилку, то сусід, я на мене, повинен позичити йому свою. Хіба не так?</w:t>
      </w:r>
    </w:p>
    <w:p>
      <w:r>
        <w:br/>
        <w:t>— Звичайно, так, — погодилася мамуся. — Тільки в нас немає восьми синів, щоб позичити їх вам.</w:t>
      </w:r>
    </w:p>
    <w:p>
      <w:r>
        <w:br/>
        <w:t>— У вас є дещо краще, — сказав Єнсі. — Чорна, зла магія, ось що у вас є. Я не кажу ні так, ні ні. Справа ваша. Але, схоже на те, що ви вбили моїх ледарів-синів і я не можу зробити як планував. Тому ви мали б допомогти мені якимось іншим робом. Коли я знайду того хлопця й розрахуюся з ним — буду цілком задоволеним. Отож, хіба не свята правда, що ви можете перетворити мене в цілу купу моїх двійників?</w:t>
      </w:r>
    </w:p>
    <w:p>
      <w:r>
        <w:br/>
        <w:t>— Та, напевно, що можемо, — сказала мамуся.</w:t>
      </w:r>
    </w:p>
    <w:p>
      <w:r>
        <w:br/>
        <w:t>— А хіба не правда, що ви можете влаштувати, щоб кожен з цих двійників дуже швидко рухався, щоб побачив всіх людей в усьому світі?</w:t>
      </w:r>
    </w:p>
    <w:p>
      <w:r>
        <w:br/>
        <w:t>— Це просто, — сказав я.</w:t>
      </w:r>
    </w:p>
    <w:p>
      <w:r>
        <w:br/>
        <w:t>— Якби я міг це зробити, — сказав Єнсі, — я запросто знайшов би того хлопця й віддав би все, що йому належить. — Він шморгнув. — Я завжди був чесним. Мені страшно помирати, поки не розрахуюся зі всіма боргами. Чорта лисого я хочу горіти в пеклі, як ви, грішні Хогбени.</w:t>
      </w:r>
    </w:p>
    <w:p>
      <w:r>
        <w:br/>
        <w:t>— Досить, — гримнула мамуся. — Мабуть, сусіде, ми вам допоможемо, — якщо ви приймаєте це так близько до серця. Так, сер, ми зробимо так, як ви бажаєте.</w:t>
      </w:r>
    </w:p>
    <w:p>
      <w:r>
        <w:br/>
        <w:t>Єнсі помітно підбадьорився.</w:t>
      </w:r>
    </w:p>
    <w:p>
      <w:r>
        <w:br/>
        <w:t>— Обіцяєте? — запитав він. Слово честі?</w:t>
      </w:r>
    </w:p>
    <w:p>
      <w:r>
        <w:br/>
        <w:t>Мамуся якось дивно на нього подивилася, але Єнсі знову витяг хустинку, так що вона не витримала й дала урочисту обіцянку. Єнсі відразу ж повеселішав.</w:t>
      </w:r>
    </w:p>
    <w:p>
      <w:r>
        <w:br/>
        <w:t>— Скільки часу піде на підготовку до чар? — запитав він.</w:t>
      </w:r>
    </w:p>
    <w:p>
      <w:r>
        <w:br/>
        <w:t>— Немає ніяких чар, — відповів я. — Я ж пояснював, потрібен тільки металобрухт та вмивальник. Це недовго.</w:t>
      </w:r>
    </w:p>
    <w:p>
      <w:r>
        <w:br/>
        <w:t>— Я швиденько повернуся. — Єнсі хихикнув і вибіг, регочучи що було сил. У дворі він захотів копнути курча, промазав і зареготав ще дужче. Думаю, він почувався дуже добре.</w:t>
      </w:r>
    </w:p>
    <w:p>
      <w:r>
        <w:br/>
        <w:t>— Краще йди і змайструй йому той пристрій, нехай стоїть напоготові, — сказала мамуся. — Давай хутчіш.</w:t>
      </w:r>
    </w:p>
    <w:p>
      <w:r>
        <w:br/>
        <w:t>— Добре, мамуся, — відповів я, а сам сидів секунду чи дві й думав. Мамуся взяла в руки мітлу.</w:t>
      </w:r>
    </w:p>
    <w:p>
      <w:r>
        <w:br/>
        <w:t>— Знаєш, мамусю...</w:t>
      </w:r>
    </w:p>
    <w:p>
      <w:r>
        <w:br/>
        <w:t>— Що?</w:t>
      </w:r>
    </w:p>
    <w:p>
      <w:r>
        <w:br/>
        <w:t>— Та нічого. — сказав я ухиляючись від мітли. Я вийшов, а сам все намагався розібратися, що ж мене непокоїть. Щось мене гризло, але я ніяк не міг зрозуміти що. Мені чомусь не хотілося майструвати пристрій, хоча для того не було підстав, нічого поганого в ньому не було.</w:t>
      </w:r>
    </w:p>
    <w:p>
      <w:r>
        <w:br/>
        <w:t>Я, все ж, пішов за дровітню і взявся за справу. Це зайняло в мене хвилин десять, щоправда, я не дуже поспішав. Потім повернувся додому з пристроєм і сказав, що він готовий. Татусь сказав мені заткнутися.</w:t>
      </w:r>
    </w:p>
    <w:p>
      <w:r>
        <w:br/>
        <w:t>Що ж, я сів і почав роздивлятися пристрій, а на душі в мене було неспокійно. Так чи йнак, а справа була в Єнсі. Нарешті я помітив, що він забув свій старий журнал, тож я його взяв і став читати оповідання під картинкою, намагаючись щось зрозуміти. Та де там.</w:t>
      </w:r>
    </w:p>
    <w:p>
      <w:r>
        <w:br/>
        <w:t>В оповіданні йшлося про якихось ненормальних горян, які вміли літати. Це був не фокус, але я не міг второпати жартує автор чи ні. По-моєму, люди й так достатньо кумедні, навіть якщо їх не показувати кумеднішими.</w:t>
      </w:r>
    </w:p>
    <w:p>
      <w:r>
        <w:br/>
        <w:t>Крім того, до серйозних речей треба ставитися серйозно. За словами перфесора, дуже багато людей вірить в науку й серйозно її сприймає. Коли він говорить про науку, в нього завжди світяться очі. Єдине чим це оповідання було добрим — в ньому не було дівчат. Дівчата змушують мене почуватися якось дивно.</w:t>
      </w:r>
    </w:p>
    <w:p>
      <w:r>
        <w:br/>
        <w:t>Користі від моїх думок однаково не було, тому я спустився в підвал погратися з малюком. Він вже завеликий для цієї цистерни. Мені він зрадів. Замигав на мене всіма чотирма очками по черзі. Справді гарненький.</w:t>
      </w:r>
    </w:p>
    <w:p>
      <w:r>
        <w:br/>
        <w:t>Та було щось в тому журналі вичитав, що весь цей час не давало мені спокою. По тілу в мене бігали мурашки, як колись давно в Лондоні, перед тією великою пожежею. Тоді ще багато померло від страшної хвороби.</w:t>
      </w:r>
    </w:p>
    <w:p>
      <w:r>
        <w:br/>
        <w:t>Це нагадало мені, як дідусь розповідав, що його так само трясло перед тим як затопило Атлантиду. Щоправда, дідусь може бачити майбутнє, хоча в цьому немає нічого доброго, тому що воно щоразу змінюється. Я ще не можу цього робити. Для цього я ще недостатньо дорослий. Але я нутром відчував щось недобре, навіть якщо ще нічого не трапилося.</w:t>
      </w:r>
    </w:p>
    <w:p>
      <w:r>
        <w:br/>
        <w:t>Я так стривожився, що майже зважився розбудити дідуся. Та раптом я почув шум нагорі. Я піднявся в кухню, а там Єнсі дудлить кукурудзяний самогон, що йому дала мамуся. Лишень я побачив старого шкарбуна, як в мене знову з'явилося це погане передчуття.</w:t>
      </w:r>
    </w:p>
    <w:p>
      <w:r>
        <w:br/>
        <w:t>Єнсі сказав: "ага", поставив глечик і запитав чи ми вже готові. Я показав на свій пристрій і відповів, що ось він, як він йому подобається?</w:t>
      </w:r>
    </w:p>
    <w:p>
      <w:r>
        <w:br/>
        <w:t>— Ось це й все? — здивувався Єнсі. — А сатану ви не збиралися викликати?</w:t>
      </w:r>
    </w:p>
    <w:p>
      <w:r>
        <w:br/>
        <w:t>— Немає потреби, — відрізав дядько Лес. — Лиш не для тебе, калоша ти нікчемна.</w:t>
      </w:r>
    </w:p>
    <w:p>
      <w:r>
        <w:br/>
        <w:t>Єнсі був страшенно задоволений.</w:t>
      </w:r>
    </w:p>
    <w:p>
      <w:r>
        <w:br/>
        <w:t>— Так, я такий, — відгукнувся він. — Слизький, як калоша, і наскрізь проспиртований. А як воно працює?</w:t>
      </w:r>
    </w:p>
    <w:p>
      <w:r>
        <w:br/>
        <w:t>— Та просто робить із одного тебе багато Єнсі, ось і все, — відповів я.</w:t>
      </w:r>
    </w:p>
    <w:p>
      <w:r>
        <w:br/>
        <w:t>Дотепер татусь сидів тихо, аж ось почав говорити якісь нісенітниці, мабуть вліз в голову до якогось прохвесора. Сам він таких довгих слів взагалі не знав.</w:t>
      </w:r>
    </w:p>
    <w:p>
      <w:r>
        <w:br/>
        <w:t>Я б теж не хотів би їх знати, від них навіть найпростіші речі заплутуються.</w:t>
      </w:r>
    </w:p>
    <w:p>
      <w:r>
        <w:br/>
        <w:t>— Кожен людський організм, — заговорив татусь набундючившись як ідіот, — це електромагнітний пристрій, що випромінює певний сигнал як мозком та тілом. Якщо змінити полярність на протилежну, то кожна ваша копія, Єнсі, автоматично буде притягуватися до кожного з існуючих людей, тому що протилежності притягуються. Але спершу вам потрібно буде ввійти в апарат Сонка й ваше тіло розіб'ють...</w:t>
      </w:r>
    </w:p>
    <w:p>
      <w:r>
        <w:br/>
        <w:t>— Но-но! — завив Єнсі.</w:t>
      </w:r>
    </w:p>
    <w:p>
      <w:r>
        <w:br/>
        <w:t>Гордий як павлін татусь продовжував,</w:t>
      </w:r>
    </w:p>
    <w:p>
      <w:r>
        <w:br/>
        <w:t>— ...на базові електронні матриці, які потім можна нескінченно копіювати, точно так само як можна зробити мільйони ідентичних дзеркальних копій того самого відбитка — негативи замість позитивів. Оскільки для електромагнітних хвиль земні відстані незначні, кожну копію миттєво притягне кожен з жителів світу, — продовжував татусь як заведений. — Та оскільки два тіла не можуть бути в одному й тому ж місці простору-часу, то станеться автоматичний просторовий зсув і кожну Єнсі-копію відкине десь на півметра від кожної людини.</w:t>
      </w:r>
    </w:p>
    <w:p>
      <w:r>
        <w:br/>
        <w:t>— Ви забули намалювати пентаграму, — сказав Єнсі тривожно озираючись навколо. — Це найжахливіше заклинання, яке я чув в своєму житті. Я думав, ви сказала, що не збираєтесь викликати сатану.</w:t>
      </w:r>
    </w:p>
    <w:p>
      <w:r>
        <w:br/>
        <w:t>Чи тому, що Єнсі й справді був схожим на сатану, чи ще чомусь, але я не зміг більше терпіти це дивне й неприємне передчуття. Я розбудив дідуся. Подумки, звичайно, ну, і малюк поміг — ніхто нічого не помітив. Відразу ж на горищі щось заколихалося: це дідусь трохи підняв себе й прокинувся. Й відразу на нас хлинув потік його лайки.</w:t>
      </w:r>
    </w:p>
    <w:p>
      <w:r>
        <w:br/>
        <w:t>Лайку ж чули всі, крім Єнсі. Татусь перестав блазнювати й стулив пельку.</w:t>
      </w:r>
    </w:p>
    <w:p>
      <w:r>
        <w:br/>
        <w:t>— Недоумки! — кричав розлютований дідусь. — Ледарі! Чого ж ви хочете, не дивно, що мені снилися погані сни. В гарненьку ж ти влип історію, Сонку. Чуття в тебе немає, чи що? Невже не зрозумів, що надумав цей підступний пройдисвіт? Берись-но за розум, Сонку, та швидше, а то ти й після повноліття залишишся дитям. — Потім він додав щось на санскриті. Дідусь прожив таке довге життя, що іноді плутає мови.</w:t>
      </w:r>
    </w:p>
    <w:p>
      <w:r>
        <w:br/>
        <w:t>— Годі, дідусю, — подумки сказала мамуся, — що такого накоїв Сонк?</w:t>
      </w:r>
    </w:p>
    <w:p>
      <w:r>
        <w:br/>
        <w:t>— Ви всі це накоїли! — заволав дідусь. — Невже не можна співставити причину й наслідок? Сонку, що за зображення ти бачив в тому бульварному журнальчику Єнсі? Чого б це він змінив свій намір, коли честі в нього не більше, ніж у старої звідниці? Ти хочеш, щоб світ дочасно збезлюдів? Запитай-но Єнсі, що в нього в кишені штанів, чорт би тебе побрав!</w:t>
      </w:r>
    </w:p>
    <w:p>
      <w:r>
        <w:br/>
        <w:t>— Містер Єнсі, що у вас у кишені штанів? — запитав я</w:t>
      </w:r>
    </w:p>
    <w:p>
      <w:r>
        <w:br/>
        <w:t>— Га? — він запустив лапу в кишеню й витяг відтіля здоровенний іржавий гайковий ключ. — Ти про це? Я його підібрав за сараєм. — А сам хитро так дивиться.</w:t>
      </w:r>
    </w:p>
    <w:p>
      <w:r>
        <w:br/>
        <w:t>— Навіщо він вам? — швидко запитала мамуся.</w:t>
      </w:r>
    </w:p>
    <w:p>
      <w:r>
        <w:br/>
        <w:t>Єнсі недобре так на нас подивився.</w:t>
      </w:r>
    </w:p>
    <w:p>
      <w:r>
        <w:br/>
        <w:t>— Не приховуватиму, я маю намір дати по голові всім, кожнісінькій душі у всьому світі, і ви обіцяли мені допомогти.</w:t>
      </w:r>
    </w:p>
    <w:p>
      <w:r>
        <w:br/>
        <w:t>— Господи помилуй, — тільки й сказала мамуся.</w:t>
      </w:r>
    </w:p>
    <w:p>
      <w:r>
        <w:br/>
        <w:t>— Ось так! — засміявся Єнсі. — Коли ви мене зачаклуєте, я опинюся скрізь, де є хоч хтось ще, і буду стояти в людини за спиною. Я їх всіх добряче стукну. В такому разі я зможу бути спокійним. Одним з них неодмінно буде той хлопець, який мені потрібен, і він отримає від мене боржок тридцятирічної давнини.</w:t>
      </w:r>
    </w:p>
    <w:p>
      <w:r>
        <w:br/>
        <w:t>— Який хлопець? — запитав я. — Той, про якого ви мені розповідали, якого зустріли в Нью-Йорку? Я думав, що ви заборгували йому гроші.</w:t>
      </w:r>
    </w:p>
    <w:p>
      <w:r>
        <w:br/>
        <w:t>— Я ніколи не говорив нічого подібного, — огризнувся Єнсі. — Борг є борг, чи то гроші чи ляпас. Ніхто не може безкарно наступити на мій мозоль, і не важливо тридцять років тому чи не тридцять.</w:t>
      </w:r>
    </w:p>
    <w:p>
      <w:r>
        <w:br/>
        <w:t>— Він наступив вам на мозоль? — запитав татусь. — Оце й все?</w:t>
      </w:r>
    </w:p>
    <w:p>
      <w:r>
        <w:br/>
        <w:t>— Та так. Я тоді був напідпитку, але пригадую, що спустився якимись сходам під землю, а там їздили потяги.</w:t>
      </w:r>
    </w:p>
    <w:p>
      <w:r>
        <w:br/>
        <w:t>— Ви були п'яні.</w:t>
      </w:r>
    </w:p>
    <w:p>
      <w:r>
        <w:br/>
        <w:t>— Звичайно був, — погодився Єнсі. — Не може ж бути, щоб під землею справді їздили потяги! Але я абсолютно впевнений, що той хлопець, який наступив мені на мозоль, мені не приснився. Я ще й досі відчуваю біль. Ох, і розлютився ж я тоді. Був такий натовп, що я й рухнутися не міг, і я навіть толком не роздивився того хлопця, що наступив мені на ногу.</w:t>
      </w:r>
    </w:p>
    <w:p>
      <w:r>
        <w:br/>
        <w:t>Поки я замахнувся ціпком, він був уже далеко. Так я й не знаю, як він виглядає. Може, він взагалі жінка, але це неважливо. Нізащо не помру, поки не розрахуюсь зі всіма боргами й з усіма, хто зі мною по-свинськи повівся. Я в житті не пробачав кривдникам, а кривдили мене майже всі, кого я зустрічав.</w:t>
      </w:r>
    </w:p>
    <w:p>
      <w:r>
        <w:br/>
        <w:t>Вже зовсім роздратувався Єнсі Тарбел. Він продовжував далі:</w:t>
      </w:r>
    </w:p>
    <w:p>
      <w:r>
        <w:br/>
        <w:t>— Ось я й подумав, що однаково не знаю, хто мені наступив на мозоль, то вже краще для певності, вдарити всіх, і чоловіків, і жінок, і дітей.</w:t>
      </w:r>
    </w:p>
    <w:p>
      <w:r>
        <w:br/>
        <w:t>— Легше на поворотах, — сказав я. — Тридцять років тому нинішні діти ще не народилися, і це ви самі знаєте.</w:t>
      </w:r>
    </w:p>
    <w:p>
      <w:r>
        <w:br/>
        <w:t>— Не має значення, — буркнув Єнсі. — Я тут думав-гадав, і прийшла мені у голову жахлива думка: а раптом той хлопець взяв та й помер? Тридцять років – чималий термін. Але потім я прикинув, що навіть якщо й помер, міг же ж він спочатку одружитися й завести дітей. Якщо не судилося поквитатися з ним самим, то я хоч із дітьми його поквитаюсь. Гріхи батьків... Це із священного писання. Якщо вдарю всіх людей в світі, то вже точно не помилюся.</w:t>
      </w:r>
    </w:p>
    <w:p>
      <w:r>
        <w:br/>
        <w:t>— Хогбенів ви не вдарите, — сказала мамуся. — Ніхто з нас не їздив до Нью-Йорку з тих пір, як вас ще на світі не було. Тобто я хочу сказати, що ми там взагалі не були. Так що нас ви сюди не вплутуйте. А може, краще візьмете мільйон доларів? Або може хочете стати молодим, чи ще щось таке? Ми можемо вам влаштувати, тільки відмовтеся від своєї злої забаганки.</w:t>
      </w:r>
    </w:p>
    <w:p>
      <w:r>
        <w:br/>
        <w:t>— Я не збираюся, — відповів упертий Єнсі. — Ви поклялися, що допоможете мені.</w:t>
      </w:r>
    </w:p>
    <w:p>
      <w:r>
        <w:br/>
        <w:t>— Ми не зобов'язані виконувати таку обіцянку, — почала мамуся, та тут втрутився дідусь з горища.</w:t>
      </w:r>
    </w:p>
    <w:p>
      <w:r>
        <w:br/>
        <w:t>— Слово Хогбена — закон, — сказав він. — Це наше зобов'язання. Ми повинні виконати те, що пообіцяли цьому бовдуру. Але виконавши обіцянку надалі не матимемо перед ним жодних зобов'язань.</w:t>
      </w:r>
    </w:p>
    <w:p>
      <w:r>
        <w:br/>
        <w:t>— Ага! — сказав я, ніби піймавши його думку. — У такому випадку... Містере Єнсі, а що саме ми вам обіцяли, дослівно?</w:t>
      </w:r>
    </w:p>
    <w:p>
      <w:r>
        <w:br/>
        <w:t>Він покрутив гайковим ключем у мене перед носом.</w:t>
      </w:r>
    </w:p>
    <w:p>
      <w:r>
        <w:br/>
        <w:t>— Ви розділите мене рівно на таку кількість людей, скільки жителів є на землі, і я стану поруч з кожним з них. Ви дали слово честі, що допоможете мені це зробити. Не намагайтеся хитрувати.</w:t>
      </w:r>
    </w:p>
    <w:p>
      <w:r>
        <w:br/>
        <w:t>— Я не хитрую, — сказав я. — Треба тільки внести ясність, щоб ви були задоволені й потім не скаржилися. Але є одна умова. Ріст у вас буде такий же, як у людини, з якою ви будете стояти поруч.</w:t>
      </w:r>
    </w:p>
    <w:p>
      <w:r>
        <w:br/>
        <w:t>— Що?</w:t>
      </w:r>
    </w:p>
    <w:p>
      <w:r>
        <w:br/>
        <w:t>— Це я запросто влаштую. Коли ви ввійдете в пристрій, у світі з'явиться два мільярди двісті п'ятдесят мільйонів дев'ятсот п'ятдесят дев'ять тисяч дев'ятсот двадцять Єнсі. Тепер уявіть, що один з цих Єнсі опиниться поруч з двометровим здорованем. Це буде не дуже й приємно, чи не так?</w:t>
      </w:r>
    </w:p>
    <w:p>
      <w:r>
        <w:br/>
        <w:t>— Тоді нехай я буду триметровий, — каже Єнсі.</w:t>
      </w:r>
    </w:p>
    <w:p>
      <w:r>
        <w:br/>
        <w:t>— Ні, сер. Єнсі буде саме такого зросту як і той, кого він відвідає. Якщо ви відвідаєте дитину зростом півметра, ваш зріст теж буде тільки півметра. Справедливість є справедливість. Погоджуйтеся, або все відміняється. І ще одне — сили у вас буде стільки ж, як і у вашого супротивника.</w:t>
      </w:r>
    </w:p>
    <w:p>
      <w:r>
        <w:br/>
        <w:t>Видно він зрозумів, що я не жартую. Зважив в руці гайковий ключ.</w:t>
      </w:r>
    </w:p>
    <w:p>
      <w:r>
        <w:br/>
        <w:t>— А як я повернуся? — запитав.</w:t>
      </w:r>
    </w:p>
    <w:p>
      <w:r>
        <w:br/>
        <w:t>— Ми про це потурбуємося, — відповів я. — Даю вам п'ять секунд. Достатньо, щоб махнути гайковим ключем, правда?</w:t>
      </w:r>
    </w:p>
    <w:p>
      <w:r>
        <w:br/>
        <w:t>— Малувато.</w:t>
      </w:r>
    </w:p>
    <w:p>
      <w:r>
        <w:br/>
        <w:t>— Якщо ви затримаєтесь довше, хтось встигне дати вам здачі.</w:t>
      </w:r>
    </w:p>
    <w:p>
      <w:r>
        <w:br/>
        <w:t>— Так, дійсно. — крізь кірку бруду стало помітно, що Єнсі сполотнів. — Вистачить і п'яти секунд.</w:t>
      </w:r>
    </w:p>
    <w:p>
      <w:r>
        <w:br/>
        <w:t>— Отже, що коли ми це зробимо, ви будете задоволені? Скаржитися не прибіжите?</w:t>
      </w:r>
    </w:p>
    <w:p>
      <w:r>
        <w:br/>
        <w:t>Він помахав гайковим ключем і засміявся.</w:t>
      </w:r>
    </w:p>
    <w:p>
      <w:r>
        <w:br/>
        <w:t>— Нічого кращого й не треба, — відповів. — Ох же ж і порозбиваю я їм голови. Хе-хе-хе.</w:t>
      </w:r>
    </w:p>
    <w:p>
      <w:r>
        <w:br/>
        <w:t>— Тоді, ставайте ось тут, — скомандував я й показав, де саме. — Хоча, почекайте. Краще я спершу спробую сам, переконаюся, що все справне.</w:t>
      </w:r>
    </w:p>
    <w:p>
      <w:r>
        <w:br/>
        <w:t>Я взяв поліно з ящика, що стояв біля плити й підморгнув Єнсі.</w:t>
      </w:r>
    </w:p>
    <w:p>
      <w:r>
        <w:br/>
        <w:t>— Приготуйтеся, — сказав я. — Як тільки я повернуся, тієї ж миті сюди ввійдете ви.</w:t>
      </w:r>
    </w:p>
    <w:p>
      <w:r>
        <w:br/>
        <w:t>Мамуся хотіла щось сказати, та несподівано дідусь на горищі зайшовся реготом. Напевно, знову заглянув у майбутнє.</w:t>
      </w:r>
    </w:p>
    <w:p>
      <w:r>
        <w:br/>
        <w:t>Я ввійшов у пристрій, і він спрацював як і мав. Я й кліпнути не встиг, як мене розщепило на два мільярди двісті п'ятдесят мільйонів дев'ятсот п'ятдесят дев'ять тисяч дев'ятсот дев'ятнадцять Сонків Хогбенів.</w:t>
      </w:r>
    </w:p>
    <w:p>
      <w:r>
        <w:br/>
        <w:t>Одного, звичайно, не вистачало, тому що я пропустив Єнсі, і, звичайно, Хогбени не значаться в жодному переписі населення.</w:t>
      </w:r>
    </w:p>
    <w:p>
      <w:r>
        <w:br/>
        <w:t>Та ось я опинився перед всіма жителями всього світу, крім родини Хогбенів і самого Єнсі. Це був відчайдушний вчинок.</w:t>
      </w:r>
    </w:p>
    <w:p>
      <w:r>
        <w:br/>
        <w:t>Я й не знав, що на світі стільки різних облич! Вони були всіх кольорів шкіри, з бородами й без, одягнені й голі як палець, дуже високі й карлики, половину я побачив вдень, а половину — вночі. В мене просто закрутилася голова.</w:t>
      </w:r>
    </w:p>
    <w:p>
      <w:r>
        <w:br/>
        <w:t>Якусь мить мені здавалося, що я взнаю когось з Пайпервілля, включно з шерифом, але той злився з дамою в намисті, яка цілилася в кенгуру, а дама перетворилася в чоловіка, вирядженого, що просто жах, — він виголошував промову десь у величезній залі.</w:t>
      </w:r>
    </w:p>
    <w:p>
      <w:r>
        <w:br/>
        <w:t>Але й крутилася ж в мене голова.</w:t>
      </w:r>
    </w:p>
    <w:p>
      <w:r>
        <w:br/>
        <w:t>Я сконцентрувався, та вже й треба було йти, тому що всі вже мене помітили. Ясна річ, що їм здалося ніби я раптом вигулькнув перед ними, і... загалом, було з вами колись таке, щоб два мільярда двісті п'ятдесят мільйонів дев'ятсот п'ятдесят дев'ять тисяч дев'ятсот дев'ятнадцять чоловік втупилися вам прямо в очі? Це просто жахливо. Навіть забув, що збирався зробити. Лише неначе чув голос дідуся, що говорив мені поквапитися.</w:t>
      </w:r>
    </w:p>
    <w:p>
      <w:r>
        <w:br/>
        <w:t>Ось я й тицьнув поліно, яке тримав, тільки тепер це було два мільярда двісті п'ятдесят мільйонів дев'ятсот п'ятдесят дев'ять тисяч дев'ятсот дев'ятнадцять полін, у стільки ж рук, а сам його випустив. Деякі люди теж відразу його випустили, але більшість вчепились в нього. Тоді я взявся пригадувати промову, яку збирався виголосити, — сказати, щоб люди вдарили першими, не чекаючи, поки Єнсі замахнеться гайковим ключем.</w:t>
      </w:r>
    </w:p>
    <w:p>
      <w:r>
        <w:br/>
        <w:t>Але я якось дуже засоромився. Було якось дивно. Всі люди світу дивилися просто на мене, і від цього я так зніяковів, що навіть рота не зміг відкрити. На додачу до цього дідусь заволав, що в мене залишилася рівно секунда, так що про промову вже й мріяти не доводилося. Через секунду я повернувся в нашу кухню, а там старий Єнсі вже рвався в пристрій й розмахував гайковим ключем. А я так нікого й не попередив. Тільки й встиг, що дав кожному по поліну.</w:t>
      </w:r>
    </w:p>
    <w:p>
      <w:r>
        <w:br/>
        <w:t>Як же ж вони на мене повитріщалися! Так, наче б я стояв голий. У них аж очі на лоб повилізали. А коли я почав потоншуватися по краях, як бісквіт, я... навіть не знаю, що на мене найшло. Думаю, що то від зніяковілості. Може, і не варто було так робити, але... я це зробив!</w:t>
      </w:r>
    </w:p>
    <w:p>
      <w:r>
        <w:br/>
        <w:t>І знову опинився в кухні. На горищі дідусь помирав зо сміху. Мені здається, що у старого джентльмена дивне почуття гумору. Але в мене не було часу з ним розбиратися, бо Єнсі шаснув повз мене прямісінько в пристрій. Він розчинився в повітрі, так як і я перед тим. Як і я, він розщепився на стільки ж людей, скільки у світі жителів, і стояв тепер перед усіма ними.</w:t>
      </w:r>
    </w:p>
    <w:p>
      <w:r>
        <w:br/>
        <w:t>Мамуся, татусь і дядько Лес дивилися на мене дуже суворо. Я засовався на місці.</w:t>
      </w:r>
    </w:p>
    <w:p>
      <w:r>
        <w:br/>
        <w:t>— Все нормально, — сказав я. — Якщо в людини вистачає підлості бити маленьких дітей по голові, він заслуговує того, що... — я зупинився й подивився на пристрій, — ...що отримав, — закінчив я, коли Єнсі з'явився знову. Лютішої гримучої змії я ще в житті не бачив. Оце так, так!</w:t>
      </w:r>
    </w:p>
    <w:p>
      <w:r>
        <w:br/>
        <w:t>Здається майже кожен в цілому світі приклав руку до містера Єнсі. В нього навіть не було шансу замахнутися гайковим ключем. Увесь світ вдарив першим.</w:t>
      </w:r>
    </w:p>
    <w:p>
      <w:r>
        <w:br/>
        <w:t>Ось так! Виглядів містер Єнсі дуже жалюгідно.</w:t>
      </w:r>
    </w:p>
    <w:p>
      <w:r>
        <w:br/>
        <w:t>Та кричати він ще міг. Його лемент було чутно за цілу милю. Він кричав, що його надули. Він хотів ще одну спробу, і тепер він прихопив би свою стріляючу залізяку й фінку. Зрештою мамусі набридло, вона схопила Єнсі за комір і так струсонула, що в нього зацокотіли зуби.</w:t>
      </w:r>
    </w:p>
    <w:p>
      <w:r>
        <w:br/>
        <w:t>— У священному писанні сказано! — виголосила вона несамовито. — Слухай, ти, паршивцю, вилупку невдячний! У Біблії сказано — око за око, чи не так? Ми дотрималися слова, і ніхто нас ні в чому не дорікне.</w:t>
      </w:r>
    </w:p>
    <w:p>
      <w:r>
        <w:br/>
        <w:t>— Воістину так, — погодився з горища дідусь.</w:t>
      </w:r>
    </w:p>
    <w:p>
      <w:r>
        <w:br/>
        <w:t>— Йдіть но краще додому й полікуєтеся арнікою, — сказала мамуся, ще раз струснувши Єнсі. — І щоб вашої ноги тут не було, а то малюка на вас напустимо.</w:t>
      </w:r>
    </w:p>
    <w:p>
      <w:r>
        <w:br/>
        <w:t>— Але я ж не поквитався! — бушував Єнсі.</w:t>
      </w:r>
    </w:p>
    <w:p>
      <w:r>
        <w:br/>
        <w:t>— Ви, по-моєму, ніколи не поквитаєтесь, — вставив я. — Просто життя не вистачить, щоб поквитатися з усім світом, містере Єнсі.</w:t>
      </w:r>
    </w:p>
    <w:p>
      <w:r>
        <w:br/>
        <w:t>Поступово до Єнсі все дійшло, і його як громом уразило. Він почервонів, як борщ, крякнув і почав лаятися. Дядько Лес потягнувся за коцюбою, але в цьому не було потреби.</w:t>
      </w:r>
    </w:p>
    <w:p>
      <w:r>
        <w:br/>
        <w:t>— Увесь клятий світ мене скривдив! — хникав Єнсі, обхопивши голову руками.</w:t>
      </w:r>
    </w:p>
    <w:p>
      <w:r>
        <w:br/>
        <w:t>— Зі світу зживають! Якого біса вони стукнули першими? Тут щось не так!</w:t>
      </w:r>
    </w:p>
    <w:p>
      <w:r>
        <w:br/>
        <w:t>— Тихше. — Я раптом зрозумів, що лихо ще зовсім не пройшло стороною, як щойно думав. — Послухайте, хтось чує щось з села?</w:t>
      </w:r>
    </w:p>
    <w:p>
      <w:r>
        <w:br/>
        <w:t>Навіть Єнсі вгамувався, коли ми почали прислухатися.</w:t>
      </w:r>
    </w:p>
    <w:p>
      <w:r>
        <w:br/>
        <w:t>— Нічого не чути, — сказала мамуся.</w:t>
      </w:r>
    </w:p>
    <w:p>
      <w:r>
        <w:br/>
        <w:t>— Сонк правий, — вступив у розмову дідусь. — Це ж бо й погано.</w:t>
      </w:r>
    </w:p>
    <w:p>
      <w:r>
        <w:br/>
        <w:t>Тут усі зметикували, у чому справа, — всі, крім Єнсі. Тому що тепер у Пайпервіллі повинна була б піднятися страшна метушня. Не забувайте, ми з Єнсі відвідали увесь світ, а отже, і Пайпервілль; люди не можуть спокійно ставитися до таких витівок. Повинен же ж бути хоч якийсь лемент.</w:t>
      </w:r>
    </w:p>
    <w:p>
      <w:r>
        <w:br/>
        <w:t>— Чого це ви всі стоїте наче бовдури? — закричав Єнсі. — Ви повинні допомогти мені поквитатися!</w:t>
      </w:r>
    </w:p>
    <w:p>
      <w:r>
        <w:br/>
        <w:t>Я не звертав на нього уваги. Підійшов до пристрою й уважно його оглянув. За хвилину я зрозумів, де саме я помилився. Напевно, дідусь зрозумів це так само швидко, як і я. Треба було чути, як він сміявся. Сподіваюся, сміх пішов йому на користь. Інколи його почуття гумору надзвичайно особливе.</w:t>
      </w:r>
    </w:p>
    <w:p>
      <w:r>
        <w:br/>
        <w:t>— Я тут трошки помилився з цим пристроєм, мамусю, — зізнався я. — Саме тому в Пайпервіллі така тиша.</w:t>
      </w:r>
    </w:p>
    <w:p>
      <w:r>
        <w:br/>
        <w:t>— Справді так, клянуся богом, — вимовив дідусь крізь сміх. — Сонку варто краще пошукати схованку. Змиватися треба, синку.</w:t>
      </w:r>
    </w:p>
    <w:p>
      <w:r>
        <w:br/>
        <w:t>— Ти зробив щось, чого не варто було робити, Сонку? — запитала мамуся.</w:t>
      </w:r>
    </w:p>
    <w:p>
      <w:r>
        <w:br/>
        <w:t>— Триндите, триндите, триндите! — заверещав Єнсі. — Я вимагаю того, що належить мені по праву! Я хочу знати, що таке зробив Сонк, від чого всі люди світу дали мене по голові? Він же щось зробив! Я так і не встиг...</w:t>
      </w:r>
    </w:p>
    <w:p>
      <w:r>
        <w:br/>
        <w:t>— Дайте ж хлопцю спокій, містере Єнсі, — сказала мамуся. — Ми виконали свою обіцянку, і досить. Забирайтесь но звідси геть й охолоньте, а то ще бовкнете щось таке, про що самі потім пошкодуєте.</w:t>
      </w:r>
    </w:p>
    <w:p>
      <w:r>
        <w:br/>
        <w:t>Татусь підморгнув дядькові Лесу, і, перш ніж Єнсі почав лаятися у відповідь, стіл підігнув ніжки, неначе в них були коліна, і тихенько шаснув Єнсі за спину. Потім татусь сказав дядькові Лесу: "раз, два — взяли", стіл розпрямив ніжки й дав Єнсі такого стусана, що той вилетів в двері.</w:t>
      </w:r>
    </w:p>
    <w:p>
      <w:r>
        <w:br/>
        <w:t>Останнє, що ми чули, були крики Єнсі, коли він стрімголов котився с пагорба. Як я взнав пізніше, так він прокотився півдороги до Пайпервілля. А коли дістався туди, то почав бити людей гайковим ключем по голові.</w:t>
      </w:r>
    </w:p>
    <w:p>
      <w:r>
        <w:br/>
        <w:t>Мабуть він вирішив здійснити свій задум складнішим шляхом.</w:t>
      </w:r>
    </w:p>
    <w:p>
      <w:r>
        <w:br/>
        <w:t>Його на деякий час за ґрати, щоб охолов, і він, напевно, отямився, тому що зрештою повернувся у свою халупку. Кажуть, він нічого не робить, тільки сидить собі, ворушить губами — прикидає, як би йому звести рахунки з цілим світом. Та навряд чи йому це вдасться.</w:t>
      </w:r>
    </w:p>
    <w:p>
      <w:r>
        <w:br/>
        <w:t>Втім, тоді мені було не до Єнсі. У мене своїх турбот вистачало. Тільки но татусь з дядьком Лесом поставили стіл на місце, як до мене знову причепилася мамуся.</w:t>
      </w:r>
    </w:p>
    <w:p>
      <w:r>
        <w:br/>
        <w:t>— Сонку, поясни, що трапилося, — зажадала вона. — Я боюся, чи не витворив ти чогось, коли сам був у пристрої. Пам'ятай синку, ти — Хогбен. Ти повинен добре поводитися, особливо, коли на тебе дивиться увесь світ. Ти ж не знеславив нас перед людством, га, Сонку?</w:t>
      </w:r>
    </w:p>
    <w:p>
      <w:r>
        <w:br/>
        <w:t>Дідусь знову засміявся.</w:t>
      </w:r>
    </w:p>
    <w:p>
      <w:r>
        <w:br/>
        <w:t>— Поки що ні, — сказав він. Потім я почув, як в підвалі, у малюка в горлі булькнуло, і зрозумів, що він теж все бачив. Дивовижно, ніколи не знаєш, чого ще чекати від малюка. Отже, він теж може заглядати трішки в майбутнє.</w:t>
      </w:r>
    </w:p>
    <w:p>
      <w:r>
        <w:br/>
        <w:t>— Мамусю, я зробив лиш маленьку помилку, — сказав я. — З кожним може трапитися. Я зібрав пристрій так, щоб він розщепив мене багато Сонків, вірно, але ще він відправив мене в майбутнє, в наступний тиждень. Тому в Пайпервіллі ще не піднявся тарарам.</w:t>
      </w:r>
    </w:p>
    <w:p>
      <w:r>
        <w:br/>
        <w:t>— Це ж треба! — сказала мамуся. — Хлопчику, до чого ж ти недбалий!</w:t>
      </w:r>
    </w:p>
    <w:p>
      <w:r>
        <w:br/>
        <w:t>— Мамусю, пробач. Погано те, що в Пайпервіллі багато хто мене знає. Я краще втечу в ліс, відшукаю собі якнайбільше дупло. На наступному тижні воно мені згодиться.</w:t>
      </w:r>
    </w:p>
    <w:p>
      <w:r>
        <w:br/>
        <w:t>— Сонку, — сказала мамуся. — Ти щось натворив. Рано чи пізно я сама все взнаю, так що краще скажи зараз.</w:t>
      </w:r>
    </w:p>
    <w:p>
      <w:r>
        <w:br/>
        <w:t>Добре, будь що буде, адже я знав, що вона права. Ось я й розповів їй всю правду, та й вам можу. Ви ж все одно взнаєте наступного тижня. Це просто доводить, що від усього не вбережешся. Рівно через тиждень увесь світ добряче здивується, коли я звалюся наче з неба, дам всім по поліну, а потім відійду на крок і плюну прямо в очі.</w:t>
      </w:r>
    </w:p>
    <w:p>
      <w:r>
        <w:br/>
        <w:t>По-моєму, два мільярди двісті п'ятдесят мільйонів дев'ятсот п'ятдесят дев'ять тисяч дев'ятсот дев'ятнадцять — це все населення Землі!</w:t>
      </w:r>
    </w:p>
    <w:p>
      <w:r>
        <w:br/>
        <w:t>Агов, всі!</w:t>
      </w:r>
    </w:p>
    <w:p>
      <w:r>
        <w:br/>
        <w:t>До наступного тижня!</w:t>
      </w:r>
    </w:p>
    <w:p>
      <w:r>
        <w:br/>
        <w:t>До зустрічі!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зустрічі!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