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Варки</w:t>
      </w:r>
    </w:p>
    <w:p>
      <w:r>
        <w:br/>
        <w:t xml:space="preserve"> Ну, дядино Варко!&lt;br /&gt;</w:t>
        <w:br/>
        <w:t>Прийшлось було шпарко:&lt;br /&gt;</w:t>
        <w:br/>
        <w:t>Таке напало,&lt;br /&gt;</w:t>
        <w:br/>
        <w:t>Опановало,&lt;br /&gt;</w:t>
        <w:br/>
        <w:t>Що притьмом згинуть&lt;br /&gt;</w:t>
        <w:br/>
        <w:t>І ноги одкинуть!&lt;br /&gt;</w:t>
        <w:br/>
        <w:t>Груди підперло,&lt;br /&gt;</w:t>
        <w:br/>
        <w:t>Нутро замерло;&lt;br /&gt;</w:t>
        <w:br/>
        <w:t>Очі — цибульки,&lt;br /&gt;</w:t>
        <w:br/>
        <w:t>На носі бурульки,&lt;br /&gt;</w:t>
        <w:br/>
        <w:t>А з носа... крий боже!&lt;br /&gt;</w:t>
        <w:br/>
        <w:t>Що й сказать не гоже:&lt;br /&gt;</w:t>
        <w:br/>
        <w:t>Знай, хлюпа і плюска,&lt;br /&gt;</w:t>
        <w:br/>
        <w:t>Мов в калюжі гуска!&lt;br /&gt;</w:t>
        <w:br/>
        <w:t>А в пельці ж то, в пельці!&lt;br /&gt;</w:t>
        <w:br/>
        <w:t>Неначе в бутельці;&lt;br /&gt;</w:t>
        <w:br/>
        <w:t>Зашпунтовало,&lt;br /&gt;</w:t>
        <w:br/>
        <w:t>Замуцьовало,&lt;br /&gt;</w:t>
        <w:br/>
        <w:t>Що ні ковтнути,&lt;br /&gt;</w:t>
        <w:br/>
        <w:t>Ані дихнути!&lt;br /&gt;</w:t>
        <w:br/>
        <w:t>Так тебе скрутить,-&lt;br /&gt;</w:t>
        <w:br/>
        <w:t>Аж баньки помутить,-&lt;br /&gt;</w:t>
        <w:br/>
        <w:t>А в роті бридко,&lt;br /&gt;</w:t>
        <w:br/>
        <w:t>Що й плямкнуть гидко:&lt;br /&gt;</w:t>
        <w:br/>
        <w:t>Приміром, вівці&lt;br /&gt;</w:t>
        <w:br/>
        <w:t>Стояли на днівці!..&lt;br /&gt;</w:t>
        <w:br/>
        <w:t>Язик — мов з сириці,&lt;br /&gt;</w:t>
        <w:br/>
        <w:t>На язиці печериці...&lt;br /&gt;</w:t>
        <w:br/>
        <w:t>Така нудота,&lt;br /&gt;</w:t>
        <w:br/>
        <w:t>Шо й вмерти б охота!&lt;br /&gt;</w:t>
        <w:br/>
        <w:t>А тіло мліє,&lt;br /&gt;</w:t>
        <w:br/>
        <w:t>В очах жовтіє,&lt;br /&gt;</w:t>
        <w:br/>
        <w:t>І млосно, і нудно,&lt;br /&gt;</w:t>
        <w:br/>
        <w:t>І так якось чудно:&lt;br /&gt;</w:t>
        <w:br/>
        <w:t>Все б то на воміти...&lt;br /&gt;</w:t>
        <w:br/>
        <w:t>От жінка й діти&lt;br /&gt;</w:t>
        <w:br/>
        <w:t>Голосять: "Тату!&lt;br /&gt;</w:t>
        <w:br/>
        <w:t>Покличмо в хату&lt;br /&gt;</w:t>
        <w:br/>
        <w:t>Варку, то, може,&lt;br /&gt;</w:t>
        <w:br/>
        <w:t>Трохи поможе!"&lt;br /&gt;</w:t>
        <w:br/>
        <w:t>Покликали Варку,&lt;br /&gt;</w:t>
        <w:br/>
        <w:t>Піднесли їй чарку:&lt;br /&gt;</w:t>
        <w:br/>
        <w:t>Вона ж як погляне.&lt;br /&gt;</w:t>
        <w:br/>
        <w:t>"Се,— каже,— погане!&lt;br /&gt;</w:t>
        <w:br/>
        <w:t>Се, бач, од пристріту!&lt;br /&gt;</w:t>
        <w:br/>
        <w:t>Подай воду гріту!"&lt;br /&gt;</w:t>
        <w:br/>
        <w:t>Подали водиці&lt;br /&gt;</w:t>
        <w:br/>
        <w:t>І кухоль з полиці.&lt;br /&gt;</w:t>
        <w:br/>
        <w:t>Звернула до сходу,&lt;br /&gt;</w:t>
        <w:br/>
        <w:t>Подула на воду.&lt;br /&gt;</w:t>
        <w:br/>
        <w:t>Перехрестилась&lt;br /&gt;</w:t>
        <w:br/>
        <w:t>І помолилась;&lt;br /&gt;</w:t>
        <w:br/>
        <w:t>І над водою —&lt;br /&gt;</w:t>
        <w:br/>
        <w:t>Кив головою!&lt;br /&gt;</w:t>
        <w:br/>
        <w:t>Кивала-кивала,&lt;br /&gt;</w:t>
        <w:br/>
        <w:t>Шептала-шептала,&lt;br /&gt;</w:t>
        <w:br/>
        <w:t>Подивилась в вічі,&lt;br /&gt;</w:t>
        <w:br/>
        <w:t>І сплюнувши тричі,&lt;br /&gt;</w:t>
        <w:br/>
        <w:t>Та й бурх солі в склянку,&lt;br /&gt;</w:t>
        <w:br/>
        <w:t>Мабуть, з хвиліжанку!&lt;br /&gt;</w:t>
        <w:br/>
        <w:t>"Випий же,-каже,-&lt;br /&gt;</w:t>
        <w:br/>
        <w:t>Жінка дьогтем змаже".&lt;br /&gt;</w:t>
        <w:br/>
        <w:t>Випив, скривився,&lt;br /&gt;</w:t>
        <w:br/>
        <w:t>Трохи не скрутився!&lt;br /&gt;</w:t>
        <w:br/>
        <w:t>Бридка од одмінка!&lt;br /&gt;</w:t>
        <w:br/>
        <w:t>От шмарує жінка;&lt;br /&gt;</w:t>
        <w:br/>
        <w:t>Вона ж ялозить,&lt;br /&gt;</w:t>
        <w:br/>
        <w:t>А тут морозить;&lt;br /&gt;</w:t>
        <w:br/>
        <w:t>А піт підо мною&lt;br /&gt;</w:t>
        <w:br/>
        <w:t>Ропа ропою!&lt;br /&gt;</w:t>
        <w:br/>
        <w:t>Я зціплю зуби —&lt;br /&gt;</w:t>
        <w:br/>
        <w:t>Трусяться губи...&lt;br /&gt;</w:t>
        <w:br/>
        <w:t>Тут — гульк! — надо мною&lt;br /&gt;</w:t>
        <w:br/>
        <w:t>Нічною добою&lt;br /&gt;</w:t>
        <w:br/>
        <w:t>Скоїлось диво —&lt;br /&gt;</w:t>
        <w:br/>
        <w:t>З сирівцю пиво!&lt;br /&gt;</w:t>
        <w:br/>
        <w:t>От я й оклигав!&lt;br /&gt;</w:t>
        <w:br/>
        <w:t>А то б проплигав&lt;br /&gt;</w:t>
        <w:br/>
        <w:t>По пеклу довгенько...&lt;br /&gt;</w:t>
        <w:br/>
        <w:t>Ну, дядино-ненько!&lt;br /&gt;</w:t>
        <w:br/>
        <w:t>Воно за сю ласку&lt;br /&gt;</w:t>
        <w:br/>
        <w:t>Дав би й на запаску,&lt;br /&gt;</w:t>
        <w:br/>
        <w:t>Та грошей не маю,&lt;br /&gt;</w:t>
        <w:br/>
        <w:t>Хіба заспіваю.&lt;br /&gt;</w:t>
        <w:br/>
        <w:t>А ти, кобзарю,&lt;br /&gt;</w:t>
        <w:br/>
        <w:t>Заграй про Варю!</w:t>
      </w:r>
    </w:p>
    <w:p>
      <w:r>
        <w:br/>
        <w:t>Пісня</w:t>
      </w:r>
    </w:p>
    <w:p>
      <w:r>
        <w:br/>
        <w:t>Ой не вода клубком крутить&lt;br /&gt;</w:t>
        <w:br/>
        <w:t>В криниці й шумує.&lt;br /&gt;</w:t>
        <w:br/>
        <w:t>То вдівонька сльози губить&lt;br /&gt;</w:t>
        <w:br/>
        <w:t>І гірко жалкує.&lt;br /&gt;</w:t>
        <w:br/>
        <w:t>Ой дарма тій воді литься&lt;br /&gt;</w:t>
        <w:br/>
        <w:t>З повної криниці,&lt;br /&gt;</w:t>
        <w:br/>
        <w:t>Як нікому в ній напиться&lt;br /&gt;</w:t>
        <w:br/>
        <w:t>Свіжої водиці.&lt;br /&gt;</w:t>
        <w:br/>
        <w:t>Нащо й слізки вдові лити,&lt;br /&gt;</w:t>
        <w:br/>
        <w:t>Коли той вже в небі,&lt;br /&gt;</w:t>
        <w:br/>
        <w:t>Що вмів сльози осушити&lt;br /&gt;</w:t>
        <w:br/>
        <w:t>В незгоді й потребі?&lt;br /&gt;</w:t>
        <w:br/>
        <w:t>Ой не горлиця ж на дубі&lt;br /&gt;</w:t>
        <w:br/>
        <w:t>В діброві воркує,-&lt;br /&gt;</w:t>
        <w:br/>
        <w:t>То вдова по мужі любім&lt;br /&gt;</w:t>
        <w:br/>
        <w:t>Стогне і горює.&lt;br /&gt;</w:t>
        <w:br/>
        <w:t>Не воркуй же ти, горленько,&lt;br /&gt;</w:t>
        <w:br/>
        <w:t>Так смутно на гілці,-&lt;br /&gt;</w:t>
        <w:br/>
        <w:t>Не почує твій друженько,&lt;br /&gt;</w:t>
        <w:br/>
        <w:t>Захоплений в сілці!&lt;br /&gt;</w:t>
        <w:br/>
        <w:t>Плакала й ти, Варю, вволю:&lt;br /&gt;</w:t>
        <w:br/>
        <w:t>Мертвим сліз не треба;&lt;br /&gt;</w:t>
        <w:br/>
        <w:t>Тепер дбай на дітську долю.&lt;br /&gt;</w:t>
        <w:br/>
        <w:t>А долі жди з неба!&lt;br /&gt;</w:t>
        <w:br/>
        <w:t>28 декабря 1857 г., Харьков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Варки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