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українців</w:t>
      </w:r>
    </w:p>
    <w:p>
      <w:r>
        <w:br/>
        <w:t xml:space="preserve"> І</w:t>
      </w:r>
    </w:p>
    <w:p>
      <w:r>
        <w:br/>
        <w:t>Боже! Чи знайдеться край, так зрабований,&lt;br /&gt;</w:t>
        <w:br/>
        <w:t>Як Україна, чи ні?&lt;br /&gt;</w:t>
        <w:br/>
        <w:t>Люд наш цупкими кайданами скований,&lt;br /&gt;</w:t>
        <w:br/>
        <w:t>Гине без світла на дні.</w:t>
      </w:r>
    </w:p>
    <w:p>
      <w:r>
        <w:br/>
        <w:t>Боже! За віщо ж так рученьки зв’язано&lt;br /&gt;</w:t>
        <w:br/>
        <w:t>Його надії синам,&lt;br /&gt;</w:t>
        <w:br/>
        <w:t>Що й розмовлять та писати заказано&lt;br /&gt;</w:t>
        <w:br/>
        <w:t>Рідною мовою нам?</w:t>
      </w:r>
    </w:p>
    <w:p>
      <w:r>
        <w:br/>
        <w:t>Що ж, українці! Не вішаймо голови!&lt;br /&gt;</w:t>
        <w:br/>
        <w:t>Треба рятунок знайти:&lt;br /&gt;</w:t>
        <w:br/>
        <w:t>Бо ще вживають і нашого олива&lt;br /&gt;</w:t>
        <w:br/>
        <w:t>По цесарщині [16] брати.</w:t>
      </w:r>
    </w:p>
    <w:p>
      <w:r>
        <w:br/>
        <w:t>Як не здаються там стиски жорстокими,&lt;br /&gt;</w:t>
        <w:br/>
        <w:t>А наперед все руша&lt;br /&gt;</w:t>
        <w:br/>
        <w:t>Русь-Україна повільними кроками,&lt;br /&gt;</w:t>
        <w:br/>
        <w:t>Б’ється народна душа.</w:t>
      </w:r>
    </w:p>
    <w:p>
      <w:r>
        <w:br/>
        <w:t>Гей, українці! Не бійтесь притичини,-&lt;br /&gt;</w:t>
        <w:br/>
        <w:t>Рушимо сміло туди;&lt;br /&gt;</w:t>
        <w:br/>
        <w:t>Здіймемо зори свої до Галичини,&lt;br /&gt;</w:t>
        <w:br/>
        <w:t>Збільшимо спільні плоди!</w:t>
      </w:r>
    </w:p>
    <w:p>
      <w:r>
        <w:br/>
        <w:t>Жваво ж до праці тією дорогою,&lt;br /&gt;</w:t>
        <w:br/>
        <w:t>Сили докупи знесім!&lt;br /&gt;</w:t>
        <w:br/>
        <w:t>Сонце свободи над Руссю-небогою&lt;br /&gt;</w:t>
        <w:br/>
        <w:t>Ярко засвітить усім!</w:t>
      </w:r>
    </w:p>
    <w:p>
      <w:r>
        <w:br/>
        <w:t>Та й посеред України південної&lt;br /&gt;</w:t>
        <w:br/>
        <w:t>Марно не складуймо рук,&lt;br /&gt;</w:t>
        <w:br/>
        <w:t>Поки не зборемо долі злиденної,&lt;br /&gt;</w:t>
        <w:br/>
        <w:t>Поки не звертиться крук,</w:t>
      </w:r>
    </w:p>
    <w:p>
      <w:r>
        <w:br/>
        <w:t>ІІІо наші ребра довбе з ненажерністю,&lt;br /&gt;</w:t>
        <w:br/>
        <w:t>Нам не даючи дихнуть...&lt;br /&gt;</w:t>
        <w:br/>
        <w:t>Годі вважати ті думки химерністю,&lt;br /&gt;</w:t>
        <w:br/>
        <w:t>Шиї покірливо гнуть.</w:t>
      </w:r>
    </w:p>
    <w:p>
      <w:r>
        <w:br/>
        <w:t>Тож, українці, кажу, прокидаймося,&lt;br /&gt;</w:t>
        <w:br/>
        <w:t>Швидше до гурту, за труд!&lt;br /&gt;</w:t>
        <w:br/>
        <w:t>Годі, ми плутали в пітьмі...&lt;br /&gt;</w:t>
        <w:br/>
        <w:t>Не даймося більше в лабети облуд!</w:t>
      </w:r>
    </w:p>
    <w:p>
      <w:r>
        <w:br/>
        <w:t>Боже! Чи знайдеться край, так зрабований,&lt;br /&gt;</w:t>
        <w:br/>
        <w:t>Як Україна, чи ні?&lt;br /&gt;</w:t>
        <w:br/>
        <w:t>Люд наш, цупкими кайданами скований,&lt;br /&gt;</w:t>
        <w:br/>
        <w:t>Гине без світла на дні.</w:t>
      </w:r>
    </w:p>
    <w:p>
      <w:r>
        <w:br/>
        <w:t>II</w:t>
      </w:r>
    </w:p>
    <w:p>
      <w:r>
        <w:br/>
        <w:t>Вставайте, вкраїнці! Рушаймо без ляку!&lt;br /&gt;</w:t>
        <w:br/>
        <w:t>До труду закликую вас!&lt;br /&gt;</w:t>
        <w:br/>
        <w:t>Зганяли потроху батьки наші мряку,&lt;br /&gt;</w:t>
        <w:br/>
        <w:t>То й нам поробитися час!</w:t>
      </w:r>
    </w:p>
    <w:p>
      <w:r>
        <w:br/>
        <w:t>Гуртом же, вкраїнці, до лану освіти,&lt;br /&gt;</w:t>
        <w:br/>
        <w:t>Шоб вихід пошвидше знайти;&lt;br /&gt;</w:t>
        <w:br/>
        <w:t>Прокиньмось від рабства, зневолені діти,-&lt;br /&gt;</w:t>
        <w:br/>
        <w:t>Стяг рідний пора піднести!</w:t>
      </w:r>
    </w:p>
    <w:p>
      <w:r>
        <w:br/>
        <w:t>Народний добробут — то наша підстава&lt;br /&gt;</w:t>
        <w:br/>
        <w:t>До щастя у вбогім краю.&lt;br /&gt;</w:t>
        <w:br/>
        <w:t>Гей, нумо ж до праці. Трудівникам слава,&lt;br /&gt;</w:t>
        <w:br/>
        <w:t>Повища від слави в бою!</w:t>
      </w:r>
    </w:p>
    <w:p>
      <w:r>
        <w:br/>
        <w:t>Закиньмо безглузді, нікчемні посвари&lt;br /&gt;</w:t>
        <w:br/>
        <w:t>За йори, за дашки та ять...&lt;br /&gt;</w:t>
        <w:br/>
        <w:t>Хай сором на вас, баламутів, та кари,&lt;br /&gt;</w:t>
        <w:br/>
        <w:t>Що губите люд свій уп’ять!</w:t>
      </w:r>
    </w:p>
    <w:p>
      <w:r>
        <w:br/>
        <w:t>Вставайте, вкраїнці! Рушаймо без ляку!&lt;br /&gt;</w:t>
        <w:br/>
        <w:t>До труду закликую вас!"&lt;br /&gt;</w:t>
        <w:br/>
        <w:t>Не нам розігнати згромаджену мряку,-&lt;br /&gt;</w:t>
        <w:br/>
        <w:t>Ми, однак, наблизимо час!</w:t>
      </w:r>
    </w:p>
    <w:p>
      <w:r>
        <w:br/>
        <w:t>ІІІ</w:t>
      </w:r>
    </w:p>
    <w:p>
      <w:r>
        <w:br/>
        <w:t>Багацько в нас було працівників пера,&lt;br /&gt;</w:t>
        <w:br/>
        <w:t>Та щось малі, проте, лишилися здобутки.&lt;br /&gt;</w:t>
        <w:br/>
        <w:t>Передивись хоча "Покажчик" Комара:&lt;br /&gt;</w:t>
        <w:br/>
        <w:t>Зібгає вірш чи жарт,— ото всього добра,-&lt;br /&gt;</w:t>
        <w:br/>
        <w:t>Та й шасть з очей — нема про його й чутки.</w:t>
      </w:r>
    </w:p>
    <w:p>
      <w:r>
        <w:br/>
        <w:t>Великий сум під час правдиво дотика&lt;br /&gt;</w:t>
        <w:br/>
        <w:t>За брак загальний свідомості: "Хто ми?"&lt;br /&gt;</w:t>
        <w:br/>
        <w:t>Де праця наша стійна та тривка,&lt;br /&gt;</w:t>
        <w:br/>
        <w:t>Любов до краю щира та палка?&lt;br /&gt;</w:t>
        <w:br/>
        <w:t>Де мислі слід — художньо-творчі томи?</w:t>
      </w:r>
    </w:p>
    <w:p>
      <w:r>
        <w:br/>
        <w:t>Тяжкі обставини — то безперечна річ...&lt;br /&gt;</w:t>
        <w:br/>
        <w:t>Але що ж ми зробили в межах моги?&lt;br /&gt;</w:t>
        <w:br/>
        <w:t>Як перш, над краєм непрокидна ніч.&lt;br /&gt;</w:t>
        <w:br/>
        <w:t>Химерний блескіт нам припав до віч,&lt;br /&gt;</w:t>
        <w:br/>
        <w:t>Без діячів стоять пустими перелоги.</w:t>
      </w:r>
    </w:p>
    <w:p>
      <w:r>
        <w:br/>
        <w:t>Де ж ви, освічені — сестриченьки, брати?&lt;br /&gt;</w:t>
        <w:br/>
        <w:t>Чи вже і дальш іти отак повинно?&lt;br /&gt;</w:t>
        <w:br/>
        <w:t>Чи вже ніхто із вас не здужа помогти&lt;br /&gt;</w:t>
        <w:br/>
        <w:t>Тій купочці старих борців, що до мети&lt;br /&gt;</w:t>
        <w:br/>
        <w:t>Помимо перешкід змагається невпинно?</w:t>
      </w:r>
    </w:p>
    <w:p>
      <w:r>
        <w:br/>
        <w:t>IV</w:t>
      </w:r>
    </w:p>
    <w:p>
      <w:r>
        <w:br/>
        <w:t>Гей, брати! Над рідним краєм&lt;br /&gt;</w:t>
        <w:br/>
        <w:t>Густо звисла пітьма ночі;&lt;br /&gt;</w:t>
        <w:br/>
        <w:t>А ми мовчки потураєм,-&lt;br /&gt;</w:t>
        <w:br/>
        <w:t>Сон важкий склепив нам очі.</w:t>
      </w:r>
    </w:p>
    <w:p>
      <w:r>
        <w:br/>
        <w:t>Поки ж гулими [17] волами&lt;br /&gt;</w:t>
        <w:br/>
        <w:t>Запрягатись в ярма, поки&lt;br /&gt;</w:t>
        <w:br/>
        <w:t>На собі носити плями&lt;br /&gt;</w:t>
        <w:br/>
        <w:t>Сороміцької мертвоти;</w:t>
      </w:r>
    </w:p>
    <w:p>
      <w:r>
        <w:br/>
        <w:t>Сліпо йти, куди нас пхнуто,&lt;br /&gt;</w:t>
        <w:br/>
        <w:t>Куди правлять швидкі струми?&lt;br /&gt;</w:t>
        <w:br/>
        <w:t>Навіть серце наше скуто,-&lt;br /&gt;</w:t>
        <w:br/>
        <w:t>Ним керують рабські думи.</w:t>
      </w:r>
    </w:p>
    <w:p>
      <w:r>
        <w:br/>
        <w:t>Мов столітній дуб корою,&lt;br /&gt;</w:t>
        <w:br/>
        <w:t>Заросли ми товсто брудом,&lt;br /&gt;</w:t>
        <w:br/>
        <w:t>Та тиняємось марою,&lt;br /&gt;</w:t>
        <w:br/>
        <w:t>Кістяками поміж людом.</w:t>
      </w:r>
    </w:p>
    <w:p>
      <w:r>
        <w:br/>
        <w:t>А прокинувшись від сону,&lt;br /&gt;</w:t>
        <w:br/>
        <w:t>Здіймем зараз страмну бучу&lt;br /&gt;</w:t>
        <w:br/>
        <w:t>Або кличем охорону,&lt;br /&gt;</w:t>
        <w:br/>
        <w:t>І без того невсипучу;</w:t>
      </w:r>
    </w:p>
    <w:p>
      <w:r>
        <w:br/>
        <w:t>Доки тим звичайним робом&lt;br /&gt;</w:t>
        <w:br/>
        <w:t>Не загубим вкінець краю,&lt;br /&gt;</w:t>
        <w:br/>
        <w:t>Як губили, та над гробом&lt;br /&gt;</w:t>
        <w:br/>
        <w:t>Не затужим: "Де ти, раю?"</w:t>
      </w:r>
    </w:p>
    <w:p>
      <w:r>
        <w:br/>
        <w:t>Гей, брати! Поки не пізно,&lt;br /&gt;</w:t>
        <w:br/>
        <w:t>Прилучаймось враз до праці,&lt;br /&gt;</w:t>
        <w:br/>
        <w:t>Та не врозтіч, та не різно,-&lt;br /&gt;</w:t>
        <w:br/>
        <w:t>Збудім хати і палаци!</w:t>
      </w:r>
    </w:p>
    <w:p>
      <w:r>
        <w:br/>
        <w:t>Через власні свої дії&lt;br /&gt;</w:t>
        <w:br/>
        <w:t>Здужа люд наш устояти,&lt;br /&gt;</w:t>
        <w:br/>
        <w:t>І справдяться ті надії,&lt;br /&gt;</w:t>
        <w:br/>
        <w:t>Що не згине наша мати!</w:t>
      </w:r>
    </w:p>
    <w:p>
      <w:r>
        <w:br/>
        <w:t>[16] — Цесарщина — Австро-Угорщина.&lt;br /&gt;</w:t>
        <w:br/>
        <w:t>[17] — Гулий — безрогий.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українців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