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солов'я</w:t>
      </w:r>
    </w:p>
    <w:p>
      <w:r>
        <w:br/>
        <w:t xml:space="preserve"> Тріпоче серце, сонне оніміння&lt;br /&gt;</w:t>
        <w:br/>
        <w:t>Мене гнітить, як після дурману,&lt;br /&gt;</w:t>
        <w:br/>
        <w:t>Мов випив я напою із коріння&lt;br /&gt;</w:t>
        <w:br/>
        <w:t>Отруйного — і в небуття тону,&lt;br /&gt;</w:t>
        <w:br/>
        <w:t>Не заздрячи твоїй щасливій долі,&lt;br /&gt;</w:t>
        <w:br/>
        <w:t>А тільки щастям сповнений твоїм,&lt;br /&gt;</w:t>
        <w:br/>
        <w:t>Твоєю піснею, легка Дріадо,&lt;br /&gt;</w:t>
        <w:br/>
        <w:t>Що десь в лункім околі,&lt;br /&gt;</w:t>
        <w:br/>
        <w:t>В тремтінні тіней у гаю густім&lt;br /&gt;</w:t>
        <w:br/>
        <w:t>Солодке літо уславляєш радо.</w:t>
      </w:r>
    </w:p>
    <w:p>
      <w:r>
        <w:br/>
        <w:t>О як би я хотів вина, вина,&lt;br /&gt;</w:t>
        <w:br/>
        <w:t>Що давністю льохів холоне в склянці,&lt;br /&gt;</w:t>
        <w:br/>
        <w:t>В якому присмак Флори і луна&lt;br /&gt;</w:t>
        <w:br/>
        <w:t>Пісень Провансу, смаглий сміх і танці!&lt;br /&gt;</w:t>
        <w:br/>
        <w:t>О келих би, де Півдня теплий пах,&lt;br /&gt;</w:t>
        <w:br/>
        <w:t>Де грає Іппокрена огнецвітно,&lt;br /&gt;</w:t>
        <w:br/>
        <w:t>Де п'яна піна плеще через край&lt;br /&gt;</w:t>
        <w:br/>
        <w:t>I липне на устах!&lt;br /&gt;</w:t>
        <w:br/>
        <w:t>Щоб випив я, і щезнув непомітно,&lt;br /&gt;</w:t>
        <w:br/>
        <w:t>Й потуманів з тобою в темний гай.</w:t>
      </w:r>
    </w:p>
    <w:p>
      <w:r>
        <w:br/>
        <w:t>Розтанути б, забути людську долю,&lt;br /&gt;</w:t>
        <w:br/>
        <w:t>Таку далеку від твоїх пісень,&lt;br /&gt;</w:t>
        <w:br/>
        <w:t>Цей світ, де стільки втоми, туги, болю,&lt;br /&gt;</w:t>
        <w:br/>
        <w:t>Де чути тільки стогін день у день.&lt;br /&gt;</w:t>
        <w:br/>
        <w:t>Де сиві дні параліч докінчає,&lt;br /&gt;</w:t>
        <w:br/>
        <w:t>Де молодість марніє і згаса,&lt;br /&gt;</w:t>
        <w:br/>
        <w:t>Де думка обливає серце кров'ю&lt;br /&gt;</w:t>
        <w:br/>
        <w:t>I в розпач затопляє!&lt;br /&gt;</w:t>
        <w:br/>
        <w:t>Де швидко меркне осяйна Краса,&lt;br /&gt;</w:t>
        <w:br/>
        <w:t>Покинута вчорашньою Любов'ю.</w:t>
      </w:r>
    </w:p>
    <w:p>
      <w:r>
        <w:br/>
        <w:t>Геть звідси, геть! Не з Бахусом хмільним,&lt;br /&gt;</w:t>
        <w:br/>
        <w:t>Що леопардів хижих поганяє,&lt;br /&gt;</w:t>
        <w:br/>
        <w:t>Ні, на крилі поезії легкім,&lt;br /&gt;</w:t>
        <w:br/>
        <w:t>Хоч млявий мозок слабне й забаряє!&lt;br /&gt;</w:t>
        <w:br/>
        <w:t>Вже коло тебе! Лагідна півтьма.&lt;br /&gt;</w:t>
        <w:br/>
        <w:t>На щастя, й місяць на своєму троні&lt;br /&gt;</w:t>
        <w:br/>
        <w:t>Пишається у колі фей-зірок,—&lt;br /&gt;</w:t>
        <w:br/>
        <w:t>Та світла тут нема,&lt;br /&gt;</w:t>
        <w:br/>
        <w:t>Хіба розхилить легіт віти сонні&lt;br /&gt;</w:t>
        <w:br/>
        <w:t>Над темним зіллям галяв і стежок.</w:t>
      </w:r>
    </w:p>
    <w:p>
      <w:r>
        <w:br/>
        <w:t>Що там цвіте внизу, я не помітив,&lt;br /&gt;</w:t>
        <w:br/>
        <w:t>Мені не видно ні кущів, ні трав;&lt;br /&gt;</w:t>
        <w:br/>
        <w:t>Я тільки з пахощів незримих квітів&lt;br /&gt;</w:t>
        <w:br/>
        <w:t>Пізнав дари, що травень розіслав&lt;br /&gt;</w:t>
        <w:br/>
        <w:t>На галяви, кущі й дерева гаю:&lt;br /&gt;</w:t>
        <w:br/>
        <w:t>Шипшину пасторальну, білий глід,&lt;br /&gt;</w:t>
        <w:br/>
        <w:t>Недовговічний цвіт фіалки в листі&lt;br /&gt;</w:t>
        <w:br/>
        <w:t>Й найстаршу доньку Маю,&lt;br /&gt;</w:t>
        <w:br/>
        <w:t>Троянду між її колючих віт —&lt;br /&gt;</w:t>
        <w:br/>
        <w:t>Притулок мух у вечори росисті.</w:t>
      </w:r>
    </w:p>
    <w:p>
      <w:r>
        <w:br/>
        <w:t>У пітьмі слухаю. Не раз мені&lt;br /&gt;</w:t>
        <w:br/>
        <w:t>З тобою й смерть відрадною ставала:&lt;br /&gt;</w:t>
        <w:br/>
        <w:t>До неї я звертав свої пісні,&lt;br /&gt;</w:t>
        <w:br/>
        <w:t>Щоб тихий подих мій вона забрала.&lt;br /&gt;</w:t>
        <w:br/>
        <w:t>Іще жаданіша вона в цю мить,—&lt;br /&gt;</w:t>
        <w:br/>
        <w:t>Без муки вмерти б у годину пізню,&lt;br /&gt;</w:t>
        <w:br/>
        <w:t>Коли з душі твоєї щирий спів&lt;br /&gt;</w:t>
        <w:br/>
        <w:t>Так захватно дзвенить!&lt;br /&gt;</w:t>
        <w:br/>
        <w:t>Ти все б співав собі, а я під пісню,&lt;br /&gt;</w:t>
        <w:br/>
        <w:t>Під, реквієм би твій в землі німів.</w:t>
      </w:r>
    </w:p>
    <w:p>
      <w:r>
        <w:br/>
        <w:t>Безсмертний голосе! Тебе довіку&lt;br /&gt;</w:t>
        <w:br/>
        <w:t>Крок поколінь голодних не приб'є!&lt;br /&gt;</w:t>
        <w:br/>
        <w:t>Тут потішало і раба, й владику&lt;br /&gt;</w:t>
        <w:br/>
        <w:t>У давні ночі тьохкання твоє.&lt;br /&gt;</w:t>
        <w:br/>
        <w:t>Те саме, що скорботою сповняло&lt;br /&gt;</w:t>
        <w:br/>
        <w:t>У Руфі серце, як вона про дім&lt;br /&gt;</w:t>
        <w:br/>
        <w:t>В сльозах згадала на чужому лані,&lt;br /&gt;</w:t>
        <w:br/>
        <w:t>Що часто чарувало&lt;br /&gt;</w:t>
        <w:br/>
        <w:t>Казкові вікна у краю чужім,&lt;br /&gt;</w:t>
        <w:br/>
        <w:t>У спіненім, безвіснім океані.</w:t>
      </w:r>
    </w:p>
    <w:p>
      <w:r>
        <w:br/>
        <w:t>Безвіснім! Слово це — як дзвін, що враз&lt;br /&gt;</w:t>
        <w:br/>
        <w:t>Мене до стежки повернув моєї.&lt;br /&gt;</w:t>
        <w:br/>
        <w:t>Прощай! Я бачу, що дурити нас&lt;br /&gt;</w:t>
        <w:br/>
        <w:t>Не вистачає сил Уяві-феї.&lt;br /&gt;</w:t>
        <w:br/>
        <w:t>Прощай, прощай! Твій жалісливий спів&lt;br /&gt;</w:t>
        <w:br/>
        <w:t>Потанув десь у луг, по той бік гаю,&lt;br /&gt;</w:t>
        <w:br/>
        <w:t>I потім заховався в глибині&lt;br /&gt;</w:t>
        <w:br/>
        <w:t>За низкою горбів.&lt;br /&gt;</w:t>
        <w:br/>
        <w:t>Чи це був сон, чи привид? Я не знаю.&lt;br /&gt;</w:t>
        <w:br/>
        <w:t>Завмерла музика. Я сплю чи ні?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солов'я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