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схід сонця в тютюновім магазинчику</w:t>
      </w:r>
    </w:p>
    <w:p>
      <w:r>
        <w:br/>
        <w:t xml:space="preserve"> &lt;p&gt;Маленьке містечко. Таке маленьке, що могло б розташуватись на верхівці будь-якого дерева. Вже й не знали, хто вперше в долині вирубав дерево і викопав криницю, а потім поставив хатину. Хіба від цього забряжчало б у їхніх кишенях? Та чоловік-раціо, Кормило всього міста, розбризкував ерудицію, вмощуючись у новому кріслі. А зрубав перше дерево Матвій Кремінь, який приглядів собі тут добрий шмат землі, одзволив його від заростей і засіяв хлібом та тютюном.</w:t>
      </w:r>
    </w:p>
    <w:p>
      <w:r>
        <w:br/>
        <w:t>А потім до Матвія присусідились два-три купчики, що вподобали шумну дорогу на Ромен, і відкрили тут свої лавки-корчомки. Шлях проліг верстов за три і славився товстими калитками, дешевими полонянками і кривавими побоїщами одурілої голоти.</w:t>
      </w:r>
    </w:p>
    <w:p>
      <w:r>
        <w:br/>
        <w:t>Заходили в долину біснуваті і тавровані, божевільні і лицедії, високородні і старці. Кожен залишав щось містечкові — той бродяжі пісні, той холеру, той хутра, той чуму, той мальовані глечики і заморські крами. І всяк поспіль сіяв там свою породу.</w:t>
      </w:r>
    </w:p>
    <w:p>
      <w:r>
        <w:br/>
        <w:t>Вранці якогось року на вулицях містечка з’явились підводи з витягненими в шнурки кіньми.</w:t>
      </w:r>
    </w:p>
    <w:p>
      <w:r>
        <w:br/>
        <w:t>— Доброчинні пожертви на військо їхньої світлості! Дорогу, дати дорогу! Хто боліє за отечество, вносьте на військо ясновельможної величності!</w:t>
      </w:r>
    </w:p>
    <w:p>
      <w:r>
        <w:br/>
        <w:t>Туго начинені збіжжям лантухи, гори полотна, упряж і вояки в залізних од поту і піщуги мундирах вихитувались на возах. Двораки патріотичного панства, яке ще допивало в ліжках шоколади, вискакували назустріч воякам, щоб дати пожертвування. Ласкаво просимо, ми поміщика Дробота служиві люди… Ходіть-но, пан Чапелька хочуть внести… І до нас, і до нас — пан земський суддя щось мають сказати.</w:t>
      </w:r>
    </w:p>
    <w:p>
      <w:r>
        <w:br/>
        <w:t>Підхоплені бурею щедрості городяни вже й не дивились на гербову бамагу, чи вписано їх там, чи висока милість відатимуть, хто відірвав од себе останній шмат во благо отечества. Бог усе бачив і знав. Сльози щастя осявали їхні лиця. А хто не мав ні крихти, виходив на дорогу з іконами і вголос молився за армію царя-батюшки.</w:t>
      </w:r>
    </w:p>
    <w:p>
      <w:r>
        <w:br/>
        <w:t>Класна дама гімназії Наталія Костянтинівна Кріґ вивела своїх вихованок у сірих платтях із мереживними комірцями на майдан, і вони перелякано, як синиці, що б’ються в шибку, заспівали "Боже, царя храни".</w:t>
      </w:r>
    </w:p>
    <w:p>
      <w:r>
        <w:br/>
        <w:t>Тільки присмерком гармидер почав спадати.</w:t>
      </w:r>
    </w:p>
    <w:p>
      <w:r>
        <w:br/>
        <w:t>То були золоті часи для містечка. Жирна, як каша, земля родила все, що кидали в неї, і давала мешканцям червону глину, крейду, пісок і глей. У річці, яка розкраяла місто, водилися щуки, як качалки, кишіли в’юни. Вздовж найбільшої вулиці, котра, здавалось тоді, була безкінечною, літали кухарчуки і водоноси, тягали брудні хвости помийні кішки й собаки.</w:t>
      </w:r>
    </w:p>
    <w:p>
      <w:r>
        <w:br/>
        <w:t>А втім, були й істотніші події, що сколихували містечко багато десятиріч підряд. Над ним котилися війни — ішли й не поверталися кращі чоловіки. Над ним лютували пожежі — розліталися іскрами палаци, закипали купальні і гинули прекрасні погреби. Його зашморгував голод — пухла челядь лежала попідтинню, доки мала силу прогнати знавіснілих собак.</w:t>
      </w:r>
    </w:p>
    <w:p>
      <w:r>
        <w:br/>
        <w:t>І все-таки жило містечко в долині, змітало все, що ставало йому впоперек. З’явились миловарня, прядильня, а за ними ще дві чи й три фабрички. Центром став сірий майдан, біля якого урочисто возсідали магазеї і велика швальня — люди так і казали — швальня, яка обсмоктувала кишені необачних чоловіків. Отруйна річечка понесла свої хвилі мимо мануфактур і заводів, по ній пливло гілля, шкарабанки і падалиця.</w:t>
      </w:r>
    </w:p>
    <w:p>
      <w:r>
        <w:br/>
        <w:t>Мало хто на це зважав — велося людям добре. Доволі їли, пили, шпарували вулицями, як тумби. Коли в кого вибухав у квартирі холодильник, інші втішалися і приказували: не треба було дуже начиняти. Коли хто плутав своє ліжко з чужим, йому щедро співчували — ой, любов до добра не доводить! Далеко за гори линула слава про містечко-рай, і раптом одного разу все пішло шкереберть.</w:t>
      </w:r>
    </w:p>
    <w:p>
      <w:r>
        <w:br/>
        <w:t>Стояла глибока зима. Котрий день смалили морози, тоді враз пом’якло. Звечора палахкотіли реклами, спотикалися з торбами і дітьми жінки. Голуби танцювали на майдані, і важко було не наступити на галузочки їхніх лап.</w:t>
      </w:r>
    </w:p>
    <w:p>
      <w:r>
        <w:br/>
        <w:t>Чоловіки, зашкарублі душі, сповзлися під гору, в тютюновий магазинчик, сиділи за єдиним калічним столом, цмулили гостре пиво і травили одвічну проблему, чому людина живе і чому помирає.</w:t>
      </w:r>
    </w:p>
    <w:p>
      <w:r>
        <w:br/>
        <w:t>Розлапистий фікус затуляв їх од вікна, мерзлого, як вовнисте руно. Фікус, розвісивши вуха, дрімав у хмарі диму і наслухав, як нили суглоби. Що городяни знали нового? Що взагалі можна сказати нового ПРО ЦЕ? Хіба що погомоніти, хай поболить душа.</w:t>
      </w:r>
    </w:p>
    <w:p>
      <w:r>
        <w:br/>
        <w:t>Раз по раз на столі підскакувала суа, як смерть, рибина. На неї косував Клязника, підсліпуватий і рябий чоловік. Він присусідився надурняк, надпивав то з одного, то з другого келиха і розумував, як нудно жити в такому безликому місті, як їхнє. Яка тут розвага? Громовідвід хіба та ця монополька — гнилий, давно ниючий зуб. І мусиш тратить свої дні, коли інші гріють попереки в кримах, їдять апельсини на кавказах. Тут яма, справжня яма, а з обох боків гори. Навесні заливає вода, восени багнюка по шию. А жінки… Які тут жінки? Хіба вони розуміють, що літечка твої — раз та два, що ти хочеш жити красиво і що з розгону й туди не страшно.</w:t>
      </w:r>
    </w:p>
    <w:p>
      <w:r>
        <w:br/>
        <w:t>Продавчиня накидала на Клязнику оком і гойдала перед ним багатим волом.</w:t>
      </w:r>
    </w:p>
    <w:p>
      <w:r>
        <w:br/>
        <w:t>— Наче й хазяїн, — зітхнула нарешті, — а знюхався з оцими стервами.</w:t>
      </w:r>
    </w:p>
    <w:p>
      <w:r>
        <w:br/>
        <w:t>— Чш-ш-ш-ш! Тілько раз, ти ж мене знаєш.</w:t>
      </w:r>
    </w:p>
    <w:p>
      <w:r>
        <w:br/>
        <w:t>Потім вона заколихалася з віником, що ледве випереджав її вислі панчохи і криві черевики. Забрязкала ключами.</w:t>
      </w:r>
    </w:p>
    <w:p>
      <w:r>
        <w:br/>
        <w:t>— Я так думаю, — сказав один у грубому, наче виварка, светрі, — треба йти до Світочки. Хай кине на карти, що через сто літ буде.</w:t>
      </w:r>
    </w:p>
    <w:p>
      <w:r>
        <w:br/>
        <w:t>— Дурниця. Тоді й кістки наші перетліють.</w:t>
      </w:r>
    </w:p>
    <w:p>
      <w:r>
        <w:br/>
        <w:t>— Ні, антересно, хай скаже.</w:t>
      </w:r>
    </w:p>
    <w:p>
      <w:r>
        <w:br/>
        <w:t>— От іменно.</w:t>
      </w:r>
    </w:p>
    <w:p>
      <w:r>
        <w:br/>
        <w:t>— Нічого жінці докучать! Вона вихідна сьогодні, й дитина слабує. Вам аби бовтатись з дверей у двері, — несподівано з серцем сказала продавчиня, розстібаючи халат.</w:t>
      </w:r>
    </w:p>
    <w:p>
      <w:r>
        <w:br/>
        <w:t>А що Світочка жила за стіною магазину, та що додому не хотілося йти хоч стрель, то й повалили всі до неї. Холоду занесли, аж страшно стало.</w:t>
      </w:r>
    </w:p>
    <w:p>
      <w:r>
        <w:br/>
        <w:t>Світочка в старому шовковенькому платті стояла посеред хати з кочережкою в руках — мабуть, у грубі перемішувала.</w:t>
      </w:r>
    </w:p>
    <w:p>
      <w:r>
        <w:br/>
        <w:t>Ні, кидати на карти вона не буде. Бо знати правду можна тільки вранці, до схід сонця, і то не завжди.</w:t>
      </w:r>
    </w:p>
    <w:p>
      <w:r>
        <w:br/>
        <w:t>Ти нам друг чи не друг? Хто це вдосвіта припреться сюди? Коли стоїш за прилавком і перекисає пиво, буваєш лагідна…</w:t>
      </w:r>
    </w:p>
    <w:p>
      <w:r>
        <w:br/>
        <w:t>Тоді Світочка змахнула з клейонки крихти і розсадила причіпак. Схилилася над столом білою халабудою волосся і розкішними сергами.</w:t>
      </w:r>
    </w:p>
    <w:p>
      <w:r>
        <w:br/>
        <w:t>— Не сердься, дівчино.</w:t>
      </w:r>
    </w:p>
    <w:p>
      <w:r>
        <w:br/>
        <w:t>Стало так тихо, що було чути, як вітер через одинарні шибки колише занавіски і попискують дрова.</w:t>
      </w:r>
    </w:p>
    <w:p>
      <w:r>
        <w:br/>
        <w:t>Що я вам скажу? Земля жила, живе і буде жити. На далеких її просторах клубками котитимуться вітри, до небозводу ростимуть дерева, схожі на скелети наших предків. У ночі стогнатимуть гори і плакатимуть вовки, очерет ловитиме шерех далеких звізд. Якщо навіть свавілля природи або людини все це знищить, десь залишиться клаптик ґрунту, на якому буде один камінь і одне джерело.</w:t>
      </w:r>
    </w:p>
    <w:p>
      <w:r>
        <w:br/>
        <w:t>Це було ввечері. А вдосвіта все зяяло пусткою. Такого божевільного снігу містечко не пам’ятало. Зрівнялися вулиці, дахи і верхівки дерев, що стекли від морозу. Десь унизу вили до хрипоти собаки, стогнали корови, іржали і рвалися коні. Вичахлі будинки ціпеніли зі страху, перегукувалися димарями. Скрізь царював білий велет, і порвані жили електропередач зробили його неприступним.</w:t>
      </w:r>
    </w:p>
    <w:p>
      <w:r>
        <w:br/>
        <w:t>Що снилося людям тієї ночі, коли світ трясся від білої пропасниці? Що діялось у їхніх біополях, коли вони бажали добраніч і лягали спати?</w:t>
      </w:r>
    </w:p>
    <w:p>
      <w:r>
        <w:br/>
        <w:t>Одним із перших прокинувся Саня Папоротний. Поблукав очима по кімнаті, схожій на лікарняну палату-одиночку. Ліжко, рушник, тумбочка. Біля порога висить куртка, ніби зібралася грати в бокса. Є ще електроплитка і картинка на стіні з журналу "Краса і мода".</w:t>
      </w:r>
    </w:p>
    <w:p>
      <w:r>
        <w:br/>
        <w:t>Саня трохи полежав, намацав під ліжком валянці. Одним вимахом скочив із постелі, розклював ковшем льодок у відрі і напився. Задумав поголитись, а світла немає, води нагріти нічим, — і аж зрадів: бритва була тупа, як підошва, немилосердно знущалася з нього.</w:t>
      </w:r>
    </w:p>
    <w:p>
      <w:r>
        <w:br/>
        <w:t>Поїсти! Поїсти можна печеної картоплі і хамси. Накинув ту ж запрану сорочку, поверх — налигач. Як завжди, кожного ранку, подумав, що добре було б сходити в лазню та одягти на себе щось свіже. А коли? В містечку добра сотня немовлят, і він днями снує з двору до двору — патронує.</w:t>
      </w:r>
    </w:p>
    <w:p>
      <w:r>
        <w:br/>
        <w:t>Саня родом не звідси. Село, в якому він родився, причаїлося на одному з островів широкої річки, і він вряди-годи, підзбиравши грошенят, везе подарунки мамі Наталі і п’ятьом сестрам, котрі ростуть, наче верби, вишивають рушники і от-от почнуть віддаватися.</w:t>
      </w:r>
    </w:p>
    <w:p>
      <w:r>
        <w:br/>
        <w:t>Коли Саня був маленьким, на дикій груші висіла його колиска, а дятел-безхатник теребив угорі сучки та й недогледів, натрусив на малого ластовиння. І коли хлопець підріс, у школі про нього склали дражнилку:</w:t>
      </w:r>
    </w:p>
    <w:p>
      <w:r>
        <w:br/>
        <w:t>Санько-холоша</w:t>
      </w:r>
    </w:p>
    <w:p>
      <w:r>
        <w:br/>
        <w:t>Пташок збивав,</w:t>
      </w:r>
    </w:p>
    <w:p>
      <w:r>
        <w:br/>
        <w:t>Був хороший,</w:t>
      </w:r>
    </w:p>
    <w:p>
      <w:r>
        <w:br/>
        <w:t>Рябий став.</w:t>
      </w:r>
    </w:p>
    <w:p>
      <w:r>
        <w:br/>
        <w:t>У медучилищі дівчата його не виділили — вічно ходив із оддутими кишенями і дурнуватою полечкою над лобом, але час минув…</w:t>
      </w:r>
    </w:p>
    <w:p>
      <w:r>
        <w:br/>
        <w:t>Одягаючи рюкзак із медикаліями, Саня завважив, що нема ні електрики, ні сонця, а в кімнаті майже видно. Підійшов до вікна, пхнув кватирку — і на руки посипався залізний сліпучий сніг. Хо-го! Тут поламаєш собі голову. Молочниця, діатез, пневмонія. З патронажем не жартуй, вилетиш із роботи, як спиця.</w:t>
      </w:r>
    </w:p>
    <w:p>
      <w:r>
        <w:br/>
        <w:t>Не менше за Саню потерпала і вчителька, Гуптя Потапенко, яка нарешті перевірила всі зошити, надрала великі, як рядна, конспекти, замість дубового від поту костюма справила вишневе плаття. І що? Од здивування в неї випало вставне око: якийсь там сніг може не випустить? Гуптя розігналась і так бебехнула спиною в двері, що трохи не вилетіла з одвірками. Це тобі не з рукава ковбасу на перерві їсти!</w:t>
      </w:r>
    </w:p>
    <w:p>
      <w:r>
        <w:br/>
        <w:t>Тієї пори в своєму особняку прокинувся Кормило. Дружина звично підсунула капці, подала каву. Скількись хвилин він лежав мовчки. Досадував. Потім почав стежити за дружиною і зневажати її. Часом він любив отак подивитись на неї і поненавидіти.</w:t>
      </w:r>
    </w:p>
    <w:p>
      <w:r>
        <w:br/>
        <w:t>Зачісуєшся? Зачісуйся, зачісуйся, хоча ті три волосини, які в тебе залишились, можна було й не займати, вони завжди сторчать в один бік. Ич, сіла, думаєш. Подумай, у твоїй голові, як її не викручуй, крім паласів і свинини, нічого нема.</w:t>
      </w:r>
    </w:p>
    <w:p>
      <w:r>
        <w:br/>
        <w:t>— Вітю, стихійне лихо, сніг…</w:t>
      </w:r>
    </w:p>
    <w:p>
      <w:r>
        <w:br/>
        <w:t>Він ще нічого не розумів, дивився тим самим поглядом.</w:t>
      </w:r>
    </w:p>
    <w:p>
      <w:r>
        <w:br/>
        <w:t>— Нас завалило.</w:t>
      </w:r>
    </w:p>
    <w:p>
      <w:r>
        <w:br/>
        <w:t>Кормило схопився, метнувся по кімнатах, до вікон, потім повернувся, одягся, напружив мозок. Дітям було позав’язувано роти. Тещу, аби не кашляла, накрито подушкою, а кота, який голосно муркав, утоплено у відрі. Та це ж ні телефону, ні водія, ні секретарки, ні заступника. Ні, він не візьме на себе таку відповідальність, не вживатиме заходів, які не закріплені протоколом. Хто за це оддуватиметься, га?</w:t>
      </w:r>
    </w:p>
    <w:p>
      <w:r>
        <w:br/>
        <w:t>Мигтіли по квартирі нервові і безпорадні холоші карапузика Кормила.</w:t>
      </w:r>
    </w:p>
    <w:p>
      <w:r>
        <w:br/>
        <w:t>Містечко страждало. Сніг поглинав зойки, верески, голосіння. Слабкодухі падали з інфаркту, старі стерялись, реготали не своїм гласом і вили сердобольних пісень. Діти недовго раділи таким канікулам, на них посунули пропасниця і нудьга.</w:t>
      </w:r>
    </w:p>
    <w:p>
      <w:r>
        <w:br/>
        <w:t>Старий скнара Йосип Клязника потерпав, що не наховав у хаті дров. Що — витопить. Витопить можна й віником, але ж його дрова у дворі під снігом. Якщо здохне собака, хто їх стерегтиме? Мої дрова, мої дрова… Все життя його баба топила сміттям, усе життя він стягав їх і рубав. Дорубався, що до порога треба було лізти через гору. Якби він міг бачити, яка над його садибою нависла сопка з брилем! Ця могила навряд чи випустить.</w:t>
      </w:r>
    </w:p>
    <w:p>
      <w:r>
        <w:br/>
        <w:t>А хто найбільше воювався серед похованих, так це брати Шурики, що жили в коморі. Вони служили контролерами по магазинах і дуже гнівались, їм заздалегідь не прислано відомості про надходження товару. Неподобство! І потім — є в них двірник чи немає, хто повинен розчистити стежку? Вони гарцювались і обкушували заїди, доки з нижнього поверху не обізвався Кріт:</w:t>
      </w:r>
    </w:p>
    <w:p>
      <w:r>
        <w:br/>
        <w:t>— Що ви, понімаєш, розшумілися тут? У місті стихійне лихо. Мре народ.</w:t>
      </w:r>
    </w:p>
    <w:p>
      <w:r>
        <w:br/>
        <w:t>— О-о-о! Як же нам буть?</w:t>
      </w:r>
    </w:p>
    <w:p>
      <w:r>
        <w:br/>
        <w:t>— Робіть, понімаєш, свою роботу, і все. От я рив і рию, — Кріт показав у глині лапи.</w:t>
      </w:r>
    </w:p>
    <w:p>
      <w:r>
        <w:br/>
        <w:t>— Е-е-е, наша робота не тут, — журилися Шурики.</w:t>
      </w:r>
    </w:p>
    <w:p>
      <w:r>
        <w:br/>
        <w:t>— Хм. Тоді поки що плани складайте, а там воно покаже.</w:t>
      </w:r>
    </w:p>
    <w:p>
      <w:r>
        <w:br/>
        <w:t>Брати заглибились у свої бамаги і тільки зрідка похрокували від задоволення.</w:t>
      </w:r>
    </w:p>
    <w:p>
      <w:r>
        <w:br/>
        <w:t>Місто задихалося. Осипалися пуп’янки і змішувалися зі снігом. Усе кволіше ревла худоба, десь настирливо дзявулів собака. Чорні, як головешки, трупи валялися на порогах. Грудні діти, стомившись кричати, знесилівши, зітхали і кривились, розкидаючи холодні пелюшки.</w:t>
      </w:r>
    </w:p>
    <w:p>
      <w:r>
        <w:br/>
        <w:t>Павук на прізвисько Стратилат нічого не думав і не страхався. Його дім під солом’яною стріхою, до весни вистачить сонних мух і комарів, а там іще налетить усякої нечисті. Повітря? Скільки йому треба того повітря? Затопить? Скільки там буде тії води.</w:t>
      </w:r>
    </w:p>
    <w:p>
      <w:r>
        <w:br/>
        <w:t>…Кормило все ще сидів у сонному особняку, котрий славився підземною сауною, канами і лосиними шашликами. Він кислооко позирав на свою посмітюху, на фортепіано, до якого торкалися хіба що ганчіркою, на ведмежі шкури, розкидані замість килимів на підлозі, і все ще страждав: як у нього боліла душа за місто, за трудівників, а втім, хто це зрозуміє, хто оцінить? Перед Кормилом похитувались мальовані штори і нагадували ті золоті часи, коли… Та він не міг і думати про щось таке — перший у місті мужчина, перший сім’янин, перший начальник.</w:t>
      </w:r>
    </w:p>
    <w:p>
      <w:r>
        <w:br/>
        <w:t>— Ольго, я тебе ніколи не кохав, ти знищила мене як особистість, зробила з мене потерть. Я міг би жити в столиці, займати достойну посаду.</w:t>
      </w:r>
    </w:p>
    <w:p>
      <w:r>
        <w:br/>
        <w:t>— Вітю, загорни шарф.</w:t>
      </w:r>
    </w:p>
    <w:p>
      <w:r>
        <w:br/>
        <w:t>Врешті Кормило всівся зручніше, заходився широченними лапами висмикувати ворсу зі шкури, що лежала біля дивану, і майже заспокоївся. Час від часу тільки чулося: "Оп-па! Оп-па!"</w:t>
      </w:r>
    </w:p>
    <w:p>
      <w:r>
        <w:br/>
        <w:t>Тим часом міні-двигунець розстарався і дав струм.</w:t>
      </w:r>
    </w:p>
    <w:p>
      <w:r>
        <w:br/>
        <w:t>— І як я міг одружитися з тобою? І тепер ця ідіотська яма, ця стихія. Як я звітуватиму перед начальством?</w:t>
      </w:r>
    </w:p>
    <w:p>
      <w:r>
        <w:br/>
        <w:t>Ти, Саню, дурень. Вислужуєшся, підвищення закортіло? До лампочки твої "п’ятірки" в дипломі і твоя біганина. Ніхто їх не бачить. Буває, зайдеш у хату, а тебе ще й вихристять — не прибрано, а він лазить. Буває, й раді. Ти розкутаєш мале, над грубкою погрієш руки і станеш слухать. До твоїх щік торкаються пухкі, як пиріжки, п’ятки, ти вдихаєш кислуватий дух сорочечки, чуєш нормальне серце, хороші легені і тобі хочеться ні з того, ні з сього засміятись. А ти напускаєш поважності й проголошуєш: "Мамашо, прогулянки треба щодня робить". Потім, як віртуоз, хапаєш пелюшку, сповиваєш. На тебе дивляться з захватом: куди нам, жінкам! А тобі, маестро, просто пора бути батьком, і тоді б, може, щоденний моціон не здавався б таким жаданим.</w:t>
      </w:r>
    </w:p>
    <w:p>
      <w:r>
        <w:br/>
        <w:t>Нещодавно ти заглянув до начмеда і на прощання сказав секретарці: "Не забудьте, мамашо, по три чайні ложки кип’яченої води на добу!" Тільки на вулиці збагнув її погляд, од якого мало не перетворився на мікроба.</w:t>
      </w:r>
    </w:p>
    <w:p>
      <w:r>
        <w:br/>
        <w:t>От скажи по-чесному, чому так розмахався лопатою? Що душу пече за людей, це точно, а за кого найдужче? Авжеж, за Світочку. На горі магазин "Соки, води, тютюн" — і в тому магазинчику другий рік продавцем вона. Хоч би видрав собі очі, все одно бачив би, як Світочка збігає з гори в коричневій дублянці, мов сухоребра кізочка, а біле волосся розкидається по плечах. Нікому, нікому про те не розкажеш.</w:t>
      </w:r>
    </w:p>
    <w:p>
      <w:r>
        <w:br/>
        <w:t>Руйнація в тебе. Не смів підступити, не смів на неї глянуть, а вона, святенниця, розпусниця, чорт би її побрав, привела дитину.</w:t>
      </w:r>
    </w:p>
    <w:p>
      <w:r>
        <w:br/>
        <w:t>Якось Саня не вберігся, і Світочка з коляскою вийшла прямо на нього.</w:t>
      </w:r>
    </w:p>
    <w:p>
      <w:r>
        <w:br/>
        <w:t>— Ви б навідались до нас, пітничка замучила.</w:t>
      </w:r>
    </w:p>
    <w:p>
      <w:r>
        <w:br/>
        <w:t>— Якось навідаюся, — збрехав.</w:t>
      </w:r>
    </w:p>
    <w:p>
      <w:r>
        <w:br/>
        <w:t>— Ви наче сердитесь?</w:t>
      </w:r>
    </w:p>
    <w:p>
      <w:r>
        <w:br/>
        <w:t>— Ще чого?</w:t>
      </w:r>
    </w:p>
    <w:p>
      <w:r>
        <w:br/>
        <w:t>— Або коли вдосвіта зайдіть, кину на карти, все майбутнє скажу.</w:t>
      </w:r>
    </w:p>
    <w:p>
      <w:r>
        <w:br/>
        <w:t>Тепер Саня проб’ється крізь гори снігу, зайде до Світочки як переможець. Він давно не розгинається, не думає про сніг і про воду. В ту останню зустріч вона подивилась, мов погладила віями. З ким гріха не трапляється, люба? Тільки б жива.</w:t>
      </w:r>
    </w:p>
    <w:p>
      <w:r>
        <w:br/>
        <w:t>Ось і тополя. Обіперся, вхопив губами снігу. Хтозна, скільки часу минуло. Нарешті лопата вдарилась об дерев’яні сходи. Саня випростався і помітив, що тут, біля шпиля, снігу менше, він ледве сягає до середини вікон. Вітер потрудився на славу.</w:t>
      </w:r>
    </w:p>
    <w:p>
      <w:r>
        <w:br/>
        <w:t>Саня боявся стукать, боявся, що ніхто не обізветься. Обтрусився (увесь хоч викрути), підважив лопатою двері, і вони легко піддалися. Кімната дихнула холодом, вологістю, давно не грітою грубою. Стіни повіддувалися, мов повилазили з них потвори. Біля вікна на столі карти, а далі, у високому зеленому ліжку спить Світочка.</w:t>
      </w:r>
    </w:p>
    <w:p>
      <w:r>
        <w:br/>
        <w:t>— Ой, — розчахнула очі на його погляд, — а я ще не вставала.</w:t>
      </w:r>
    </w:p>
    <w:p>
      <w:r>
        <w:br/>
        <w:t>— Як — не вставали? Містечко під снігом, люди мерзнуть, мруть, хворіють!</w:t>
      </w:r>
    </w:p>
    <w:p>
      <w:r>
        <w:br/>
        <w:t>— Сьогодні не сходило сонце. І чомусь я така слаба. Ой! Ви б не могли подивитися, що з моїми ногами?</w:t>
      </w:r>
    </w:p>
    <w:p>
      <w:r>
        <w:br/>
        <w:t>— Якщо дозволите.</w:t>
      </w:r>
    </w:p>
    <w:p>
      <w:r>
        <w:br/>
        <w:t>— Ради Бога, лікарю, я вже думала, чи не гангрена.</w:t>
      </w:r>
    </w:p>
    <w:p>
      <w:r>
        <w:br/>
        <w:t>Він оглянув її, накинув ковдру. І знову відкрив, не вірячи очам і рукам. Нервово шарпонув рюкзак, добув хлороформ, скальпель, бинти, йод. Врешті запхав усе те назад. Минуло з півгодини. Світоччині ноги були холодні і майже не відчували дотику. Ступні зійшлися докупи, пальці зрослись і навколо них утворилась рожева раковинка. Така ніжна, що лячно й торкать. Крізь неї ще виднілися нігті й сині жилки.</w:t>
      </w:r>
    </w:p>
    <w:p>
      <w:r>
        <w:br/>
        <w:t>Спробував роз’єднати ступні, але хвора закричала. Зсунувся на підлогу.</w:t>
      </w:r>
    </w:p>
    <w:p>
      <w:r>
        <w:br/>
        <w:t>До тями Саню повернув голос, що шелестів, мов очерет:</w:t>
      </w:r>
    </w:p>
    <w:p>
      <w:r>
        <w:br/>
        <w:t>— Скажіть що-небудь.</w:t>
      </w:r>
    </w:p>
    <w:p>
      <w:r>
        <w:br/>
        <w:t>— Н-нічого страшного, але це рідкісний випадок, я сьогодні ж викличу…</w:t>
      </w:r>
    </w:p>
    <w:p>
      <w:r>
        <w:br/>
        <w:t>Нащо брехав, кого він міг викликати? Звівся, наче вимолочений, перед очима світились яскраві каганці.</w:t>
      </w:r>
    </w:p>
    <w:p>
      <w:r>
        <w:br/>
        <w:t>— Хочу пити, — знову прошелестіла.</w:t>
      </w:r>
    </w:p>
    <w:p>
      <w:r>
        <w:br/>
        <w:t>Саня постояв якусь хвилю, перш ніж утямив, що треба. Поправив їй ковдру, спіткнувся об іграшку, вдарився плечем об шафу. Враз ним оволоділа звіряча лють — став збивати ногами брязкальця, зривати пелюшки, садити носаками на всі боки. Звідкись упала пляшечка з соскою і, цвіркаючи молоком, ударилась об табуретку.</w:t>
      </w:r>
    </w:p>
    <w:p>
      <w:r>
        <w:br/>
        <w:t>Так усе перевернулося. Світочка — вже не Світочка, нічим не годен він їй допомогти. Розтрощити бридку шкаралущу, підняти дівчину, струснути і заглянути в очі: догралась, доворожилась? А стрівся з очима Світочки і зчах.</w:t>
      </w:r>
    </w:p>
    <w:p>
      <w:r>
        <w:br/>
        <w:t>Назбирав мотлоху по хаті, щоб запалити грубу, розтопити відро з кригою. Підніс чашку — хвора схопила, пересмикнулася всім тілом. Вода загогкала їй у горлі. Нарешті допила, чудно вібрала голову в плечі і зникла під ковдрою. "Равлик-павлик, вистав ріжки", — зненацька згадав і розпачливо реготнув.</w:t>
      </w:r>
    </w:p>
    <w:p>
      <w:r>
        <w:br/>
        <w:t>Поволі склав і зашнурував рюкзак, одягнув куртку.</w:t>
      </w:r>
    </w:p>
    <w:p>
      <w:r>
        <w:br/>
        <w:t>— Ну, я пішов.</w:t>
      </w:r>
    </w:p>
    <w:p>
      <w:r>
        <w:br/>
        <w:t>Почув, як унизу щось плющить, озирнувся. Світочка витяглася всім тілом із постелі і влізла головою у відро. Калюжі розтікались на всі боки. Відчула, що він дивиться, вистромилась і винувато усміхненою щокою потерлась об його валянок.</w:t>
      </w:r>
    </w:p>
    <w:p>
      <w:r>
        <w:br/>
        <w:t>— Мабуть, холодна, — бовкнув ошелешено і, щоб не турбувати, одвернувся, підійшов до коляски. Розгорнув конверт — ураз відсмикнув руку. Там лежала велика дитяча голова і, не відриваючись, дивилася на нього.</w:t>
      </w:r>
    </w:p>
    <w:p>
      <w:r>
        <w:br/>
        <w:t>— Що ти… ви тут робите?</w:t>
      </w:r>
    </w:p>
    <w:p>
      <w:r>
        <w:br/>
        <w:t>— Думаю, — зітхнула голова, — хтось же повинен у цьому місті думати.</w:t>
      </w:r>
    </w:p>
    <w:p>
      <w:r>
        <w:br/>
        <w:t>Саня заточився і, як потайний пес, одним ривком опинився біля дверей. Тікати! Бігти, летіти од проклятого місця. Лізти рачки, дряпатись геть. А що попереду? Снігова пустеля, рівна, хоч облизуй, долина.</w:t>
      </w:r>
    </w:p>
    <w:p>
      <w:r>
        <w:br/>
        <w:t>І що буде з ним, із оцими і з усіма…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схід сонця в тютюновім магазинчику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