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Сільвії</w:t>
      </w:r>
    </w:p>
    <w:p>
      <w:r>
        <w:br/>
        <w:t xml:space="preserve"> Чи, Сільвіє, спогадуєш ти ще&lt;br /&gt;</w:t>
        <w:br/>
        <w:t>Своє життя погасле,&lt;br /&gt;</w:t>
        <w:br/>
        <w:t>Коли краса сіяла&lt;br /&gt;</w:t>
        <w:br/>
        <w:t>В твоїх очах, радіючих і бистрих,&lt;br /&gt;</w:t>
        <w:br/>
        <w:t>I на пороги зрілості своєї&lt;br /&gt;</w:t>
        <w:br/>
        <w:t>Обачно ти ступала?</w:t>
      </w:r>
    </w:p>
    <w:p>
      <w:r>
        <w:br/>
        <w:t>Лунали у кімнатах&lt;br /&gt;</w:t>
        <w:br/>
        <w:t>I по садах, тишинами пойнятих,&lt;br /&gt;</w:t>
        <w:br/>
        <w:t>Твої пісні всякчасні,&lt;br /&gt;</w:t>
        <w:br/>
        <w:t>Коли, при хатній ти роботі, пильна,&lt;br /&gt;</w:t>
        <w:br/>
        <w:t>Сиділа — і раділа мрії власній&lt;br /&gt;</w:t>
        <w:br/>
        <w:t>Про дні майбутні, золоті і щасні.&lt;br /&gt;</w:t>
        <w:br/>
        <w:t>Так день минав твій. Травень був надворі,&lt;br /&gt;</w:t>
        <w:br/>
        <w:t>I травень плив пахуче і квітчасто.&lt;br /&gt;</w:t>
        <w:br/>
        <w:t>I залишав я часто&lt;br /&gt;</w:t>
        <w:br/>
        <w:t>Науку милу і поважні книги,&lt;br /&gt;</w:t>
        <w:br/>
        <w:t>Яким я молодість віддав і часть&lt;br /&gt;</w:t>
        <w:br/>
        <w:t>Себе самого кращу — і з балкона&lt;br /&gt;</w:t>
        <w:br/>
        <w:t>Я прислухався до твоїх пісень,&lt;br /&gt;</w:t>
        <w:br/>
        <w:t>До їх живого звуку,&lt;br /&gt;</w:t>
        <w:br/>
        <w:t>I зір скеровував на бистру руку,&lt;br /&gt;</w:t>
        <w:br/>
        <w:t>Що полотно старанно вишивала.&lt;br /&gt;</w:t>
        <w:br/>
        <w:t>Погожі небеса я споглядав,&lt;br /&gt;</w:t>
        <w:br/>
        <w:t>Сади і вулиці, всі в сонці, море&lt;br /&gt;</w:t>
        <w:br/>
        <w:t>I мрійні, дальні гори.&lt;br /&gt;</w:t>
        <w:br/>
        <w:t>Язик не скаже людський,&lt;br /&gt;</w:t>
        <w:br/>
        <w:t>Що в серці відчував я.</w:t>
      </w:r>
    </w:p>
    <w:p>
      <w:r>
        <w:br/>
        <w:t>О Сільвіє, які солодкі мислі,&lt;br /&gt;</w:t>
        <w:br/>
        <w:t>Які були солодкі сподівання,&lt;br /&gt;</w:t>
        <w:br/>
        <w:t>Як легко вірилося в існування&lt;br /&gt;</w:t>
        <w:br/>
        <w:t>I в долю людську нам!&lt;br /&gt;</w:t>
        <w:br/>
        <w:t>І як згадаю я про все колишнє,&lt;br /&gt;</w:t>
        <w:br/>
        <w:t>Мене чуття гнітить&lt;br /&gt;</w:t>
        <w:br/>
        <w:t>Гірке і безпотішне,&lt;br /&gt;</w:t>
        <w:br/>
        <w:t>I давнє горе знов мене болить.&lt;br /&gt;</w:t>
        <w:br/>
        <w:t>Чому, чому, природо,&lt;br /&gt;</w:t>
        <w:br/>
        <w:t>Не держишся того, що обіцяєш?&lt;br /&gt;</w:t>
        <w:br/>
        <w:t>Чому дітей своїх&lt;br /&gt;</w:t>
        <w:br/>
        <w:t>Обманюєш так тяжко?</w:t>
      </w:r>
    </w:p>
    <w:p>
      <w:r>
        <w:br/>
        <w:t>Зима ще не прибила трав блідих,&lt;br /&gt;</w:t>
        <w:br/>
        <w:t>Як, здолана сухотами, померла&lt;br /&gt;</w:t>
        <w:br/>
        <w:t>Ти, ніжна. Цвіту юності своєї&lt;br /&gt;</w:t>
        <w:br/>
        <w:t>Не зріла ти; тебе&lt;br /&gt;</w:t>
        <w:br/>
        <w:t>Не приголубила хвала утішна&lt;br /&gt;</w:t>
        <w:br/>
        <w:t>Тут — чорним кучерям твоїм, а там —&lt;br /&gt;</w:t>
        <w:br/>
        <w:t>Твоїм невинним люблячим очам,&lt;br /&gt;</w:t>
        <w:br/>
        <w:t>I з подругами ти не говорила&lt;br /&gt;</w:t>
        <w:br/>
        <w:t>У свято про кохання.&lt;br /&gt;</w:t>
        <w:br/>
        <w:t>Тож і моє вповання,&lt;br /&gt;</w:t>
        <w:br/>
        <w:t>Солодке, згасло; доля і мені&lt;br /&gt;</w:t>
        <w:br/>
        <w:t>Відмовила в дарах,&lt;br /&gt;</w:t>
        <w:br/>
        <w:t>Належних рокам молодим. Як сталось,&lt;br /&gt;</w:t>
        <w:br/>
        <w:t>Що відійшла, що відійти могла ти,&lt;br /&gt;</w:t>
        <w:br/>
        <w:t>О люба подруго моєї юні,&lt;br /&gt;</w:t>
        <w:br/>
        <w:t>Моя, сльозами зрошена, надіє!&lt;br /&gt;</w:t>
        <w:br/>
        <w:t>І що цей світ? Що мають означати&lt;br /&gt;</w:t>
        <w:br/>
        <w:t>Любов і радість, вчинки і події,&lt;br /&gt;</w:t>
        <w:br/>
        <w:t>Що ми про них так часто розмовляли?&lt;br /&gt;</w:t>
        <w:br/>
        <w:t>І це є жереб людський?&lt;br /&gt;</w:t>
        <w:br/>
        <w:t>Розкрився справжній зміст його — і ти&lt;br /&gt;</w:t>
        <w:br/>
        <w:t>Упала, бідна,— і здаля рукою&lt;br /&gt;</w:t>
        <w:br/>
        <w:t>Показуєш мені на смерть холодну&lt;br /&gt;</w:t>
        <w:br/>
        <w:t>З могилою нагою.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Сільвії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