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сестри</w:t>
      </w:r>
    </w:p>
    <w:p>
      <w:r>
        <w:br/>
        <w:t xml:space="preserve"> Сяли зорі, підбивався&lt;br /&gt;</w:t>
        <w:br/>
        <w:t>Місяць... справді віяв рай...&lt;br /&gt;</w:t>
        <w:br/>
        <w:t>Одиноким серцем рвався&lt;br /&gt;</w:t>
        <w:br/>
        <w:t>Я в далекий інший край:</w:t>
      </w:r>
    </w:p>
    <w:p>
      <w:r>
        <w:br/>
        <w:t>Де на страті, сестро мила,&lt;br /&gt;</w:t>
        <w:br/>
        <w:t>У терновому вінці,&lt;br /&gt;</w:t>
        <w:br/>
        <w:t>Ти від ката опочила&lt;br /&gt;</w:t>
        <w:br/>
        <w:t>З правим знаменем в руці.</w:t>
      </w:r>
    </w:p>
    <w:p>
      <w:r>
        <w:br/>
        <w:t>Ти мовляла: "Щирий боже!&lt;br /&gt;</w:t>
        <w:br/>
        <w:t>Захисти та укріпи;&lt;br /&gt;</w:t>
        <w:br/>
        <w:t>Моє серденько неможе&lt;br /&gt;</w:t>
        <w:br/>
        <w:t>Все любов’ю окропи!"</w:t>
      </w:r>
    </w:p>
    <w:p>
      <w:r>
        <w:br/>
        <w:t>І встають передо мною&lt;br /&gt;</w:t>
        <w:br/>
        <w:t>Перебуті вкупі дні,&lt;br /&gt;</w:t>
        <w:br/>
        <w:t>Як дорогою сумною&lt;br /&gt;</w:t>
        <w:br/>
        <w:t>Ми брели по чужині...</w:t>
      </w:r>
    </w:p>
    <w:p>
      <w:r>
        <w:br/>
        <w:t>Помінялись ми хрестами,&lt;br /&gt;</w:t>
        <w:br/>
        <w:t>Поклялися хрест нести&lt;br /&gt;</w:t>
        <w:br/>
        <w:t>І гарячими вустами&lt;br /&gt;</w:t>
        <w:br/>
        <w:t>Цілували ті хрести.</w:t>
      </w:r>
    </w:p>
    <w:p>
      <w:r>
        <w:br/>
        <w:t>Попрощались, розійшлися,&lt;br /&gt;</w:t>
        <w:br/>
        <w:t>Сумували в самоті...&lt;br /&gt;</w:t>
        <w:br/>
        <w:t>Твої муки відбулися,&lt;br /&gt;</w:t>
        <w:br/>
        <w:t>Змовкли вустоньки святі.</w:t>
      </w:r>
    </w:p>
    <w:p>
      <w:r>
        <w:br/>
        <w:t>Мир красує... Сам собою&lt;br /&gt;</w:t>
        <w:br/>
        <w:t>Я конаю у журбі:&lt;br /&gt;</w:t>
        <w:br/>
        <w:t>Лину в думці за тобою,&lt;br /&gt;</w:t>
        <w:br/>
        <w:t>Вік молитимусь тобі!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сестри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