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побачення, хлопчики...</w:t>
      </w:r>
    </w:p>
    <w:p>
      <w:r>
        <w:br/>
        <w:t xml:space="preserve"> Ах, війна, що ж ти, підла, накоїла:&lt;br /&gt;</w:t>
        <w:br/>
        <w:t>стали тихими наші двори,&lt;br /&gt;</w:t>
        <w:br/>
        <w:t>підняли наші хлопчики голови –&lt;br /&gt;</w:t>
        <w:br/>
        <w:t>і змужніли вони до пори,&lt;br /&gt;</w:t>
        <w:br/>
        <w:t>на порозі прощалися похапцем —&lt;br /&gt;</w:t>
        <w:br/>
        <w:t>і пішли, за солдатом солдат...&lt;br /&gt;</w:t>
        <w:br/>
        <w:t>До побачення, хлопчики! Хлопчики,&lt;br /&gt;</w:t>
        <w:br/>
        <w:t>повертайтеся швидше назад.&lt;br /&gt;</w:t>
        <w:br/>
        <w:t>Не ховайтеся, будьте високими,&lt;br /&gt;</w:t>
        <w:br/>
        <w:t>не шкодуйте ні куль, ні гранат&lt;br /&gt;</w:t>
        <w:br/>
        <w:t>і себе не жалійте... І попри все&lt;br /&gt;</w:t>
        <w:br/>
        <w:t>повертайтеся швидше назад.</w:t>
      </w:r>
    </w:p>
    <w:p>
      <w:r>
        <w:br/>
        <w:t>Ох, війна, що ж ти, підла, накоїла:&lt;br /&gt;</w:t>
        <w:br/>
        <w:t>не весілля – розлуки і дим!&lt;br /&gt;</w:t>
        <w:br/>
        <w:t>І дівчатка ввсі платтячка білії&lt;br /&gt;</w:t>
        <w:br/>
        <w:t>віддали своїм сестрам мали.&lt;br /&gt;</w:t>
        <w:br/>
        <w:t>форма й чоботи... Де ж від них дітися?&lt;br /&gt;</w:t>
        <w:br/>
        <w:t>два зелених на плечах крила...&lt;br /&gt;</w:t>
        <w:br/>
        <w:t>Пліткарів ви, дівчатка, не бійтеся!&lt;br /&gt;</w:t>
        <w:br/>
        <w:t>З них спитаємо потім сповна.&lt;br /&gt;</w:t>
        <w:br/>
        <w:t>Хай говорять, що віру розтрачено,&lt;br /&gt;</w:t>
        <w:br/>
        <w:t>що йдете повійні наздогад...&lt;br /&gt;</w:t>
        <w:br/>
        <w:t>До побачення, наші дівчатонька!&lt;br /&gt;</w:t>
        <w:br/>
        <w:t>Повертайтеся швидше назад!</w:t>
      </w:r>
    </w:p>
    <w:p>
      <w:r>
        <w:br/>
        <w:t>(1958)</w:t>
      </w:r>
    </w:p>
    <w:p>
      <w:r>
        <w:br/>
        <w:t>(Переклад Олени Тимченко)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побачення, хлопчики...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