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питання про категорію часу</w:t>
      </w:r>
    </w:p>
    <w:p>
      <w:r>
        <w:br/>
        <w:t xml:space="preserve"> Батьки були не схильні до обструкцій.&lt;br /&gt;</w:t>
        <w:br/>
        <w:t>Робили, аж ввіходили у раж.&lt;br /&gt;</w:t>
        <w:br/>
        <w:t>А їм якісь інструктори з інструкцій&lt;br /&gt;</w:t>
        <w:br/>
        <w:t>Читали інструктивний інструктаж&lt;br /&gt;</w:t>
        <w:br/>
        <w:t>На всі інтеліґентненькі легеньки,&lt;br /&gt;</w:t>
        <w:br/>
        <w:t>З лобів затерпло витирали піт:&lt;br /&gt;</w:t>
        <w:br/>
        <w:t>"Коханенькі! Любенькі-дорогенькі!&lt;br /&gt;</w:t>
        <w:br/>
        <w:t>Терпіли ж вже. Ще трохи потерпіть!&lt;br /&gt;</w:t>
        <w:br/>
        <w:t>Брак помазків і кремі до гоління&lt;br /&gt;</w:t>
        <w:br/>
        <w:t>Хай вас не зачіпає за живе.&lt;br /&gt;</w:t>
        <w:br/>
        <w:t>Не ви – то хоч наступне покоління&lt;br /&gt;</w:t>
        <w:br/>
        <w:t>В майбутньому напевно заживе!.."</w:t>
      </w:r>
    </w:p>
    <w:p>
      <w:r>
        <w:br/>
        <w:t>І батько шкріб неголену щетину,&lt;br /&gt;</w:t>
        <w:br/>
        <w:t>Міркуючи, що, певно, так і є,&lt;br /&gt;</w:t>
        <w:br/>
        <w:t>І наставляв-накручував дитину,&lt;br /&gt;</w:t>
        <w:br/>
        <w:t>Що вже ж вона й за нього пожиє.</w:t>
      </w:r>
    </w:p>
    <w:p>
      <w:r>
        <w:br/>
        <w:t>Не раз вже й ми сміялися на кутні,&lt;br /&gt;</w:t>
        <w:br/>
        <w:t>І жухла, й знову сходила трава.&lt;br /&gt;</w:t>
        <w:br/>
        <w:t>А все не починається майбутнє.&lt;br /&gt;</w:t>
        <w:br/>
        <w:t>А все той час теперішній трива.</w:t>
      </w:r>
    </w:p>
    <w:p>
      <w:r>
        <w:br/>
        <w:t>Щось десь не вийшло – ніде правди діт.&lt;br /&gt;</w:t>
        <w:br/>
        <w:t>Хтось винен. (Ну звичайно – не народ!)&lt;br /&gt;</w:t>
        <w:br/>
        <w:t>Зате уже напевно наші діти&lt;br /&gt;</w:t>
        <w:br/>
        <w:t>Майбутнього ухоплять повен рот.&lt;br /&gt;</w:t>
        <w:br/>
        <w:t>Нам офіційно ще не обіцяли,&lt;br /&gt;</w:t>
        <w:br/>
        <w:t>Але місцями ширяться чутки.</w:t>
      </w:r>
    </w:p>
    <w:p>
      <w:r>
        <w:br/>
        <w:t>Бо навіть пелюшок не обісцяли&lt;br /&gt;</w:t>
        <w:br/>
        <w:t>Ті, нами не зачаті діточки…</w:t>
      </w:r>
    </w:p>
    <w:p>
      <w:r>
        <w:br/>
        <w:t>1992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питання про категорію часу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