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осені</w:t>
      </w:r>
    </w:p>
    <w:p>
      <w:r>
        <w:br/>
        <w:t xml:space="preserve"> Пора туману й повняви в садах,&lt;br /&gt;</w:t>
        <w:br/>
        <w:t>Старого сонця подруго порадна&lt;br /&gt;</w:t>
        <w:br/>
        <w:t>У клопотах, щоб гронами на дах&lt;br /&gt;</w:t>
        <w:br/>
        <w:t>Злягала важче парість виноградна,&lt;br /&gt;</w:t>
        <w:br/>
        <w:t>Щоб гнулись яблуні старі, як гай,&lt;br /&gt;</w:t>
        <w:br/>
        <w:t>Щоб яблукам солодшати і спіти,&lt;br /&gt;</w:t>
        <w:br/>
        <w:t>Щоб тиква пухла, в лісовій пустелі&lt;br /&gt;</w:t>
        <w:br/>
        <w:t>Ядернішав горіх, а пізні квіти&lt;br /&gt;</w:t>
        <w:br/>
        <w:t>Манили бджіл у свій новий розмай,&lt;br /&gt;</w:t>
        <w:br/>
        <w:t>Аж поки здасться їм, що через край&lt;br /&gt;</w:t>
        <w:br/>
        <w:t>Тектимуть вічно їх липкі оселі.</w:t>
      </w:r>
    </w:p>
    <w:p>
      <w:r>
        <w:br/>
        <w:t>Хто не стрівав тебе в твоїм кутку?&lt;br /&gt;</w:t>
        <w:br/>
        <w:t>Хто схоче, вбачить — стежка недалека,—&lt;br /&gt;</w:t>
        <w:br/>
        <w:t>Як ти сидиш безпечно на току&lt;br /&gt;</w:t>
        <w:br/>
        <w:t>I вітер волос підвіває злегка;&lt;br /&gt;</w:t>
        <w:br/>
        <w:t>Чи, маком одурманена, в обід&lt;br /&gt;</w:t>
        <w:br/>
        <w:t>Спиш у снопах на недожатім полі,&lt;br /&gt;</w:t>
        <w:br/>
        <w:t>I марно збіжжя й квіти леза ждуть;&lt;br /&gt;</w:t>
        <w:br/>
        <w:t>Чи з колосками кошик через брід&lt;br /&gt;</w:t>
        <w:br/>
        <w:t>На голові несеш, гнучка, поволі;&lt;br /&gt;</w:t>
        <w:br/>
        <w:t>Терпляче наглядаєш у стодолі,&lt;br /&gt;</w:t>
        <w:br/>
        <w:t>Як рештки сидру з нагніту течуть.</w:t>
      </w:r>
    </w:p>
    <w:p>
      <w:r>
        <w:br/>
        <w:t>Де співи весняні? Ах, де той чар?&lt;br /&gt;</w:t>
        <w:br/>
        <w:t>Забудь про них — у тебе власні співи:&lt;br /&gt;</w:t>
        <w:br/>
        <w:t>Як надвечір заквітнуть смуги хмар,&lt;br /&gt;</w:t>
        <w:br/>
        <w:t>Рожево тінячи спустілі ниви,&lt;br /&gt;</w:t>
        <w:br/>
        <w:t>Тоді журливо комарі дзвенять,&lt;br /&gt;</w:t>
        <w:br/>
        <w:t>Гойдаючись у вітерці легкому&lt;br /&gt;</w:t>
        <w:br/>
        <w:t>Над верболозом, де бринить струмок;&lt;br /&gt;</w:t>
        <w:br/>
        <w:t>З кошари дужчі голоси ягнят;&lt;br /&gt;</w:t>
        <w:br/>
        <w:t>Спів цвіркуна у бур'яні сухому;&lt;br /&gt;</w:t>
        <w:br/>
        <w:t>Тонкий вільшанки посвист із-за дому,&lt;br /&gt;</w:t>
        <w:br/>
        <w:t>I в небі зграйний щебіт ластівок.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