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нечистого</w:t>
      </w:r>
    </w:p>
    <w:p>
      <w:r>
        <w:br/>
        <w:t xml:space="preserve"> До нечистого</w:t>
      </w:r>
    </w:p>
    <w:p>
      <w:r>
        <w:br/>
        <w:t>О Князю, владарю держав численних,&lt;br /&gt;</w:t>
        <w:br/>
        <w:t>Що серафимів збройних вів на битву!&lt;br /&gt;</w:t>
        <w:br/>
        <w:t>Мільтон</w:t>
      </w:r>
    </w:p>
    <w:p>
      <w:r>
        <w:br/>
        <w:t>Є різні в тебе імена:&lt;br /&gt;</w:t>
        <w:br/>
        <w:t>Враг, Біс, Нечистий, Сатана,&lt;br /&gt;</w:t>
        <w:br/>
        <w:t>А вдача в тебе все одна —&lt;br /&gt;</w:t>
        <w:br/>
        <w:t>Брать на катуші&lt;br /&gt;</w:t>
        <w:br/>
        <w:t>У свій огненний льох без дна&lt;br /&gt;</w:t>
        <w:br/>
        <w:t>Нещасні душі.</w:t>
      </w:r>
    </w:p>
    <w:p>
      <w:r>
        <w:br/>
        <w:t>Своє майстерство полум'яне&lt;br /&gt;</w:t>
        <w:br/>
        <w:t>Облиш — нехай цей світ одхляне!&lt;br /&gt;</w:t>
        <w:br/>
        <w:t>Невже від зойку не зів'яне&lt;br /&gt;</w:t>
        <w:br/>
        <w:t>I в біса лас,&lt;br /&gt;</w:t>
        <w:br/>
        <w:t>Коли ти в вариво сірчане&lt;br /&gt;</w:t>
        <w:br/>
        <w:t>Саджаєш нас?</w:t>
      </w:r>
    </w:p>
    <w:p>
      <w:r>
        <w:br/>
        <w:t>О, ти відомий лиходій!&lt;br /&gt;</w:t>
        <w:br/>
        <w:t>Всі добре знають норов твій!&lt;br /&gt;</w:t>
        <w:br/>
        <w:t>I хоч живеш ти в пропасній,&lt;br /&gt;</w:t>
        <w:br/>
        <w:t>Та скрізь і всюди&lt;br /&gt;</w:t>
        <w:br/>
        <w:t>Ти ворожнечу й веремій&lt;br /&gt;</w:t>
        <w:br/>
        <w:t>Несеш між люди.</w:t>
      </w:r>
    </w:p>
    <w:p>
      <w:r>
        <w:br/>
        <w:t>Ти, мов той лев, по світу всьому&lt;br /&gt;</w:t>
        <w:br/>
        <w:t>Вишукуєш, де збить оскому:&lt;br /&gt;</w:t>
        <w:br/>
        <w:t>То з церкви серед бурі й грому&lt;br /&gt;</w:t>
        <w:br/>
        <w:t>Покрівлю рвеш,&lt;br /&gt;</w:t>
        <w:br/>
        <w:t>То тулишся в нутрі людському&lt;br /&gt;</w:t>
        <w:br/>
        <w:t>I там живеш.</w:t>
      </w:r>
    </w:p>
    <w:p>
      <w:r>
        <w:br/>
        <w:t>З бабусиних я знаю слів,&lt;br /&gt;</w:t>
        <w:br/>
        <w:t>Що ти всі пустощі посів,&lt;br /&gt;</w:t>
        <w:br/>
        <w:t>Що на руїнах з веж верхів&lt;br /&gt;</w:t>
        <w:br/>
        <w:t>Примарним птахом&lt;br /&gt;</w:t>
        <w:br/>
        <w:t>Кричиш — і пізніх мандрівців&lt;br /&gt;</w:t>
        <w:br/>
        <w:t>Сповняєш страхом.</w:t>
      </w:r>
    </w:p>
    <w:p>
      <w:r>
        <w:br/>
        <w:t>А як із Богом на розмову&lt;br /&gt;</w:t>
        <w:br/>
        <w:t>Вона в годину вечорову&lt;br /&gt;</w:t>
        <w:br/>
        <w:t>Ставала, чувся їй із рову&lt;br /&gt;</w:t>
        <w:br/>
        <w:t>Твій хитрий плаз,&lt;br /&gt;</w:t>
        <w:br/>
        <w:t>Коли ти й хащу бузинову&lt;br /&gt;</w:t>
        <w:br/>
        <w:t>Трусив не раз.</w:t>
      </w:r>
    </w:p>
    <w:p>
      <w:r>
        <w:br/>
        <w:t>Серeдночі, як сівер тис&lt;br /&gt;</w:t>
        <w:br/>
        <w:t>I косо зорі мчали вниз,&lt;br /&gt;</w:t>
        <w:br/>
        <w:t>Сполохав ти й мене, як звис&lt;br /&gt;</w:t>
        <w:br/>
        <w:t>Кущем на воду,&lt;br /&gt;</w:t>
        <w:br/>
        <w:t>Аж душу всю мені, мов спис,&lt;br /&gt;</w:t>
        <w:br/>
        <w:t>Пройняв до споду.</w:t>
      </w:r>
    </w:p>
    <w:p>
      <w:r>
        <w:br/>
        <w:t>Тоді я ледве вдержав кия!&lt;br /&gt;</w:t>
        <w:br/>
        <w:t>Аж чуб угору встав — такий я&lt;br /&gt;</w:t>
        <w:br/>
        <w:t>Жах відчував, як з чортория&lt;br /&gt;</w:t>
        <w:br/>
        <w:t>Із криком "ках"&lt;br /&gt;</w:t>
        <w:br/>
        <w:t>Ти сам, мов качка довгошия,&lt;br /&gt;</w:t>
        <w:br/>
        <w:t>Піднявся вмах.</w:t>
      </w:r>
    </w:p>
    <w:p>
      <w:r>
        <w:br/>
        <w:t>Я чув, що знахарі й відьми&lt;br /&gt;</w:t>
        <w:br/>
        <w:t>На мітлах охляп серед тьми&lt;br /&gt;</w:t>
        <w:br/>
        <w:t>Летять у плавні, на строми,&lt;br /&gt;</w:t>
        <w:br/>
        <w:t>В могильні схови,-&lt;br /&gt;</w:t>
        <w:br/>
        <w:t>I там над мертвими кістьми&lt;br /&gt;</w:t>
        <w:br/>
        <w:t>Складають змови.</w:t>
      </w:r>
    </w:p>
    <w:p>
      <w:r>
        <w:br/>
        <w:t>Даремно потім молодиці&lt;br /&gt;</w:t>
        <w:br/>
        <w:t>Свої колотять масляниці:&lt;br /&gt;</w:t>
        <w:br/>
        <w:t>Все викрали пронози ниці,&lt;br /&gt;</w:t>
        <w:br/>
        <w:t>Пропав удій&lt;br /&gt;</w:t>
        <w:br/>
        <w:t>У Маньки, що було й дійниці&lt;br /&gt;</w:t>
        <w:br/>
        <w:t>Замало їй!</w:t>
      </w:r>
    </w:p>
    <w:p>
      <w:r>
        <w:br/>
        <w:t>Від них і тайні ті вузли,&lt;br /&gt;</w:t>
        <w:br/>
        <w:t>Що стільки лиха завдали&lt;br /&gt;</w:t>
        <w:br/>
        <w:t>Новим господарям, коли&lt;br /&gt;</w:t>
        <w:br/>
        <w:t>Струмент найкращий&lt;br /&gt;</w:t>
        <w:br/>
        <w:t>Псувався: як не насталu —&lt;br /&gt;</w:t>
        <w:br/>
        <w:t>Все негодящий.</w:t>
      </w:r>
    </w:p>
    <w:p>
      <w:r>
        <w:br/>
        <w:t>Напровесні, як ріки грають,&lt;br /&gt;</w:t>
        <w:br/>
        <w:t>Водяники твої чигають&lt;br /&gt;</w:t>
        <w:br/>
        <w:t>На пішоходців, що блукають&lt;br /&gt;</w:t>
        <w:br/>
        <w:t>В добу нічну,&lt;br /&gt;</w:t>
        <w:br/>
        <w:t>I запізнілих затягають&lt;br /&gt;</w:t>
        <w:br/>
        <w:t>У бистрину.</w:t>
      </w:r>
    </w:p>
    <w:p>
      <w:r>
        <w:br/>
        <w:t>А "блимавки", твої свічки,&lt;br /&gt;</w:t>
        <w:br/>
        <w:t>Що п'яних ваблять здалеки&lt;br /&gt;</w:t>
        <w:br/>
        <w:t>В погибні багна й рівчаки,&lt;br /&gt;</w:t>
        <w:br/>
        <w:t>Все далі й далі,&lt;br /&gt;</w:t>
        <w:br/>
        <w:t>Аж поки втоплять залюбки&lt;br /&gt;</w:t>
        <w:br/>
        <w:t>В якімсь проваллі.</w:t>
      </w:r>
    </w:p>
    <w:p>
      <w:r>
        <w:br/>
        <w:t>Як до масонського прийому&lt;br /&gt;</w:t>
        <w:br/>
        <w:t>Ти сходиш в образі страшному,&lt;br /&gt;</w:t>
        <w:br/>
        <w:t>Отам би "братові" новому&lt;br /&gt;</w:t>
        <w:br/>
        <w:t>Настав капут,&lt;br /&gt;</w:t>
        <w:br/>
        <w:t>Якби не вірні друзі дому —&lt;br /&gt;</w:t>
        <w:br/>
        <w:t>Кіт і когут.</w:t>
      </w:r>
    </w:p>
    <w:p>
      <w:r>
        <w:br/>
        <w:t>Як у раю, давно колись&lt;br /&gt;</w:t>
        <w:br/>
        <w:t>В коханні дві душі злились&lt;br /&gt;</w:t>
        <w:br/>
        <w:t>I так блаженно обнялись&lt;br /&gt;</w:t>
        <w:br/>
        <w:t>На зільнім ложі,&lt;br /&gt;</w:t>
        <w:br/>
        <w:t>I квіти яскравіли скрізь,&lt;br /&gt;</w:t>
        <w:br/>
        <w:t>Дарунки божі.</w:t>
      </w:r>
    </w:p>
    <w:p>
      <w:r>
        <w:br/>
        <w:t>Тоді, злорадісний шахраю,&lt;br /&gt;</w:t>
        <w:br/>
        <w:t>Ти вкравсь інкогніто до раю,&lt;br /&gt;</w:t>
        <w:br/>
        <w:t>Й довів сердешних до одчаю,&lt;br /&gt;</w:t>
        <w:br/>
        <w:t>I зверг з небес!&lt;br /&gt;</w:t>
        <w:br/>
        <w:t>I як не згиб тоді, не знаю,&lt;br /&gt;</w:t>
        <w:br/>
        <w:t>Цей світ увесь!</w:t>
      </w:r>
    </w:p>
    <w:p>
      <w:r>
        <w:br/>
        <w:t>Згадаймо про той день із днів,&lt;br /&gt;</w:t>
        <w:br/>
        <w:t>Як ти пекельний кинув рів&lt;br /&gt;</w:t>
        <w:br/>
        <w:t>I став між кращих із мужів,&lt;br /&gt;</w:t>
        <w:br/>
        <w:t>Почваро куца,&lt;br /&gt;</w:t>
        <w:br/>
        <w:t>I ледве з розуму не звів&lt;br /&gt;</w:t>
        <w:br/>
        <w:t>Старого з Уца!</w:t>
      </w:r>
    </w:p>
    <w:p>
      <w:r>
        <w:br/>
        <w:t>I, взявши під свою опіку,&lt;br /&gt;</w:t>
        <w:br/>
        <w:t>Дав струпів, ран йому без ліку&lt;br /&gt;</w:t>
        <w:br/>
        <w:t>I сплюндрував майно, й каліку&lt;br /&gt;</w:t>
        <w:br/>
        <w:t>В смітті-гною&lt;br /&gt;</w:t>
        <w:br/>
        <w:t>Держав, і слухав він злоріку&lt;br /&gt;</w:t>
        <w:br/>
        <w:t>Жону свою.</w:t>
      </w:r>
    </w:p>
    <w:p>
      <w:r>
        <w:br/>
        <w:t>Та все списати до рядка,&lt;br /&gt;</w:t>
        <w:br/>
        <w:t>Що винесла душа людська&lt;br /&gt;</w:t>
        <w:br/>
        <w:t>Від дня, як ангельська рука&lt;br /&gt;</w:t>
        <w:br/>
        <w:t>Тебе вскромила,&lt;br /&gt;</w:t>
        <w:br/>
        <w:t>Говірці нашого кутка&lt;br /&gt;</w:t>
        <w:br/>
        <w:t>Було б несила.</w:t>
      </w:r>
    </w:p>
    <w:p>
      <w:r>
        <w:br/>
        <w:t>Я певен, вашець замишляє&lt;br /&gt;</w:t>
        <w:br/>
        <w:t>Того співця, що п'є й гуляє,&lt;br /&gt;</w:t>
        <w:br/>
        <w:t>Спіткати там, де силу має&lt;br /&gt;</w:t>
        <w:br/>
        <w:t>Твоя рука.&lt;br /&gt;</w:t>
        <w:br/>
        <w:t>Та ба! Він іншу стежку знає&lt;br /&gt;</w:t>
        <w:br/>
        <w:t>Й не дасть хука!</w:t>
      </w:r>
    </w:p>
    <w:p>
      <w:r>
        <w:br/>
        <w:t>Прощай же, Куций! О, коли б&lt;br /&gt;</w:t>
        <w:br/>
        <w:t>Ти свій гріховний зменшив триб!&lt;br /&gt;</w:t>
        <w:br/>
        <w:t>Не знаю,— може, ще загиб&lt;br /&gt;</w:t>
        <w:br/>
        <w:t>Ти не до решти,&lt;br /&gt;</w:t>
        <w:br/>
        <w:t>Бо страшно й думать про той глиб,&lt;br /&gt;</w:t>
        <w:br/>
        <w:t>В якім живеш 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нечистого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