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народу</w:t>
      </w:r>
    </w:p>
    <w:p>
      <w:r>
        <w:br/>
        <w:t xml:space="preserve"> Були ті часи, як тобі я до ніг,&lt;br /&gt;</w:t>
        <w:br/>
        <w:t>Убогий народе, схилявся.&lt;br /&gt;</w:t>
        <w:br/>
        <w:t>І в думах улюблених чистих моїх&lt;br /&gt;</w:t>
        <w:br/>
        <w:t>У дні ті щасливії мрій молодих&lt;br /&gt;</w:t>
        <w:br/>
        <w:t>Мені божеством ти здавався.</w:t>
      </w:r>
    </w:p>
    <w:p>
      <w:r>
        <w:br/>
        <w:t>Любив я тебе почуванням палким,&lt;br /&gt;</w:t>
        <w:br/>
        <w:t>Бажав я на тебе робити,&lt;br /&gt;</w:t>
        <w:br/>
        <w:t>І праці віддавсь цілим серцем моїм,&lt;br /&gt;</w:t>
        <w:br/>
        <w:t>І тільки для тебе й тобою самим&lt;br /&gt;</w:t>
        <w:br/>
        <w:t>Хотів я і на світі жити.</w:t>
      </w:r>
    </w:p>
    <w:p>
      <w:r>
        <w:br/>
        <w:t>І певна надія у мене була,&lt;br /&gt;</w:t>
        <w:br/>
        <w:t>Що ти привітаєш, народе,&lt;br /&gt;</w:t>
        <w:br/>
        <w:t>Ту душу, що тільки тобою й жила,&lt;br /&gt;</w:t>
        <w:br/>
        <w:t>Що в мріях у сяйво тебе повила,&lt;br /&gt;</w:t>
        <w:br/>
        <w:t>Й зазнаєм ми братньої згоди.</w:t>
      </w:r>
    </w:p>
    <w:p>
      <w:r>
        <w:br/>
        <w:t>Але я побачив не те, чого ждав,&lt;br /&gt;</w:t>
        <w:br/>
        <w:t>І що сподівавсь, що побачу,&lt;br /&gt;</w:t>
        <w:br/>
        <w:t>Бо той ідеал ти щодня зневажав,&lt;br /&gt;</w:t>
        <w:br/>
        <w:t>Який я у мріях собі малював,&lt;br /&gt;</w:t>
        <w:br/>
        <w:t>Мав інший ти звичай і вдачу.</w:t>
      </w:r>
    </w:p>
    <w:p>
      <w:r>
        <w:br/>
        <w:t>Замість ідеалу я вздрів на селі&lt;br /&gt;</w:t>
        <w:br/>
        <w:t>Зубожений люд занімілий.&lt;br /&gt;</w:t>
        <w:br/>
        <w:t>Темнота й незгода у нашій землі,&lt;br /&gt;</w:t>
        <w:br/>
        <w:t>Здавалося, скрізь панували й жили&lt;br /&gt;</w:t>
        <w:br/>
        <w:t>І люд той безщасний гнітили.</w:t>
      </w:r>
    </w:p>
    <w:p>
      <w:r>
        <w:br/>
        <w:t>Чи я працювати для тебе не вмів,&lt;br /&gt;</w:t>
        <w:br/>
        <w:t>Чи ти не діймав мені віри,&lt;br /&gt;</w:t>
        <w:br/>
        <w:t>Та вкупі зо мною ти йти не схотів,&lt;br /&gt;</w:t>
        <w:br/>
        <w:t>На працю мою ти з невірством глядів,&lt;br /&gt;</w:t>
        <w:br/>
        <w:t>Мов бачив нещирі заміри.</w:t>
      </w:r>
    </w:p>
    <w:p>
      <w:r>
        <w:br/>
        <w:t>І поглядом іншим я глянув тоді&lt;br /&gt;</w:t>
        <w:br/>
        <w:t>На тебе, народе коханий.&lt;br /&gt;</w:t>
        <w:br/>
        <w:t>І зникли рожевих тих мрій і сліди,&lt;br /&gt;</w:t>
        <w:br/>
        <w:t>Неначе од сонечка краплі з води,—&lt;br /&gt;</w:t>
        <w:br/>
        <w:t>Ти знову мені був незнаний.</w:t>
      </w:r>
    </w:p>
    <w:p>
      <w:r>
        <w:br/>
        <w:t>Але ж я не кидав і далі робить,&lt;br /&gt;</w:t>
        <w:br/>
        <w:t>Робив, бо якіїсь надії&lt;br /&gt;</w:t>
        <w:br/>
        <w:t>На те, що розрада тяжка ця на мить,&lt;br /&gt;</w:t>
        <w:br/>
        <w:t>Що знову у згоді ми будемо жить —&lt;br /&gt;</w:t>
        <w:br/>
        <w:t>Були ще хоч трохи у мрії.</w:t>
      </w:r>
    </w:p>
    <w:p>
      <w:r>
        <w:br/>
        <w:t>Що більше і важче невтомно робив,&lt;br /&gt;</w:t>
        <w:br/>
        <w:t>Що більш віддававсь я роботі,&lt;br /&gt;</w:t>
        <w:br/>
        <w:t>То більше мені все твій образ яснів&lt;br /&gt;</w:t>
        <w:br/>
        <w:t>І в поті чола я того зрозумів,</w:t>
      </w:r>
    </w:p>
    <w:p>
      <w:r>
        <w:br/>
        <w:t>Хто сам працювать звик у поті.</w:t>
      </w:r>
    </w:p>
    <w:p>
      <w:r>
        <w:br/>
        <w:t>Чи той — я спитався — кому засягти&lt;br /&gt;</w:t>
        <w:br/>
        <w:t>Ти дав і культури, й освіти,&lt;br /&gt;</w:t>
        <w:br/>
        <w:t>Братався з тобою, схотів принести&lt;br /&gt;</w:t>
        <w:br/>
        <w:t>Тобі свого світла у темні хати,</w:t>
      </w:r>
    </w:p>
    <w:p>
      <w:r>
        <w:br/>
        <w:t>Щоб міг ти свій шлях зрозуміти?</w:t>
      </w:r>
    </w:p>
    <w:p>
      <w:r>
        <w:br/>
        <w:t>Ні! здавна хто світло в руках своїх мав —&lt;br /&gt;</w:t>
        <w:br/>
        <w:t>Не йшов він до тебе світити,&lt;br /&gt;</w:t>
        <w:br/>
        <w:t>І той тільки в хату до тебе вступав,&lt;br /&gt;</w:t>
        <w:br/>
        <w:t>Що заздро на працю твою зазіхав&lt;br /&gt;</w:t>
        <w:br/>
        <w:t>І вмів тебе тільки гнітити.</w:t>
      </w:r>
    </w:p>
    <w:p>
      <w:r>
        <w:br/>
        <w:t>Не дивно ж, що темрява — доля твоя,&lt;br /&gt;</w:t>
        <w:br/>
        <w:t>Що темними йдучи лісами,&lt;br /&gt;</w:t>
        <w:br/>
        <w:t>Забув навіть власне своє ти ім'я,&lt;br /&gt;</w:t>
        <w:br/>
        <w:t>Забув, що існує з народів сім'я,&lt;br /&gt;</w:t>
        <w:br/>
        <w:t>Що рівний ти в їй із братами.</w:t>
      </w:r>
    </w:p>
    <w:p>
      <w:r>
        <w:br/>
        <w:t>Як міг ти, пригнічений вниз до землі,&lt;br /&gt;</w:t>
        <w:br/>
        <w:t>Недавній ще раб в своїй хаті&lt;br /&gt;</w:t>
        <w:br/>
        <w:t>І наймит часами на власній ріллі,&lt;br /&gt;</w:t>
        <w:br/>
        <w:t>Тепер, після всіх, що дурить тебе йшли,&lt;br /&gt;</w:t>
        <w:br/>
        <w:t>Як друзів ти міг упізнати?</w:t>
      </w:r>
    </w:p>
    <w:p>
      <w:r>
        <w:br/>
        <w:t>Я це зрозумів. І вагання, і страх —&lt;br /&gt;</w:t>
        <w:br/>
        <w:t>Все зникло, і знов до роботи&lt;br /&gt;</w:t>
        <w:br/>
        <w:t>Іду я, і певний лежить мені шлях,&lt;br /&gt;</w:t>
        <w:br/>
        <w:t>Я силу новую почув у руках,&lt;br /&gt;</w:t>
        <w:br/>
        <w:t>Щоб зло і темноту бороти.</w:t>
      </w:r>
    </w:p>
    <w:p>
      <w:r>
        <w:br/>
        <w:t>І вже чи дійду до своєї мети,&lt;br /&gt;</w:t>
        <w:br/>
        <w:t>Чи зламаний вмру серед шляху,&lt;br /&gt;</w:t>
        <w:br/>
        <w:t>Але не покину до неї іти,&lt;br /&gt;</w:t>
        <w:br/>
        <w:t>За правду, за волю все зможу знести —&lt;br /&gt;</w:t>
        <w:br/>
        <w:t>І жити, і вмерти без страху!..</w:t>
      </w:r>
    </w:p>
    <w:p>
      <w:r>
        <w:br/>
        <w:t>1884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