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музи</w:t>
      </w:r>
    </w:p>
    <w:p>
      <w:r>
        <w:br/>
        <w:t xml:space="preserve"> 1</w:t>
      </w:r>
    </w:p>
    <w:p>
      <w:r>
        <w:br/>
        <w:t>Навіщо ти прийшла до мене&lt;br /&gt;</w:t>
        <w:br/>
        <w:t>й застукала в вікно?&lt;br /&gt;</w:t>
        <w:br/>
        <w:t>Навіщо серце б'є шалене,&lt;br /&gt;</w:t>
        <w:br/>
        <w:t>а думка з ним водно?</w:t>
      </w:r>
    </w:p>
    <w:p>
      <w:r>
        <w:br/>
        <w:t>Навіщо ти прийшла до мене,&lt;br /&gt;</w:t>
        <w:br/>
        <w:t>веселкою заблиснула в вікні?&lt;br /&gt;</w:t>
        <w:br/>
        <w:t>Навіщо серце ти шалене&lt;br /&gt;</w:t>
        <w:br/>
        <w:t>в ці безпросвітні будиш дні?</w:t>
      </w:r>
    </w:p>
    <w:p>
      <w:r>
        <w:br/>
        <w:t>2</w:t>
      </w:r>
    </w:p>
    <w:p>
      <w:r>
        <w:br/>
        <w:t>Тисяча питаннів падає на наші уста,&lt;br /&gt;</w:t>
        <w:br/>
        <w:t>тисяча шляхів навхрест лягає нам під ноги,&lt;br /&gt;</w:t>
        <w:br/>
        <w:t>тисяча зірок свої вказує нам дороги,&lt;br /&gt;</w:t>
        <w:br/>
        <w:t>тисяча вогнів палає, й далі темінь пуста.</w:t>
      </w:r>
    </w:p>
    <w:p>
      <w:r>
        <w:br/>
        <w:t>І не знаємо, як привітати дні, що грядуть,&lt;br /&gt;</w:t>
        <w:br/>
        <w:t>моряки сліпі на корабельній світа вежі.&lt;br /&gt;</w:t>
        <w:br/>
        <w:t>Музо, вигнана за дійсності вузької межі,&lt;br /&gt;</w:t>
        <w:br/>
        <w:t>чи загубиш у шляхів мільйоні ранішню путь?</w:t>
      </w:r>
    </w:p>
    <w:p>
      <w:r>
        <w:br/>
        <w:t>3</w:t>
      </w:r>
    </w:p>
    <w:p>
      <w:r>
        <w:br/>
        <w:t>Я не потраплю, я не зможу, я не зможу для тебе&lt;br /&gt;</w:t>
        <w:br/>
        <w:t>вирізьблювати, мов діаманти, вірші,&lt;br /&gt;</w:t>
        <w:br/>
        <w:t>як дні кругом все гірші,&lt;br /&gt;</w:t>
        <w:br/>
        <w:t>все гірші.</w:t>
      </w:r>
    </w:p>
    <w:p>
      <w:r>
        <w:br/>
        <w:t>Але я знаю: в цю хвилину непригожу&lt;br /&gt;</w:t>
        <w:br/>
        <w:t>небавом, може, навіть нині&lt;br /&gt;</w:t>
        <w:br/>
        <w:t>нараз тебе побачу в простої людини&lt;br /&gt;</w:t>
        <w:br/>
        <w:t>чині.</w:t>
      </w:r>
    </w:p>
    <w:p>
      <w:r>
        <w:br/>
        <w:t>4</w:t>
      </w:r>
    </w:p>
    <w:p>
      <w:r>
        <w:br/>
        <w:t>Навіщо ти прийшла до мене&lt;br /&gt;</w:t>
        <w:br/>
        <w:t>й застукала в вікно?&lt;br /&gt;</w:t>
        <w:br/>
        <w:t>Навіщо серце б'є шалене,&lt;br /&gt;</w:t>
        <w:br/>
        <w:t>а думка з ним водно?</w:t>
      </w:r>
    </w:p>
    <w:p>
      <w:r>
        <w:br/>
        <w:t>Навіщо ти прийшла до мене&lt;br /&gt;</w:t>
        <w:br/>
        <w:t>й застукала в вікно?&lt;br /&gt;</w:t>
        <w:br/>
        <w:t>Навіщо серце б'є шалене?&lt;br /&gt;</w:t>
        <w:br/>
        <w:t>А може, чує що воно.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музи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