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молоді</w:t>
      </w:r>
    </w:p>
    <w:p>
      <w:r>
        <w:br/>
        <w:t xml:space="preserve"> На вас, завзятці-юнаки,&lt;br /&gt;</w:t>
        <w:br/>
        <w:t>Борці за щастя України,&lt;br /&gt;</w:t>
        <w:br/>
        <w:t>Кладу найкращії думки,&lt;br /&gt;</w:t>
        <w:br/>
        <w:t>Мої сподіванки єдині.</w:t>
      </w:r>
    </w:p>
    <w:p>
      <w:r>
        <w:br/>
        <w:t>В вас молода ще грає кров,&lt;br /&gt;</w:t>
        <w:br/>
        <w:t>У вас в думках немає бруду,&lt;br /&gt;</w:t>
        <w:br/>
        <w:t>Палає в серці ще любов&lt;br /&gt;</w:t>
        <w:br/>
        <w:t>До обездоленого люду..</w:t>
      </w:r>
    </w:p>
    <w:p>
      <w:r>
        <w:br/>
        <w:t>Не занехайте ж ви її,&lt;br /&gt;</w:t>
        <w:br/>
        <w:t>Не розгубіть по світі всує,&lt;br /&gt;</w:t>
        <w:br/>
        <w:t>Нехай вона ваш дух гартує&lt;br /&gt;</w:t>
        <w:br/>
        <w:t>У чесній, славній боротьбі!</w:t>
      </w:r>
    </w:p>
    <w:p>
      <w:r>
        <w:br/>
        <w:t>Бо стоголовий людський кат&lt;br /&gt;</w:t>
        <w:br/>
        <w:t>Лютує, дужчає щоднини...&lt;br /&gt;</w:t>
        <w:br/>
        <w:t>Не можна тратить і хвилини,&lt;br /&gt;</w:t>
        <w:br/>
        <w:t>Поки ще стогне темний брат.</w:t>
      </w:r>
    </w:p>
    <w:p>
      <w:r>
        <w:br/>
        <w:t>Поки живий, — мерщій несіть&lt;br /&gt;</w:t>
        <w:br/>
        <w:t>Сліпому світиво просвіти,&lt;br /&gt;</w:t>
        <w:br/>
        <w:t>І в серце, смертію повите,&lt;br /&gt;</w:t>
        <w:br/>
        <w:t>Живу надію закропіть!</w:t>
      </w:r>
    </w:p>
    <w:p>
      <w:r>
        <w:br/>
        <w:t>Вшануйте рідну його річ,&lt;br /&gt;</w:t>
        <w:br/>
        <w:t>Назвіть без хитрощів своєю&lt;br /&gt;</w:t>
        <w:br/>
        <w:t>І розженіте над землею&lt;br /&gt;</w:t>
        <w:br/>
        <w:t>Ви непрозору, глупу ніч...</w:t>
      </w:r>
    </w:p>
    <w:p>
      <w:r>
        <w:br/>
        <w:t>Най кат жене, а ви любіть&lt;br /&gt;</w:t>
        <w:br/>
        <w:t>Свою окрадену родину, —&lt;br /&gt;</w:t>
        <w:br/>
        <w:t>Й за неї сили до загину&lt;br /&gt;</w:t>
        <w:br/>
        <w:t>І навіть душу положіть!</w:t>
      </w:r>
    </w:p>
    <w:p>
      <w:r>
        <w:br/>
        <w:t>1876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молоді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