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мого фортепіано</w:t>
      </w:r>
    </w:p>
    <w:p>
      <w:r>
        <w:br/>
        <w:t xml:space="preserve"> Елегія</w:t>
      </w:r>
    </w:p>
    <w:p>
      <w:r>
        <w:br/>
        <w:t>Мій давній друже! мушу я з тобою&lt;br /&gt;</w:t>
        <w:br/>
        <w:t>Розстатися надовго... Жаль мені!&lt;br /&gt;</w:t>
        <w:br/>
        <w:t>З тобою звикла я ділитися журбою,&lt;br /&gt;</w:t>
        <w:br/>
        <w:t>Вповідувать думки веселі і сумні.</w:t>
      </w:r>
    </w:p>
    <w:p>
      <w:r>
        <w:br/>
        <w:t>То ж при тобі, мій друже давній, вірний,&lt;br /&gt;</w:t>
        <w:br/>
        <w:t>Пройшло життя дитячеє моє.&lt;br /&gt;</w:t>
        <w:br/>
        <w:t>Як сяду при тобі я в час вечірній,&lt;br /&gt;</w:t>
        <w:br/>
        <w:t>Багато спогадів тоді встає!</w:t>
      </w:r>
    </w:p>
    <w:p>
      <w:r>
        <w:br/>
        <w:t>Картина повстає: зібравсь гурточок,&lt;br /&gt;</w:t>
        <w:br/>
        <w:t>Провадить речі, і співа, й гука,&lt;br /&gt;</w:t>
        <w:br/>
        <w:t>На клавішах твоїх швидкий, гучний таночок&lt;br /&gt;</w:t>
        <w:br/>
        <w:t>Чиясь весела виграва рука.</w:t>
      </w:r>
    </w:p>
    <w:p>
      <w:r>
        <w:br/>
        <w:t>Та хто се плаче там, в другій хатині?&lt;br /&gt;</w:t>
        <w:br/>
        <w:t>Чиє ридання стримане, тяжке?..&lt;br /&gt;</w:t>
        <w:br/>
        <w:t>Несила тугу крить такій малій дитині,&lt;br /&gt;</w:t>
        <w:br/>
        <w:t>Здавило серце почуття гірке.</w:t>
      </w:r>
    </w:p>
    <w:p>
      <w:r>
        <w:br/>
        <w:t>Чого я плакала тоді, чого ридала?&lt;br /&gt;</w:t>
        <w:br/>
        <w:t>Тоді ж кругом так весело було...&lt;br /&gt;</w:t>
        <w:br/>
        <w:t>Ох, певне, лихо серцем почувала,&lt;br /&gt;</w:t>
        <w:br/>
        <w:t>Що на мене, мов хмара грізна, йшло!</w:t>
      </w:r>
    </w:p>
    <w:p>
      <w:r>
        <w:br/>
        <w:t>Коли я смуток свій на струни клала,&lt;br /&gt;</w:t>
        <w:br/>
        <w:t>З'являлась ціла зграя красних мрій,&lt;br /&gt;</w:t>
        <w:br/>
        <w:t>Веселкою моя надія грала,&lt;br /&gt;</w:t>
        <w:br/>
        <w:t>Далеко линув думок легкий рій.</w:t>
      </w:r>
    </w:p>
    <w:p>
      <w:r>
        <w:br/>
        <w:t>Розстаємось надовго ми з тобою!&lt;br /&gt;</w:t>
        <w:br/>
        <w:t>Зостанешся ти в самоті німій,&lt;br /&gt;</w:t>
        <w:br/>
        <w:t>А я не матиму де дітися з журбою...&lt;br /&gt;</w:t>
        <w:br/>
        <w:t>Прощай же, давній, любий друже мій!</w:t>
      </w:r>
    </w:p>
    <w:p>
      <w:r>
        <w:br/>
        <w:t>1890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мого фортепіано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