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меж заказаних</w:t>
      </w:r>
    </w:p>
    <w:p>
      <w:r>
        <w:br/>
        <w:t xml:space="preserve"> Перепілка в житі — радість.&lt;br /&gt;</w:t>
        <w:br/>
        <w:t>В пшеницях волошки — смуток.&lt;br /&gt;</w:t>
        <w:br/>
        <w:t>Ворон з ріль — печаль.&lt;br /&gt;</w:t>
        <w:br/>
        <w:t>Гей, ти, коню, вибий іскру!&lt;br /&gt;</w:t>
        <w:br/>
        <w:t>Вибий іскру! Кинь утому!&lt;br /&gt;</w:t>
        <w:br/>
        <w:t>На звороті, на крутому,&lt;br /&gt;</w:t>
        <w:br/>
        <w:t>Нам не личить жаль.</w:t>
      </w:r>
    </w:p>
    <w:p>
      <w:r>
        <w:br/>
        <w:t>Погоріла синь — на грози.&lt;br /&gt;</w:t>
        <w:br/>
        <w:t>Посмутніла даль — на сльози.&lt;br /&gt;</w:t>
        <w:br/>
        <w:t>Миготить — на кров.&lt;br /&gt;</w:t>
        <w:br/>
        <w:t>Друже, друже! Геть з журбою!&lt;br /&gt;</w:t>
        <w:br/>
        <w:t>Народились ми для бою.&lt;br /&gt;</w:t>
        <w:br/>
        <w:t>Нам іти разом з тобою&lt;br /&gt;</w:t>
        <w:br/>
        <w:t>Прирекла л ю б о в.</w:t>
      </w:r>
    </w:p>
    <w:p>
      <w:r>
        <w:br/>
        <w:t>Млою ворог? — В б л и с к а в и ц ю!&lt;br /&gt;</w:t>
        <w:br/>
        <w:t>Хто суддею? — В грізну к р и ц ю!&lt;br /&gt;</w:t>
        <w:br/>
        <w:t>Щоб на світ благословиться,&lt;br /&gt;</w:t>
        <w:br/>
        <w:t>Став наш день і час.</w:t>
      </w:r>
    </w:p>
    <w:p>
      <w:r>
        <w:br/>
        <w:t>По боях і клекотінні&lt;br /&gt;</w:t>
        <w:br/>
        <w:t>Встане день в яснім цвітінні.&lt;br /&gt;</w:t>
        <w:br/>
        <w:t>І прийдешні покоління&lt;br /&gt;</w:t>
        <w:br/>
        <w:t>Пригадають нас.</w:t>
      </w:r>
    </w:p>
    <w:p>
      <w:r>
        <w:br/>
        <w:t>Перепілка в житі — ніжність.&lt;br /&gt;</w:t>
        <w:br/>
        <w:t>В пшеницях волошки — д у м а.&lt;br /&gt;</w:t>
        <w:br/>
        <w:t>Мак червоний — кров.&lt;br /&gt;</w:t>
        <w:br/>
        <w:t>Друже, друже! Геть з журбою!&lt;br /&gt;</w:t>
        <w:br/>
        <w:t>Народились ми для бою.&lt;br /&gt;</w:t>
        <w:br/>
        <w:t>Нам іти разом з тобою&lt;br /&gt;</w:t>
        <w:br/>
        <w:t>Прирекла любов.</w:t>
      </w:r>
    </w:p>
    <w:p>
      <w:r>
        <w:br/>
        <w:t>1926 р. Батурин</w:t>
      </w:r>
    </w:p>
    <w:p>
      <w:r>
        <w:br/>
        <w:t>В ДАЛЕЧІНЬ</w:t>
      </w:r>
    </w:p>
    <w:p>
      <w:r>
        <w:br/>
        <w:t>Кузня вибігла на гони.&lt;br /&gt;</w:t>
        <w:br/>
        <w:t>В кузні молот зрання дзвонить,&lt;br /&gt;</w:t>
        <w:br/>
        <w:t>Дзвонить — раз!-бий! — так! —&lt;br /&gt;</w:t>
        <w:br/>
        <w:t>У горнилі мак червоний&lt;br /&gt;</w:t>
        <w:br/>
        <w:t>І полями мак,&lt;br /&gt;</w:t>
        <w:br/>
        <w:t>І — ген&lt;br /&gt;</w:t>
        <w:br/>
        <w:t>мак.</w:t>
      </w:r>
    </w:p>
    <w:p>
      <w:r>
        <w:br/>
        <w:t>Станем, коню, путь далекий.&lt;br /&gt;</w:t>
        <w:br/>
        <w:t>Чуєш, коню, орлій клекіт?!.&lt;br /&gt;</w:t>
        <w:br/>
        <w:t>Над розлогими полями,&lt;br /&gt;</w:t>
        <w:br/>
        <w:t>За терпкою далиною,&lt;br /&gt;</w:t>
        <w:br/>
        <w:t>Переможний орлій клекіт&lt;br /&gt;</w:t>
        <w:br/>
        <w:t>Чи догонимо з тобою?</w:t>
      </w:r>
    </w:p>
    <w:p>
      <w:r>
        <w:br/>
        <w:t>День хмарніє, хмурить брови...&lt;br /&gt;</w:t>
        <w:br/>
        <w:t>Посіклись копита д'крові.&lt;br /&gt;</w:t>
        <w:br/>
        <w:t>Посіклись копита д'крові,—&lt;br /&gt;</w:t>
        <w:br/>
        <w:t>Позбивалися підкови.</w:t>
      </w:r>
    </w:p>
    <w:p>
      <w:r>
        <w:br/>
        <w:t>Обносилась дивна збруя.&lt;br /&gt;</w:t>
        <w:br/>
        <w:t>Нас минають подорожні.&lt;br /&gt;</w:t>
        <w:br/>
        <w:t>Скарги тут ніхто не вчує&lt;br /&gt;</w:t>
        <w:br/>
        <w:t>І молитва — згук порожній.</w:t>
      </w:r>
    </w:p>
    <w:p>
      <w:r>
        <w:br/>
        <w:t>Станем, коню, станем. Д'крові&lt;br /&gt;</w:t>
        <w:br/>
        <w:t>Позбивалися підкови.</w:t>
      </w:r>
    </w:p>
    <w:p>
      <w:r>
        <w:br/>
        <w:t>Коваль вийде — коваль чорний,&lt;br /&gt;</w:t>
        <w:br/>
        <w:t>Помічник його моторний,&lt;br /&gt;</w:t>
        <w:br/>
        <w:t>Вийде, гляне, скаже слово,&lt;br /&gt;</w:t>
        <w:br/>
        <w:t>Зробить все з важким спокоєм.&lt;br /&gt;</w:t>
        <w:br/>
        <w:t>Вдарить молотом — готово! —&lt;br /&gt;</w:t>
        <w:br/>
        <w:t>Стисне мужньою рукою.&lt;br /&gt;</w:t>
        <w:br/>
        <w:t>На прощання скаже слово...</w:t>
      </w:r>
    </w:p>
    <w:p>
      <w:r>
        <w:br/>
        <w:t>Нумо, коню! Чуєш клекіт?&lt;br /&gt;</w:t>
        <w:br/>
        <w:t>Разом станемо до бою.&lt;br /&gt;</w:t>
        <w:br/>
        <w:t>Перескачем путь далекий —&lt;br /&gt;</w:t>
        <w:br/>
        <w:t>Час догонимо з тобою.</w:t>
      </w:r>
    </w:p>
    <w:p>
      <w:r>
        <w:br/>
        <w:t>Нас не спинить біль утоми,&lt;br /&gt;</w:t>
        <w:br/>
        <w:t>І вантаж не зломить спини.</w:t>
      </w:r>
    </w:p>
    <w:p>
      <w:r>
        <w:br/>
        <w:t>Ми маленькі, сірі "гноми" —&lt;br /&gt;</w:t>
        <w:br/>
        <w:t>На розпутті долю спиним...</w:t>
      </w:r>
    </w:p>
    <w:p>
      <w:r>
        <w:br/>
        <w:t>Половіють сині гони...&lt;br /&gt;</w:t>
        <w:br/>
        <w:t>В кузні молот дружньо дзвонить,&lt;br /&gt;</w:t>
        <w:br/>
        <w:t>Дзвонить — раз!-бий! — так! —&lt;br /&gt;</w:t>
        <w:br/>
        <w:t>У горнилі мак червоний&lt;br /&gt;</w:t>
        <w:br/>
        <w:t>І полями мак,&lt;br /&gt;</w:t>
        <w:br/>
        <w:t>І — ген&lt;br /&gt;</w:t>
        <w:br/>
        <w:t>мак.</w:t>
      </w:r>
    </w:p>
    <w:p>
      <w:r>
        <w:br/>
        <w:t>1926 р., Київ</w:t>
      </w:r>
    </w:p>
    <w:p>
      <w:r>
        <w:br/>
        <w:t>ЧОРНОЗЕМЛЯ</w:t>
      </w:r>
    </w:p>
    <w:p>
      <w:r>
        <w:br/>
        <w:t>Набрав у пригірщ повно... яка пухка і тепла!&lt;br /&gt;</w:t>
        <w:br/>
        <w:t>Ну хто це там сказав, що можна розлюбить,—&lt;br /&gt;</w:t>
        <w:br/>
        <w:t>Як десь коваль невтомно в весіннім дзвоні клепле,&lt;br /&gt;</w:t>
        <w:br/>
        <w:t>По ріллях сонце йде — пускає голуби.</w:t>
      </w:r>
    </w:p>
    <w:p>
      <w:r>
        <w:br/>
        <w:t>— Ну, здрастуй, чорне поле, і ти — старенька вербо!&lt;br /&gt;</w:t>
        <w:br/>
        <w:t>Я ось прийшов... А знаєш:&lt;br /&gt;</w:t>
        <w:br/>
        <w:t>ти — ніби не така...&lt;br /&gt;</w:t>
        <w:br/>
        <w:t>Прийшла на шлях широкий і ти стрічати весну&lt;br /&gt;</w:t>
        <w:br/>
        <w:t>І виглядати гуси з блакитного ставка.</w:t>
      </w:r>
    </w:p>
    <w:p>
      <w:r>
        <w:br/>
        <w:t>А пам'ятаєш:&lt;br /&gt;</w:t>
        <w:br/>
        <w:t>осінь... і плач в баюрі колій...&lt;br /&gt;</w:t>
        <w:br/>
        <w:t>Здавалося, що вчасно б зависнуть на дротах.&lt;br /&gt;</w:t>
        <w:br/>
        <w:t>Го-го, яка дурниця... Глянь:&lt;br /&gt;</w:t>
        <w:br/>
        <w:t>ластівки і повінь&lt;br /&gt;</w:t>
        <w:br/>
        <w:t>І плуг на скиби скибу так смачно наверта.</w:t>
      </w:r>
    </w:p>
    <w:p>
      <w:r>
        <w:br/>
        <w:t>От взяти б просто цупко у нього з рук чепіги&lt;br /&gt;</w:t>
        <w:br/>
        <w:t>Й, поки то буду дома, пройтися б разів п'ять...&lt;br /&gt;</w:t>
        <w:br/>
        <w:t>Стрибками сонце босе за жайворонком біга,&lt;br /&gt;</w:t>
        <w:br/>
        <w:t>І хутори далекі за маревом мигтять.</w:t>
      </w:r>
    </w:p>
    <w:p>
      <w:r>
        <w:br/>
        <w:t>І крикнув так, аж млосно... аж відгукнулись балки...&lt;br /&gt;</w:t>
        <w:br/>
        <w:t>Простіть, що ніби п'яний, що ніби троглодит,—&lt;br /&gt;</w:t>
        <w:br/>
        <w:t>Це я утік від бруку туди, де бігав змалку,—&lt;br /&gt;</w:t>
        <w:br/>
        <w:t>А ледь було не звик там і киснуть, і нидіть.</w:t>
      </w:r>
    </w:p>
    <w:p>
      <w:r>
        <w:br/>
        <w:t>Моя руда свитина якраз до масти нивам,&lt;br /&gt;</w:t>
        <w:br/>
        <w:t>А кострубате слово — як скиби грубих ріль...&lt;br /&gt;</w:t>
        <w:br/>
        <w:t>Я знаю: тут з засіву напевне будуть жнива&lt;br /&gt;</w:t>
        <w:br/>
        <w:t>І просте сіре слово не здасться на кукіль...</w:t>
      </w:r>
    </w:p>
    <w:p>
      <w:r>
        <w:br/>
        <w:t>Прийду —&lt;br /&gt;</w:t>
        <w:br/>
        <w:t>старий розкаже, як скрутно було взимку,&lt;br /&gt;</w:t>
        <w:br/>
        <w:t>Як, зовсім захарчований, схудав мишастий кінь...</w:t>
      </w:r>
    </w:p>
    <w:p>
      <w:r>
        <w:br/>
        <w:t>А проліски надійно кивнуть, такі манінькі,&lt;br /&gt;</w:t>
        <w:br/>
        <w:t>І голубі, як чиста весіння голубінь.</w:t>
      </w:r>
    </w:p>
    <w:p>
      <w:r>
        <w:br/>
        <w:t>Загати... купи гною... і верби у намисті...&lt;br /&gt;</w:t>
        <w:br/>
        <w:t>На причілку дітвора:&lt;br /&gt;</w:t>
        <w:br/>
        <w:t>"А діться — журавлі...&lt;br /&gt;</w:t>
        <w:br/>
        <w:t>І гу-у-у-си..." —&lt;br /&gt;</w:t>
        <w:br/>
        <w:t>й засміються, такі брудні і чисті,—&lt;br /&gt;</w:t>
        <w:br/>
        <w:t>Мої маленькі друзі, колеги на землі.</w:t>
      </w:r>
    </w:p>
    <w:p>
      <w:r>
        <w:br/>
        <w:t>Вже скоро сіять... Будемо,— так весело і просто...&lt;br /&gt;</w:t>
        <w:br/>
        <w:t>А слідом вітер лащиться і грак на борозні.&lt;br /&gt;</w:t>
        <w:br/>
        <w:t>Ге-ей...&lt;br /&gt;</w:t>
        <w:br/>
        <w:t>Яка дитина,— не схожа трохи зростом,&lt;br /&gt;</w:t>
        <w:br/>
        <w:t>Ну, а хіба мудрить?..&lt;br /&gt;</w:t>
        <w:br/>
        <w:t>Хіба мені?&lt;br /&gt;</w:t>
        <w:br/>
        <w:t>Набрав у пригірщ повно —&lt;br /&gt;</w:t>
        <w:br/>
        <w:t>така пухка і тепла...&lt;br /&gt;</w:t>
        <w:br/>
        <w:t>Ну хто це там сказав, що можна розлюбить?..&lt;br /&gt;</w:t>
        <w:br/>
        <w:t>На зорі десь коваль в весіннім дзвоні клепле...&lt;br /&gt;</w:t>
        <w:br/>
        <w:t>По ріллях сонце йде — пускає голуби.</w:t>
      </w:r>
    </w:p>
    <w:p>
      <w:r>
        <w:br/>
        <w:t>ВЕЧІР ЗИМОВИЙ</w:t>
      </w:r>
    </w:p>
    <w:p>
      <w:r>
        <w:br/>
        <w:t>Конає день на золотих ножах...&lt;br /&gt;</w:t>
        <w:br/>
        <w:t>Холодне сонце кулею підбите,&lt;br /&gt;</w:t>
        <w:br/>
        <w:t>Немовби око вилізло з орбіти,&lt;br /&gt;</w:t>
        <w:br/>
        <w:t>Печальне око в золотих сльозах.&lt;br /&gt;</w:t>
        <w:br/>
        <w:t>Іду снігами і не чую ніг...&lt;br /&gt;</w:t>
        <w:br/>
        <w:t>Ввижається:&lt;br /&gt;</w:t>
        <w:br/>
        <w:t>ромашки білі-білі...&lt;br /&gt;</w:t>
        <w:br/>
        <w:t>Весінній шум...&lt;br /&gt;</w:t>
        <w:br/>
        <w:t>Качата пролетіли&lt;br /&gt;</w:t>
        <w:br/>
        <w:t>Десь на озера...&lt;br /&gt;</w:t>
        <w:br/>
        <w:t>Крики перепілок&lt;br /&gt;</w:t>
        <w:br/>
        <w:t>В житах...&lt;br /&gt;</w:t>
        <w:br/>
        <w:t>Зирнеш: навколо — сніг і сніг.&lt;br /&gt;</w:t>
        <w:br/>
        <w:t>А то лиш шум, а то вітри в дротах&lt;br /&gt;</w:t>
        <w:br/>
        <w:t>Та пси голодні в дальніх хуторах.&lt;br /&gt;</w:t>
        <w:br/>
        <w:t>Стара верба про славне літо снить.&lt;br /&gt;</w:t>
        <w:br/>
        <w:t>В снігах печаль, в снігах така утома...&lt;br /&gt;</w:t>
        <w:br/>
        <w:t>Не заздрю тим, хто в час такий&lt;br /&gt;</w:t>
        <w:br/>
        <w:t>не вдома,&lt;br /&gt;</w:t>
        <w:br/>
        <w:t>Тим, хто родився&lt;br /&gt;</w:t>
        <w:br/>
        <w:t>тільки для весни.&lt;br /&gt;</w:t>
        <w:br/>
        <w:t>1927</w:t>
      </w:r>
    </w:p>
    <w:p>
      <w:r>
        <w:br/>
        <w:t>КАНІВ</w:t>
      </w:r>
    </w:p>
    <w:p>
      <w:r>
        <w:br/>
        <w:t>Ліловий степ. Пустеля вод широка.&lt;br /&gt;</w:t>
        <w:br/>
        <w:t>Убогих нив латки і комишів рябінь.&lt;br /&gt;</w:t>
        <w:br/>
        <w:t>Іржа хаток, похилених в журбі.&lt;br /&gt;</w:t>
        <w:br/>
        <w:t>А над усім — на кряжі голубім&lt;br /&gt;</w:t>
        <w:br/>
        <w:t>Печаль очей великого пророка.</w:t>
      </w:r>
    </w:p>
    <w:p>
      <w:r>
        <w:br/>
        <w:t>Ніхто ніде — лиш цвіркуни та вітер.&lt;br /&gt;</w:t>
        <w:br/>
        <w:t>Ніхто ніде — лиш луки та яри.&lt;br /&gt;</w:t>
        <w:br/>
        <w:t>І хмурить чоло, шапкою накрите,&lt;br /&gt;</w:t>
        <w:br/>
        <w:t>Забута постать глиняна з гори.</w:t>
      </w:r>
    </w:p>
    <w:p>
      <w:r>
        <w:br/>
        <w:t>Чого ж хмурний, понурий? Що жалієш?&lt;br /&gt;</w:t>
        <w:br/>
        <w:t>Що слава розмінялася в словах?&lt;br /&gt;</w:t>
        <w:br/>
        <w:t>Що хутори задрипані німіють&lt;br /&gt;</w:t>
        <w:br/>
        <w:t>І няньчать злидні, як в минулих днях?</w:t>
      </w:r>
    </w:p>
    <w:p>
      <w:r>
        <w:br/>
        <w:t>На "зломі двох епох" — в хвості, в болоті,&lt;br /&gt;</w:t>
        <w:br/>
        <w:t>Щоправда, тяжко скинути горба.&lt;br /&gt;</w:t>
        <w:br/>
        <w:t>Ніяк гарба прогресу в рабськім поті&lt;br /&gt;</w:t>
        <w:br/>
        <w:t>Не зрушить злиднів давнього раба.</w:t>
      </w:r>
    </w:p>
    <w:p>
      <w:r>
        <w:br/>
        <w:t>Та все ж іде, гряде урбанізатор.&lt;br /&gt;</w:t>
        <w:br/>
        <w:t>Прийде — розставить дивні комини.&lt;br /&gt;</w:t>
        <w:br/>
        <w:t>На твоїм місці буде елеватор,&lt;br /&gt;</w:t>
        <w:br/>
        <w:t>Дніпро замкнуть у шлюзи, як в штани.</w:t>
      </w:r>
    </w:p>
    <w:p>
      <w:r>
        <w:br/>
        <w:t>Індустрія!.. Електрика!.. Машини!..&lt;br /&gt;</w:t>
        <w:br/>
        <w:t>Нащо ж сади тут, люди, солов'ї?&lt;br /&gt;</w:t>
        <w:br/>
        <w:t>Машини, брат, симфонію розчинять,&lt;br /&gt;</w:t>
        <w:br/>
        <w:t>Поб'ють в диму цю вигадку гаїв.</w:t>
      </w:r>
    </w:p>
    <w:p>
      <w:r>
        <w:br/>
        <w:t>Гуде мотор десь, протинає обрій —&lt;br /&gt;</w:t>
        <w:br/>
        <w:t>То в новий день новий пророк гряде.&lt;br /&gt;</w:t>
        <w:br/>
        <w:t>Ліловий степ, понурий і холодний&lt;br /&gt;</w:t>
        <w:br/>
        <w:t>У млу, як ти, повив чоло бліде.</w:t>
      </w:r>
    </w:p>
    <w:p>
      <w:r>
        <w:br/>
        <w:t>Йде вік новий, у панцери закутий.&lt;br /&gt;</w:t>
        <w:br/>
        <w:t>Твій вік давно, одспіваний, пропав.&lt;br /&gt;</w:t>
        <w:br/>
        <w:t>Мабуть, тому ти глиняний, забутий&lt;br /&gt;</w:t>
        <w:br/>
        <w:t>І пилом днів, мов попелом, припав.</w:t>
      </w:r>
    </w:p>
    <w:p>
      <w:r>
        <w:br/>
        <w:t>Лише в кутку — на простій чорній рамі&lt;br /&gt;</w:t>
        <w:br/>
        <w:t>Положено васильки, ніби креп,&lt;br /&gt;</w:t>
        <w:br/>
        <w:t>Рукою простою&lt;br /&gt;</w:t>
        <w:br/>
        <w:t>і ввито рушниками&lt;br /&gt;</w:t>
        <w:br/>
        <w:t>З любов'ю ніжною і тихими словами&lt;br /&gt;</w:t>
        <w:br/>
        <w:t>Твій,&lt;br /&gt;</w:t>
        <w:br/>
        <w:t>рабським часом тиснутий&lt;br /&gt;</w:t>
        <w:br/>
        <w:t>портрет.</w:t>
      </w:r>
    </w:p>
    <w:p>
      <w:r>
        <w:br/>
        <w:t>Ніхто ніде — лиш цвіркуни та вітер.&lt;br /&gt;</w:t>
        <w:br/>
        <w:t>Ніхто ніде — лиш луки та яри.&lt;br /&gt;</w:t>
        <w:br/>
        <w:t>І хмурить чоло, шапкою накрите,&lt;br /&gt;</w:t>
        <w:br/>
        <w:t>Забута постать глиняна з гори.</w:t>
      </w:r>
    </w:p>
    <w:p>
      <w:r>
        <w:br/>
        <w:t>1927</w:t>
      </w:r>
    </w:p>
    <w:p>
      <w:r>
        <w:br/>
        <w:t>ТУМАН</w:t>
      </w:r>
    </w:p>
    <w:p>
      <w:r>
        <w:br/>
        <w:t>Щоб оцей туман та сніги поїв,&lt;br /&gt;</w:t>
        <w:br/>
        <w:t>Цей важкий туман, нерозгаданий.&lt;br /&gt;</w:t>
        <w:br/>
        <w:t>Впав на груди піль, на печаль гаїв,&lt;br /&gt;</w:t>
        <w:br/>
        <w:t>Впав на тихий сад, на обкрадений.</w:t>
      </w:r>
    </w:p>
    <w:p>
      <w:r>
        <w:br/>
        <w:t>Срібні блиски рос, передзвони кос&lt;br /&gt;</w:t>
        <w:br/>
        <w:t>В далині глухій увижаються,&lt;br /&gt;</w:t>
        <w:br/>
        <w:t>Ластів'ячий крик і дівочий сміх,&lt;br /&gt;</w:t>
        <w:br/>
        <w:t>І степи в шовках — у ногавицях...</w:t>
      </w:r>
    </w:p>
    <w:p>
      <w:r>
        <w:br/>
        <w:t>Гей, нема, нема. Тут страшна зима,—&lt;br /&gt;</w:t>
        <w:br/>
        <w:t>Мла, відчай і сон над оселями.&lt;br /&gt;</w:t>
        <w:br/>
        <w:t>Понад садом — крук, понад степом — свист&lt;br /&gt;</w:t>
        <w:br/>
        <w:t>І собачий брех понад селами.</w:t>
      </w:r>
    </w:p>
    <w:p>
      <w:r>
        <w:br/>
        <w:t>Ні шовкових рос. Ні пісень нема.&lt;br /&gt;</w:t>
        <w:br/>
        <w:t>Лиці одні сніги та липкий туман.&lt;br /&gt;</w:t>
        <w:br/>
        <w:t>Впав на груди піль, на печаль гаїв...&lt;br /&gt;</w:t>
        <w:br/>
        <w:t>Щоб оцей туман та сніги поїв.</w:t>
      </w:r>
    </w:p>
    <w:p>
      <w:r>
        <w:br/>
        <w:t>МАЯК</w:t>
      </w:r>
    </w:p>
    <w:p>
      <w:r>
        <w:br/>
        <w:t>Охтирському дитячому містечкові</w:t>
      </w:r>
    </w:p>
    <w:p>
      <w:r>
        <w:br/>
        <w:t>На обрій пада дзвін, сковзається снігами&lt;br /&gt;</w:t>
        <w:br/>
        <w:t>І будить день, гогоче в далині.&lt;br /&gt;</w:t>
        <w:br/>
        <w:t>Сріблястий вітер ловить мідні гами&lt;br /&gt;</w:t>
        <w:br/>
        <w:t>І для пісень тче ноти на вікні.</w:t>
      </w:r>
    </w:p>
    <w:p>
      <w:r>
        <w:br/>
        <w:t>Співає хтось, розсотує хвилини...&lt;br /&gt;</w:t>
        <w:br/>
        <w:t>А дзвін до праці кличе і вторить,&lt;br /&gt;</w:t>
        <w:br/>
        <w:t>Встає "республіка" бадьора і єдина...&lt;br /&gt;</w:t>
        <w:br/>
        <w:t>До ритму серць заслухається мить.</w:t>
      </w:r>
    </w:p>
    <w:p>
      <w:r>
        <w:br/>
        <w:t>Якраз на розі літ — там, де вітри сонливі,&lt;br /&gt;</w:t>
        <w:br/>
        <w:t>Якраз в снігах німих зорить у дні маяк.</w:t>
      </w:r>
    </w:p>
    <w:p>
      <w:r>
        <w:br/>
        <w:t>Скажи, чому ж то, чарами якими&lt;br /&gt;</w:t>
        <w:br/>
        <w:t>Не втиснутись до нього розпачу ніяк?</w:t>
      </w:r>
    </w:p>
    <w:p>
      <w:r>
        <w:br/>
        <w:t>Понурих дум старих тримає срібні чотки&lt;br /&gt;</w:t>
        <w:br/>
        <w:t>І дзвонить інеєм похмурий давній парк.&lt;br /&gt;</w:t>
        <w:br/>
        <w:t>Підходить знову день в бавовняних обмотках,&lt;br /&gt;</w:t>
        <w:br/>
        <w:t>Ніяк не втиснеться з жалем крізь довгу арку.</w:t>
      </w:r>
    </w:p>
    <w:p>
      <w:r>
        <w:br/>
        <w:t>Дітвори дружній рій (світ новий на руїні),&lt;br /&gt;</w:t>
        <w:br/>
        <w:t>Сім'я малих нескручених людей.&lt;br /&gt;</w:t>
        <w:br/>
        <w:t>Нові ідеї новим поколінням&lt;br /&gt;</w:t>
        <w:br/>
        <w:t>Готують... понесуть...&lt;br /&gt;</w:t>
        <w:br/>
        <w:t>для всесвіту ідеї.</w:t>
      </w:r>
    </w:p>
    <w:p>
      <w:r>
        <w:br/>
        <w:t>Ходжу я ранками, ходжу я вечорами,—&lt;br /&gt;</w:t>
        <w:br/>
        <w:t>Де не ступну — ввижається зоря,&lt;br /&gt;</w:t>
        <w:br/>
        <w:t>Відтворює жадібно вухо мідні гами.&lt;br /&gt;</w:t>
        <w:br/>
        <w:t>Дитячий сміх... ритм праці...&lt;br /&gt;</w:t>
        <w:br/>
        <w:t>личка... довгий ряд.</w:t>
      </w:r>
    </w:p>
    <w:p>
      <w:r>
        <w:br/>
        <w:t>Зібралось сонце зникнуть в обрій білопінний&lt;br /&gt;</w:t>
        <w:br/>
        <w:t>І покотило в безвість радості дукат.&lt;br /&gt;</w:t>
        <w:br/>
        <w:t>Прийти б до сонця знов і впасти на коліна,&lt;br /&gt;</w:t>
        <w:br/>
        <w:t>Прийти б... вернутися... вернутися б назад.</w:t>
      </w:r>
    </w:p>
    <w:p>
      <w:r>
        <w:br/>
        <w:t>Понурих дум старих тримає срібні чотки&lt;br /&gt;</w:t>
        <w:br/>
        <w:t>І дзвонить інеєм похмурий давній парк.&lt;br /&gt;</w:t>
        <w:br/>
        <w:t>А день підходить знов в бавовняних обмотках,&lt;br /&gt;</w:t>
        <w:br/>
        <w:t>Ніяк не втиснеться з жалем крізь довгу арку.</w:t>
      </w:r>
    </w:p>
    <w:p>
      <w:r>
        <w:br/>
        <w:t>Якраз на розі літ, там, де вітри сонливі,&lt;br /&gt;</w:t>
        <w:br/>
        <w:t>Якраз в снігах німих зорить у дні маяк...&lt;br /&gt;</w:t>
        <w:br/>
        <w:t>Скажи, чому ж то, чарами якими&lt;br /&gt;</w:t>
        <w:br/>
        <w:t>Не втиснутись до тебе розпачу ніяк?</w:t>
      </w:r>
    </w:p>
    <w:p>
      <w:r>
        <w:br/>
        <w:t>ЖЕБРАКИ</w:t>
      </w:r>
    </w:p>
    <w:p>
      <w:r>
        <w:br/>
        <w:t>В драну пелену загорнутий "син Божий".&lt;br /&gt;</w:t>
        <w:br/>
        <w:t>Куренем платок на голові...&lt;br /&gt;</w:t>
        <w:br/>
        <w:t>В день хороший,&lt;br /&gt;</w:t>
        <w:br/>
        <w:t>В день такий погожий&lt;br /&gt;</w:t>
        <w:br/>
        <w:t>Шкутильгає п'яна по траві.</w:t>
      </w:r>
    </w:p>
    <w:p>
      <w:r>
        <w:br/>
        <w:t>На майдані супроти базару,&lt;br /&gt;</w:t>
        <w:br/>
        <w:t>Рукавом зітерши сьомий піт,&lt;br /&gt;</w:t>
        <w:br/>
        <w:t>Гармоніст співає про "пожари",&lt;br /&gt;</w:t>
        <w:br/>
        <w:t>Про "фронти",—&lt;br /&gt;</w:t>
        <w:br/>
        <w:t>Як справдішній піїт.</w:t>
      </w:r>
    </w:p>
    <w:p>
      <w:r>
        <w:br/>
        <w:t>Заливається гармонія з надривом,&lt;br /&gt;</w:t>
        <w:br/>
        <w:t>Засопить і кидається в такт...&lt;br /&gt;</w:t>
        <w:br/>
        <w:t>І гримить в боях,&lt;br /&gt;</w:t>
        <w:br/>
        <w:t>І свище гнівом...&lt;br /&gt;</w:t>
        <w:br/>
        <w:t>І смердить від газових атак.</w:t>
      </w:r>
    </w:p>
    <w:p>
      <w:r>
        <w:br/>
        <w:t>Голос сірий, витріпаний лихом,&lt;br /&gt;</w:t>
        <w:br/>
        <w:t>Тягне повість&lt;br /&gt;</w:t>
        <w:br/>
        <w:t>Вашу і свою.</w:t>
      </w:r>
    </w:p>
    <w:p>
      <w:r>
        <w:br/>
        <w:t>Кривиться обличчя вічним сміхом,&lt;br /&gt;</w:t>
        <w:br/>
        <w:t>Випиті глазниці сонце п'ють.</w:t>
      </w:r>
    </w:p>
    <w:p>
      <w:r>
        <w:br/>
        <w:t>Горошини поту через шрами&lt;br /&gt;</w:t>
        <w:br/>
        <w:t>Котяться&lt;br /&gt;</w:t>
        <w:br/>
        <w:t>З калічного чола,—</w:t>
      </w:r>
    </w:p>
    <w:p>
      <w:r>
        <w:br/>
        <w:t>"Ой, прощай ти, атец, і ти, мамінька!&lt;br /&gt;</w:t>
        <w:br/>
        <w:t>З лазарета повєстка прийшла..."</w:t>
      </w:r>
    </w:p>
    <w:p>
      <w:r>
        <w:br/>
        <w:t>Ну кому викрикує?&lt;br /&gt;</w:t>
        <w:br/>
        <w:t>До кого&lt;br /&gt;</w:t>
        <w:br/>
        <w:t>Простягає руки навмання?</w:t>
      </w:r>
    </w:p>
    <w:p>
      <w:r>
        <w:br/>
        <w:t>Йде, лузгаючи насіння, поуз нього&lt;br /&gt;</w:t>
        <w:br/>
        <w:t>У багні закаляна&lt;br /&gt;</w:t>
        <w:br/>
        <w:t>Свиня.</w:t>
      </w:r>
    </w:p>
    <w:p>
      <w:r>
        <w:br/>
        <w:t>Підійшла жона —&lt;br /&gt;</w:t>
        <w:br/>
        <w:t>Жебрачка п'яна,&lt;br /&gt;</w:t>
        <w:br/>
        <w:t>Положила сина на гармонь...</w:t>
      </w:r>
    </w:p>
    <w:p>
      <w:r>
        <w:br/>
        <w:t>Ех ти "жисть" жестяного "баяна"!</w:t>
      </w:r>
    </w:p>
    <w:p>
      <w:r>
        <w:br/>
        <w:t>Байдуже минають городяни,&lt;br /&gt;</w:t>
        <w:br/>
        <w:t>Кида сонце промені в долонь.</w:t>
      </w:r>
    </w:p>
    <w:p>
      <w:r>
        <w:br/>
        <w:t>ЛЮБЛЮ</w:t>
      </w:r>
    </w:p>
    <w:p>
      <w:r>
        <w:br/>
        <w:t>І</w:t>
      </w:r>
    </w:p>
    <w:p>
      <w:r>
        <w:br/>
        <w:t>Люблю,&lt;br /&gt;</w:t>
        <w:br/>
        <w:t>як бір, стривожений набоєм,&lt;br /&gt;</w:t>
        <w:br/>
        <w:t>луною стоголосою гуде...&lt;br /&gt;</w:t>
        <w:br/>
        <w:t>Люблю ходить на самоті з собою&lt;br /&gt;</w:t>
        <w:br/>
        <w:t>і не стрівать нікого аніде.&lt;br /&gt;</w:t>
        <w:br/>
        <w:t>Ах, бір оцей понурий і безкраїй&lt;br /&gt;</w:t>
        <w:br/>
        <w:t>з погордливо насупленим чолом...&lt;br /&gt;</w:t>
        <w:br/>
        <w:t>Ніколи я, ніколи не вгадаю,&lt;br /&gt;</w:t>
        <w:br/>
        <w:t>що він сховав під сизий свій шолом.&lt;br /&gt;</w:t>
        <w:br/>
        <w:t>Мов сфінкс — володар мудрого спокою,&lt;br /&gt;</w:t>
        <w:br/>
        <w:t>ховає невідому казку днів...&lt;br /&gt;</w:t>
        <w:br/>
        <w:t>Мабуть, того і хочеться щось скоїть,&lt;br /&gt;</w:t>
        <w:br/>
        <w:t>мабуть, того так заздрісно мені.&lt;br /&gt;</w:t>
        <w:br/>
        <w:t>Рухливому, бентежному без міри,&lt;br /&gt;</w:t>
        <w:br/>
        <w:t>мені б цю дивну мудрість розгадать,&lt;br /&gt;</w:t>
        <w:br/>
        <w:t>щоб промінять крикливу свою ліру,—&lt;br /&gt;</w:t>
        <w:br/>
        <w:t>щоби за спокій труднощі віддать.&lt;br /&gt;</w:t>
        <w:br/>
        <w:t>Ех, синій бір... Але ж я непокірний,&lt;br /&gt;</w:t>
        <w:br/>
        <w:t>бунтар на цій приборканій землі,—&lt;br /&gt;</w:t>
        <w:br/>
        <w:t>(це мій прокльон),&lt;br /&gt;</w:t>
        <w:br/>
        <w:t>я й сам собі не вірний,&lt;br /&gt;</w:t>
        <w:br/>
        <w:t>коли десь є старці і королі.&lt;br /&gt;</w:t>
        <w:br/>
        <w:t>А ти — король могутній і великий,&lt;br /&gt;</w:t>
        <w:br/>
        <w:t>перегатила обрій твоя гать...&lt;br /&gt;</w:t>
        <w:br/>
        <w:t>Ось я й прийшов — своїм бентежним криком&lt;br /&gt;</w:t>
        <w:br/>
        <w:t>на зло твій мудрий спокій розігнать.&lt;br /&gt;</w:t>
        <w:br/>
        <w:t>Не вір мені, що проміняю ліру&lt;br /&gt;</w:t>
        <w:br/>
        <w:t>на твій казковий мертвий супокій,—&lt;br /&gt;</w:t>
        <w:br/>
        <w:t>ти вік стоїш і не міняєш шкіру,&lt;br /&gt;</w:t>
        <w:br/>
        <w:t>а з нас здирали й тричі по такій.</w:t>
      </w:r>
    </w:p>
    <w:p>
      <w:r>
        <w:br/>
        <w:t>Ех, бір оцей понурий і безкраїй&lt;br /&gt;</w:t>
        <w:br/>
        <w:t>з погрозливо насупленим чолом,&lt;br /&gt;</w:t>
        <w:br/>
        <w:t>ніколи я, ніколи не вгадаю,&lt;br /&gt;</w:t>
        <w:br/>
        <w:t>що він сховав під сизий свій шолом.&lt;br /&gt;</w:t>
        <w:br/>
        <w:t>Мабуть, того й сварюся сам з собою,&lt;br /&gt;</w:t>
        <w:br/>
        <w:t>що не вчуваю голосу ніде...&lt;br /&gt;</w:t>
        <w:br/>
        <w:t>Мабуть, того й люблю, як від набою&lt;br /&gt;</w:t>
        <w:br/>
        <w:t>він стоголосим велетнем гуде.</w:t>
      </w:r>
    </w:p>
    <w:p>
      <w:r>
        <w:br/>
        <w:t>II</w:t>
      </w:r>
    </w:p>
    <w:p>
      <w:r>
        <w:br/>
        <w:t>Люблю&lt;br /&gt;</w:t>
        <w:br/>
        <w:t>виходить вранці на могилу&lt;br /&gt;</w:t>
        <w:br/>
        <w:t>Й стріляти просто в "синю далечінь"!&lt;br /&gt;</w:t>
        <w:br/>
        <w:t>Люблю, що тут і постріли безсилі,&lt;br /&gt;</w:t>
        <w:br/>
        <w:t>І не почути,&lt;br /&gt;</w:t>
        <w:br/>
        <w:t>скільки не кричи.&lt;br /&gt;</w:t>
        <w:br/>
        <w:t>Безмежна шир. Які барвисті груди&lt;br /&gt;</w:t>
        <w:br/>
        <w:t>Спокійної праматінки Землі!&lt;br /&gt;</w:t>
        <w:br/>
        <w:t>Мені уклін — дротяні перегуди,&lt;br /&gt;</w:t>
        <w:br/>
        <w:t>Мені привіт —&lt;br /&gt;</w:t>
        <w:br/>
        <w:t>підхмарні журавлі.&lt;br /&gt;</w:t>
        <w:br/>
        <w:t>Стовпи — гінці далекої культури —&lt;br /&gt;</w:t>
        <w:br/>
        <w:t>Тікають шляхом просто в білий світ.&lt;br /&gt;</w:t>
        <w:br/>
        <w:t>На їхню арфу вітер трубадурить,&lt;br /&gt;</w:t>
        <w:br/>
        <w:t>На їхню арфу —&lt;br /&gt;</w:t>
        <w:br/>
        <w:t>вітер-троглодит.</w:t>
      </w:r>
    </w:p>
    <w:p>
      <w:r>
        <w:br/>
        <w:t>Такий він славний розбишака вітер!&lt;br /&gt;</w:t>
        <w:br/>
        <w:t>Такий у мене милий трубадур! —&lt;br /&gt;</w:t>
        <w:br/>
        <w:t>Порозганяв геть-чисто всенькі звіти,&lt;br /&gt;</w:t>
        <w:br/>
        <w:t>Перемішав&lt;br /&gt;</w:t>
        <w:br/>
        <w:t>відгомони культур.</w:t>
      </w:r>
    </w:p>
    <w:p>
      <w:r>
        <w:br/>
        <w:t>А потім тихо лащиться на груди...&lt;br /&gt;</w:t>
        <w:br/>
        <w:t>А сонце —&lt;br /&gt;</w:t>
        <w:br/>
        <w:t>просто босе по землі!&lt;br /&gt;</w:t>
        <w:br/>
        <w:t>Мені уклін — дротяні перегуди,&lt;br /&gt;</w:t>
        <w:br/>
        <w:t>Мені привіт —&lt;br /&gt;</w:t>
        <w:br/>
        <w:t>підхмарні журавлі.</w:t>
      </w:r>
    </w:p>
    <w:p>
      <w:r>
        <w:br/>
        <w:t>Люблю&lt;br /&gt;</w:t>
        <w:br/>
        <w:t>виходить вранці на могилу&lt;br /&gt;</w:t>
        <w:br/>
        <w:t>Й стріляти просто в "синю далечінь"!&lt;br /&gt;</w:t>
        <w:br/>
        <w:t>Люблю, що тут і постріли безсилі,&lt;br /&gt;</w:t>
        <w:br/>
        <w:t>І не почути,&lt;br /&gt;</w:t>
        <w:br/>
        <w:t>скільки не кричи.</w:t>
      </w:r>
    </w:p>
    <w:p>
      <w:r>
        <w:br/>
        <w:t>1926</w:t>
      </w:r>
    </w:p>
    <w:p>
      <w:r>
        <w:br/>
        <w:t>ДІВЧИНІ</w:t>
      </w:r>
    </w:p>
    <w:p>
      <w:r>
        <w:br/>
        <w:t>В час вечірній, час печальний&lt;br /&gt;</w:t>
        <w:br/>
        <w:t>Я Тебе чекаю в храм мій,—&lt;br /&gt;</w:t>
        <w:br/>
        <w:t>У кімнаті сонця сальви*&lt;br /&gt;</w:t>
        <w:br/>
        <w:t>І махорки тиміам...*</w:t>
      </w:r>
    </w:p>
    <w:p>
      <w:r>
        <w:br/>
        <w:t>Ти прийди, моя далека,&lt;br /&gt;</w:t>
        <w:br/>
        <w:t>Через хащі вечорові,—&lt;br /&gt;</w:t>
        <w:br/>
        <w:t>Обернись хоч в тінь лелеки&lt;br /&gt;</w:t>
        <w:br/>
        <w:t>І розправ крилаті брови,</w:t>
      </w:r>
    </w:p>
    <w:p>
      <w:r>
        <w:br/>
        <w:t>Підніми очей зіниці,&lt;br /&gt;</w:t>
        <w:br/>
        <w:t>Підведи до сонця профіль...&lt;br /&gt;</w:t>
        <w:br/>
        <w:t>Ну, чого кричать так птиці,&lt;br /&gt;</w:t>
        <w:br/>
        <w:t>На хрести чіпляють строфи?!</w:t>
      </w:r>
    </w:p>
    <w:p>
      <w:r>
        <w:br/>
        <w:t>Над Собором, як на релі***,&lt;br /&gt;</w:t>
        <w:br/>
        <w:t>Звуть вони Тебе юрбою,—&lt;br /&gt;</w:t>
        <w:br/>
        <w:t>Архітектора Растреллі&lt;br /&gt;</w:t>
        <w:br/>
        <w:t>Посилають за Тобою.&lt;br /&gt;</w:t>
        <w:br/>
        <w:t>Посилають...&lt;br /&gt;</w:t>
        <w:br/>
        <w:t>Голуб сизий —&lt;br /&gt;</w:t>
        <w:br/>
        <w:t>Голуб сизий тихо тужить...&lt;br /&gt;</w:t>
        <w:br/>
        <w:t>У кімнаті сонця ризи,&lt;br /&gt;</w:t>
        <w:br/>
        <w:t>І Любов Надію кружить.</w:t>
      </w:r>
    </w:p>
    <w:p>
      <w:r>
        <w:br/>
        <w:t>Сонця ризи...&lt;br /&gt;</w:t>
        <w:br/>
        <w:t>"Сонце, сальви!&lt;br /&gt;</w:t>
        <w:br/>
        <w:t>Сонце, танок!!." — Ти прийшла!&lt;br /&gt;</w:t>
        <w:br/>
        <w:t>Розмальована, як мальва,—&lt;br /&gt;</w:t>
        <w:br/>
        <w:t>Квіти, золото і шлак...****</w:t>
      </w:r>
    </w:p>
    <w:p>
      <w:r>
        <w:br/>
        <w:t>На плече коса,— ой леле! —&lt;br /&gt;</w:t>
        <w:br/>
        <w:t>Смуток сходить над бровою...&lt;br /&gt;</w:t>
        <w:br/>
        <w:t>І Растреллі, і Растреллі&lt;br /&gt;</w:t>
        <w:br/>
        <w:t>Йде, мов джура, за Тобою.</w:t>
      </w:r>
    </w:p>
    <w:p>
      <w:r>
        <w:br/>
        <w:t>Ти усіх отак манила,&lt;br /&gt;</w:t>
        <w:br/>
        <w:t>Неприречена нікому,—&lt;br /&gt;</w:t>
        <w:br/>
        <w:t>У стрічках од скоростріла&lt;br /&gt;</w:t>
        <w:br/>
        <w:t>І в диму пороховому.</w:t>
      </w:r>
    </w:p>
    <w:p>
      <w:r>
        <w:br/>
        <w:t>Нецілована, незнана,&lt;br /&gt;</w:t>
        <w:br/>
        <w:t>Недоклична — й все кохана,&lt;br /&gt;</w:t>
        <w:br/>
        <w:t>Полум'яна й все похмура...&lt;br /&gt;</w:t>
        <w:br/>
        <w:t>Вірний кінь слідом, як джура.</w:t>
      </w:r>
    </w:p>
    <w:p>
      <w:r>
        <w:br/>
        <w:t>Мить прийшла і мить відплила —&lt;br /&gt;</w:t>
        <w:br/>
        <w:t>Провела лиш тінь знайому: ...&lt;br /&gt;</w:t>
        <w:br/>
        <w:t>У стрічках од скоростріла... ...&lt;br /&gt;</w:t>
        <w:br/>
        <w:t>І в диму пороховому...</w:t>
      </w:r>
    </w:p>
    <w:p>
      <w:r>
        <w:br/>
        <w:t>Пропливла на сизім тлі&lt;br /&gt;</w:t>
        <w:br/>
        <w:t>Й знову канула в імлі.</w:t>
      </w:r>
    </w:p>
    <w:p>
      <w:r>
        <w:br/>
        <w:t>Вибухає ніч громами,&lt;br /&gt;</w:t>
        <w:br/>
        <w:t>І земля дрижить у дзвоні.&lt;br /&gt;</w:t>
        <w:br/>
        <w:t>За любов ми йшли фронтами,&lt;br /&gt;</w:t>
        <w:br/>
        <w:t>Серце кинувши під коні.</w:t>
      </w:r>
    </w:p>
    <w:p>
      <w:r>
        <w:br/>
        <w:t>Гомін... Буря... Коні... Тіні.&lt;br /&gt;</w:t>
        <w:br/>
        <w:t>Передзвони. Перегули...&lt;br /&gt;</w:t>
        <w:br/>
        <w:t>В далині розбитій, синій,&lt;br /&gt;</w:t>
        <w:br/>
        <w:t>Там ми молодість забули.</w:t>
      </w:r>
    </w:p>
    <w:p>
      <w:r>
        <w:br/>
        <w:t>Розімчали коні серце.&lt;br /&gt;</w:t>
        <w:br/>
        <w:t>Рознесли його степами.&lt;br /&gt;</w:t>
        <w:br/>
        <w:t>Аж під хмари в буйнім герці&lt;br /&gt;</w:t>
        <w:br/>
        <w:t>Стала молодість стовпами.</w:t>
      </w:r>
    </w:p>
    <w:p>
      <w:r>
        <w:br/>
        <w:t>Коні... Тіні... Передзвони.&lt;br /&gt;</w:t>
        <w:br/>
        <w:t>Перегуки. Канонада...&lt;br /&gt;</w:t>
        <w:br/>
        <w:t>Хтось підкови срібні ронить.&lt;br /&gt;</w:t>
        <w:br/>
        <w:t>Погасає...&lt;br /&gt;</w:t>
        <w:br/>
        <w:t>Тоне...&lt;br /&gt;</w:t>
        <w:br/>
        <w:t>Пада...</w:t>
      </w:r>
    </w:p>
    <w:p>
      <w:r>
        <w:br/>
        <w:t>Догорає, догорає&lt;br /&gt;</w:t>
        <w:br/>
        <w:t>Синій вечір десь за краєм.</w:t>
      </w:r>
    </w:p>
    <w:p>
      <w:r>
        <w:br/>
        <w:t>Обернулась, не сказала.&lt;br /&gt;</w:t>
        <w:br/>
        <w:t>І, не сказана, пропала.&lt;br /&gt;</w:t>
        <w:br/>
        <w:t>І немає...</w:t>
      </w:r>
    </w:p>
    <w:p>
      <w:r>
        <w:br/>
        <w:t>Поховав в далекій рудні.&lt;br /&gt;</w:t>
        <w:br/>
        <w:t>Придавили зір повіки.&lt;br /&gt;</w:t>
        <w:br/>
        <w:t>Діти буднів, діти буднів&lt;br /&gt;</w:t>
        <w:br/>
        <w:t>Розвіталися* навіки.</w:t>
      </w:r>
    </w:p>
    <w:p>
      <w:r>
        <w:br/>
        <w:t>За любов у громі криці&lt;br /&gt;</w:t>
        <w:br/>
        <w:t>Загубивсь твій ніжний профіль...&lt;br /&gt;</w:t>
        <w:br/>
        <w:t>Ну, чого кричать так птиці,&lt;br /&gt;</w:t>
        <w:br/>
        <w:t>На хрести чіпляють строфи?!</w:t>
      </w:r>
    </w:p>
    <w:p>
      <w:r>
        <w:br/>
        <w:t>Путь далека. Путь нелегка.&lt;br /&gt;</w:t>
        <w:br/>
        <w:t>Непроглядна. Недоклична.&lt;br /&gt;</w:t>
        <w:br/>
        <w:t>Загубилась тінь лелеки...&lt;br /&gt;</w:t>
        <w:br/>
        <w:t>Беатріче... Беатріче!..</w:t>
      </w:r>
    </w:p>
    <w:p>
      <w:r>
        <w:br/>
        <w:t>В час вечірній, час печальний&lt;br /&gt;</w:t>
        <w:br/>
        <w:t>Я тебе чекаю в храм мій. —&lt;br /&gt;</w:t>
        <w:br/>
        <w:t>У кімнаті сонця сальви&lt;br /&gt;</w:t>
        <w:br/>
        <w:t>і махорки тиміам...</w:t>
      </w:r>
    </w:p>
    <w:p>
      <w:r>
        <w:br/>
        <w:t>1925</w:t>
      </w:r>
    </w:p>
    <w:p>
      <w:r>
        <w:br/>
        <w:t>МОНГОЛІЯ</w:t>
      </w:r>
    </w:p>
    <w:p>
      <w:r>
        <w:br/>
        <w:t>І</w:t>
      </w:r>
    </w:p>
    <w:p>
      <w:r>
        <w:br/>
        <w:t>За Каспієм тиша і синь,&lt;br /&gt;</w:t>
        <w:br/>
        <w:t>Сипучі піски Кара-Куми...&lt;br /&gt;</w:t>
        <w:br/>
        <w:t>Іду я з вітрами один –&lt;br /&gt;</w:t>
        <w:br/>
        <w:t>Ідем ми до сонця у куми.</w:t>
      </w:r>
    </w:p>
    <w:p>
      <w:r>
        <w:br/>
        <w:t>Туди ми, туди, де останній мулла,&lt;br /&gt;</w:t>
        <w:br/>
        <w:t>Де сонце над муром Китаю,&lt;br /&gt;</w:t>
        <w:br/>
        <w:t>Туди, де Батиєва слава цвіла,&lt;br /&gt;</w:t>
        <w:br/>
        <w:t>До гір золотого Алтаю.</w:t>
      </w:r>
    </w:p>
    <w:p>
      <w:r>
        <w:br/>
        <w:t>Шумлять і шумлять комиші над Аму*&lt;br /&gt;</w:t>
        <w:br/>
        <w:t>І йдуть, і хвилюють ордою.&lt;br /&gt;</w:t>
        <w:br/>
        <w:t>І шастає вітер, неначе Тимур,&lt;br /&gt;</w:t>
        <w:br/>
        <w:t>По джунглях важкою ходою.</w:t>
      </w:r>
    </w:p>
    <w:p>
      <w:r>
        <w:br/>
        <w:t>"Куди ви? Куди ви?... — шепоче крізь сон. –&lt;br /&gt;</w:t>
        <w:br/>
        <w:t>Заорані соняшним ралом&lt;br /&gt;</w:t>
        <w:br/>
        <w:t>І довтий мовчальник — азійський пісок,&lt;br /&gt;</w:t>
        <w:br/>
        <w:t>І мертва брова Кос-Аралу.</w:t>
      </w:r>
    </w:p>
    <w:p>
      <w:r>
        <w:br/>
        <w:t>Заорана слава... Умерли віки...&lt;br /&gt;</w:t>
        <w:br/>
        <w:t>Давно одгриміли моголи...&lt;br /&gt;</w:t>
        <w:br/>
        <w:t>Куди ви? Куди ви?.. До цих кишлаків?&lt;br /&gt;</w:t>
        <w:br/>
        <w:t>Їм слава не сяла** ніколи!</w:t>
      </w:r>
    </w:p>
    <w:p>
      <w:r>
        <w:br/>
        <w:t>Брудні і убогі там діти й батьки,&lt;br /&gt;</w:t>
        <w:br/>
        <w:t>Покірні уздечці джамана***,&lt;br /&gt;</w:t>
        <w:br/>
        <w:t>Пасуть свої вівці і ралять піски&lt;br /&gt;</w:t>
        <w:br/>
        <w:t>Під спів, під молитву шамана</w:t>
      </w:r>
    </w:p>
    <w:p>
      <w:r>
        <w:br/>
        <w:t>Брудні і убогі Алтай і Таджик...&lt;br /&gt;</w:t>
        <w:br/>
        <w:t>І сила кумисом полита...&lt;br /&gt;</w:t>
        <w:br/>
        <w:t>Огризкам, покидькам династій чужих&lt;br /&gt;</w:t>
        <w:br/>
        <w:t>Не вирити славу зариту!</w:t>
      </w:r>
    </w:p>
    <w:p>
      <w:r>
        <w:br/>
        <w:t>Куди ви?.. Куди ви?.."&lt;br /&gt;</w:t>
        <w:br/>
        <w:t>Пустеля німа,&lt;br /&gt;</w:t>
        <w:br/>
        <w:t>Безмежна, неначе Сахара,&lt;br /&gt;</w:t>
        <w:br/>
        <w:t>І скаче пустелею вітер-басмач****,&lt;br /&gt;</w:t>
        <w:br/>
        <w:t>І свище в пісках до Бухари.</w:t>
      </w:r>
    </w:p>
    <w:p>
      <w:r>
        <w:br/>
        <w:t>Туди ми, туди, де останній мулла,&lt;br /&gt;</w:t>
        <w:br/>
        <w:t>Де сонце над муром Китаю,&lt;br /&gt;</w:t>
        <w:br/>
        <w:t>Туди, де Батиєва слава цвіла,&lt;br /&gt;</w:t>
        <w:br/>
        <w:t>До гір золотого Алтаю.</w:t>
      </w:r>
    </w:p>
    <w:p>
      <w:r>
        <w:br/>
        <w:t>II</w:t>
      </w:r>
    </w:p>
    <w:p>
      <w:r>
        <w:br/>
        <w:t>Пісок і пісок, солончак і кизил,&lt;br /&gt;</w:t>
        <w:br/>
        <w:t>Узгір'я, та джунглі, та спека.&lt;br /&gt;</w:t>
        <w:br/>
        <w:t>Нікого ніде,— тільки втома та пил&lt;br /&gt;</w:t>
        <w:br/>
        <w:t>Та щось маячить там здалека.</w:t>
      </w:r>
    </w:p>
    <w:p>
      <w:r>
        <w:br/>
        <w:t>То юрти, мов копи на полі чужім...&lt;br /&gt;</w:t>
        <w:br/>
        <w:t>І знову — нікого до краю.&lt;br /&gt;</w:t>
        <w:br/>
        <w:t>Десь інколи джунглями вепр пробіжить.&lt;br /&gt;</w:t>
        <w:br/>
        <w:t>Десь тихо допшур* заридає.</w:t>
      </w:r>
    </w:p>
    <w:p>
      <w:r>
        <w:br/>
        <w:t>В азійських пісках під шатром голубим,&lt;br /&gt;</w:t>
        <w:br/>
        <w:t>Мов грач** недосвідчений шахи,&lt;br /&gt;</w:t>
        <w:br/>
        <w:t>Розкидала доля злиденних рабів&lt;br /&gt;</w:t>
        <w:br/>
        <w:t>Недавніх ярим-падишахів.</w:t>
      </w:r>
    </w:p>
    <w:p>
      <w:r>
        <w:br/>
        <w:t>Верблюди і вівці... Собака та кінь...&lt;br /&gt;</w:t>
        <w:br/>
        <w:t>і йди, хоч на край цього світу!&lt;br /&gt;</w:t>
        <w:br/>
        <w:t>Над юртами — мертва, розпечена синь,&lt;br /&gt;</w:t>
        <w:br/>
        <w:t>А в юртах — замурзані діти.</w:t>
      </w:r>
    </w:p>
    <w:p>
      <w:r>
        <w:br/>
        <w:t>Пісок і пісок...&lt;br /&gt;</w:t>
        <w:br/>
        <w:t>А як день догорить,&lt;br /&gt;</w:t>
        <w:br/>
        <w:t>Аж десь з-за хмурного Паміру&lt;br /&gt;</w:t>
        <w:br/>
        <w:t>Повіє печаллю, комиш зашумить,</w:t>
      </w:r>
    </w:p>
    <w:p>
      <w:r>
        <w:br/>
        <w:t>І джунглі затужать без міри.&lt;br /&gt;</w:t>
        <w:br/>
        <w:t>По мертвих пісках попливе караван:&lt;br /&gt;</w:t>
        <w:br/>
        <w:t>Не турки, не гунни, не скити***,—&lt;br /&gt;</w:t>
        <w:br/>
        <w:t>То тіні важкі, як тягучий туман,&lt;br /&gt;</w:t>
        <w:br/>
        <w:t>То тіні віків пережитих.</w:t>
      </w:r>
    </w:p>
    <w:p>
      <w:r>
        <w:br/>
        <w:t>Встають і проходять по мертвих пісках —&lt;br /&gt;</w:t>
        <w:br/>
        <w:t>Пильнують уславлені вої&lt;br /&gt;</w:t>
        <w:br/>
        <w:t>Єгипет,&lt;br /&gt;</w:t>
        <w:br/>
        <w:t>Багдад,&lt;br /&gt;</w:t>
        <w:br/>
        <w:t>Індостан&lt;br /&gt;</w:t>
        <w:br/>
        <w:t>і Дамаск&lt;br /&gt;</w:t>
        <w:br/>
        <w:t>І землі Росії чужої.</w:t>
      </w:r>
    </w:p>
    <w:p>
      <w:r>
        <w:br/>
        <w:t>Проходять зирнути, чи й досі стоять&lt;br /&gt;</w:t>
        <w:br/>
        <w:t>Їх межі од моря й до моря,—&lt;br /&gt;</w:t>
        <w:br/>
        <w:t>Од мурів китайських до синіх Карпат,&lt;br /&gt;</w:t>
        <w:br/>
        <w:t>Од хащів Сибіру по мрійний Багдад,—&lt;br /&gt;</w:t>
        <w:br/>
        <w:t>Чи й досі їм землі в покорі?!.</w:t>
      </w:r>
    </w:p>
    <w:p>
      <w:r>
        <w:br/>
        <w:t>Шумлять і шумлять комиші над Аму. Нікого...&lt;br /&gt;</w:t>
        <w:br/>
        <w:t>А хто там з ордою?!&lt;br /&gt;</w:t>
        <w:br/>
        <w:t>То шастає з воями грізний Тимур&lt;br /&gt;</w:t>
        <w:br/>
        <w:t>В Європу важкою ходою.</w:t>
      </w:r>
    </w:p>
    <w:p>
      <w:r>
        <w:br/>
        <w:t>Шепоче пісок від нечутних копит,&lt;br /&gt;</w:t>
        <w:br/>
        <w:t>І хмуриться зморшками чоло.&lt;br /&gt;</w:t>
        <w:br/>
        <w:t>Він знає, що там би азійський джигіт!..&lt;br /&gt;</w:t>
        <w:br/>
        <w:t>Що треба б Європі Могола...</w:t>
      </w:r>
    </w:p>
    <w:p>
      <w:r>
        <w:br/>
        <w:t>Та гей, і дарма. Одбуло — не вернуть.&lt;br /&gt;</w:t>
        <w:br/>
        <w:t>Що вмерло — довіку не встане.&lt;br /&gt;</w:t>
        <w:br/>
        <w:t>І ходить печаль від уральських розпуть&lt;br /&gt;</w:t>
        <w:br/>
        <w:t>По соняшний Ганг Індостану.</w:t>
      </w:r>
    </w:p>
    <w:p>
      <w:r>
        <w:br/>
        <w:t>III</w:t>
      </w:r>
    </w:p>
    <w:p>
      <w:r>
        <w:br/>
        <w:t>Пісок і пісок...&lt;br /&gt;</w:t>
        <w:br/>
        <w:t>Ось звідсіль Тамерлан&lt;br /&gt;</w:t>
        <w:br/>
        <w:t>В Каїр становив свої стопи.&lt;br /&gt;</w:t>
        <w:br/>
        <w:t>Ось цими пісками ходив Чингісхан&lt;br /&gt;</w:t>
        <w:br/>
        <w:t>Трусити за душу Європу.</w:t>
      </w:r>
    </w:p>
    <w:p>
      <w:r>
        <w:br/>
        <w:t>І тіпався світ від вузеньких очей.&lt;br /&gt;</w:t>
        <w:br/>
        <w:t>І тьмарилось сонце від скрипу.&lt;br /&gt;</w:t>
        <w:br/>
        <w:t>Дрижали в огні під азійським мечем&lt;br /&gt;</w:t>
        <w:br/>
        <w:t>Європа,&lt;br /&gt;</w:t>
        <w:br/>
        <w:t>Китай&lt;br /&gt;</w:t>
        <w:br/>
        <w:t>і Єгипет.</w:t>
      </w:r>
    </w:p>
    <w:p>
      <w:r>
        <w:br/>
        <w:t>Дрижали...&lt;br /&gt;</w:t>
        <w:br/>
        <w:t>Умерло. Згоріли вогні.&lt;br /&gt;</w:t>
        <w:br/>
        <w:t>Зогнили Монголії квіти.&lt;br /&gt;</w:t>
        <w:br/>
        <w:t>Умерла луна у віках в далині...&lt;br /&gt;</w:t>
        <w:br/>
        <w:t>Нікого ніде,— тільки юрти одні,&lt;br /&gt;</w:t>
        <w:br/>
        <w:t>А в юртах — замурзані діти.</w:t>
      </w:r>
    </w:p>
    <w:p>
      <w:r>
        <w:br/>
        <w:t>Брудні і убогі ойрот і таджик,&lt;br /&gt;</w:t>
        <w:br/>
        <w:t>І сила кумисом полита...&lt;br /&gt;</w:t>
        <w:br/>
        <w:t>Огризкам, покидькам династій чужих&lt;br /&gt;</w:t>
        <w:br/>
        <w:t>Не вирити славу зариту,</w:t>
      </w:r>
    </w:p>
    <w:p>
      <w:r>
        <w:br/>
        <w:t>Не вирити силу...&lt;br /&gt;</w:t>
        <w:br/>
        <w:t>Пустеля німа,&lt;br /&gt;</w:t>
        <w:br/>
        <w:t>Безмежна, неначе Сахара.&lt;br /&gt;</w:t>
        <w:br/>
        <w:t>І скаче пустелею вітер-басмач,&lt;br /&gt;</w:t>
        <w:br/>
        <w:t>І свище в пісках до Бухари.</w:t>
      </w:r>
    </w:p>
    <w:p>
      <w:r>
        <w:br/>
        <w:t>IV</w:t>
      </w:r>
    </w:p>
    <w:p>
      <w:r>
        <w:br/>
        <w:t>Даремно шумлять комиші над Аму,&lt;br /&gt;</w:t>
        <w:br/>
        <w:t>Даремно сумують ледачі.&lt;br /&gt;</w:t>
        <w:br/>
        <w:t>Навіщо потрібен той сум і кому?&lt;br /&gt;</w:t>
        <w:br/>
        <w:t>Навіщо цей вітер басмачить? —&lt;br /&gt;</w:t>
        <w:br/>
        <w:t>Копає пісок, мов копитами Як,&lt;br /&gt;</w:t>
        <w:br/>
        <w:t>Розгнузданий, дикий... Ой леле!&lt;br /&gt;</w:t>
        <w:br/>
        <w:t>Чи з того ж прокинеться сила твоя,&lt;br /&gt;</w:t>
        <w:br/>
        <w:t>Дрімотна азійська пустеле?!&lt;br /&gt;</w:t>
        <w:br/>
        <w:t>Голодна...&lt;br /&gt;</w:t>
        <w:br/>
        <w:t>Німа...&lt;br /&gt;</w:t>
        <w:br/>
        <w:t>А як день догорить,&lt;br /&gt;</w:t>
        <w:br/>
        <w:t>Ізнов з-за хмурного Паміру&lt;br /&gt;</w:t>
        <w:br/>
        <w:t>Повіє печаллю, комиш зашумить,&lt;br /&gt;</w:t>
        <w:br/>
        <w:t>І джунглі затужать без міри...</w:t>
      </w:r>
    </w:p>
    <w:p>
      <w:r>
        <w:br/>
        <w:t>Давно одгриміли Чингіз і Тимур.&lt;br /&gt;</w:t>
        <w:br/>
        <w:t>Змінила їх славу "Уклейка"*.&lt;br /&gt;</w:t>
        <w:br/>
        <w:t>Даремно про давнє гнусавить допшур,&lt;br /&gt;</w:t>
        <w:br/>
        <w:t>Та марить вві сні юломейка**:</w:t>
      </w:r>
    </w:p>
    <w:p>
      <w:r>
        <w:br/>
        <w:t>"Куди ви? Куди ви?" — шепоче крізь плач.&lt;br /&gt;</w:t>
        <w:br/>
        <w:t>Туди, де вогонь не згорає!&lt;br /&gt;</w:t>
        <w:br/>
        <w:t>Звідтіль, де Батиєва слава цвіла,&lt;br /&gt;</w:t>
        <w:br/>
        <w:t>З-під гір золотого Алтаю.</w:t>
      </w:r>
    </w:p>
    <w:p>
      <w:r>
        <w:br/>
        <w:t>1926</w:t>
      </w:r>
    </w:p>
    <w:p>
      <w:r>
        <w:br/>
        <w:t>НАД РОССЮ</w:t>
      </w:r>
    </w:p>
    <w:p>
      <w:r>
        <w:br/>
        <w:t>Падає крячка на води&lt;br /&gt;</w:t>
        <w:br/>
        <w:t>В ранішню Рось,&lt;br /&gt;</w:t>
        <w:br/>
        <w:t>Б'ється об соняшну вроду,&lt;br /&gt;</w:t>
        <w:br/>
        <w:t>Кличе когось.</w:t>
      </w:r>
    </w:p>
    <w:p>
      <w:r>
        <w:br/>
        <w:t>Сонце встає і по барві&lt;br /&gt;</w:t>
        <w:br/>
        <w:t>Світ розстеля,&lt;br /&gt;</w:t>
        <w:br/>
        <w:t>Пальцями, ввитими в хмарінь,&lt;br /&gt;</w:t>
        <w:br/>
        <w:t>Благословля.</w:t>
      </w:r>
    </w:p>
    <w:p>
      <w:r>
        <w:br/>
        <w:t>Думу вудилища клонять&lt;br /&gt;</w:t>
        <w:br/>
        <w:t>На поплавки.&lt;br /&gt;</w:t>
        <w:br/>
        <w:t>Тихо...&lt;br /&gt;</w:t>
        <w:br/>
        <w:t>Лиш шелести ронять&lt;br /&gt;</w:t>
        <w:br/>
        <w:t>Рухи руки.</w:t>
      </w:r>
    </w:p>
    <w:p>
      <w:r>
        <w:br/>
        <w:t>Часом рибинка дурненька&lt;br /&gt;</w:t>
        <w:br/>
        <w:t>Вдарить на ґвалт...***&lt;br /&gt;</w:t>
        <w:br/>
        <w:t>Й знову тихенько...&lt;br /&gt;</w:t>
        <w:br/>
        <w:t>тихенько&lt;br /&gt;</w:t>
        <w:br/>
        <w:t>Хвилі на вал.</w:t>
      </w:r>
    </w:p>
    <w:p>
      <w:r>
        <w:br/>
        <w:t>Втомлений шумами міста,&lt;br /&gt;</w:t>
        <w:br/>
        <w:t>Зойком сирен&lt;br /&gt;</w:t>
        <w:br/>
        <w:t>Любий цей, в синім намисті,&lt;br /&gt;</w:t>
        <w:br/>
        <w:t>Росяний день.</w:t>
      </w:r>
    </w:p>
    <w:p>
      <w:r>
        <w:br/>
        <w:t>Любо так пити устами&lt;br /&gt;</w:t>
        <w:br/>
        <w:t>Липневий сок,&lt;br /&gt;</w:t>
        <w:br/>
        <w:t>Радісно стежить очами&lt;br /&gt;</w:t>
        <w:br/>
        <w:t>На поплавок.</w:t>
      </w:r>
    </w:p>
    <w:p>
      <w:r>
        <w:br/>
        <w:t>Шепче й киває осока&lt;br /&gt;</w:t>
        <w:br/>
        <w:t>До ситнягів:&lt;br /&gt;</w:t>
        <w:br/>
        <w:t>...Прийдуть одні в синій спокій,&lt;br /&gt;</w:t>
        <w:br/>
        <w:t>...А там і другі.&lt;br /&gt;</w:t>
        <w:br/>
        <w:t>Далі!&lt;br /&gt;</w:t>
        <w:br/>
        <w:t>Іду звідціля я&lt;br /&gt;</w:t>
        <w:br/>
        <w:t>Далі, до лук.&lt;br /&gt;</w:t>
        <w:br/>
        <w:t>Радісно в серце ціляє&lt;br /&gt;</w:t>
        <w:br/>
        <w:t>Соняшний лук.</w:t>
      </w:r>
    </w:p>
    <w:p>
      <w:r>
        <w:br/>
        <w:t>Знову вудлища клонять&lt;br /&gt;</w:t>
        <w:br/>
        <w:t>На поплавки,&lt;br /&gt;</w:t>
        <w:br/>
        <w:t>Вдумливо шелести ронять&lt;br /&gt;</w:t>
        <w:br/>
        <w:t>Рухи руки.</w:t>
      </w:r>
    </w:p>
    <w:p>
      <w:r>
        <w:br/>
        <w:t>Падає крячка на води&lt;br /&gt;</w:t>
        <w:br/>
        <w:t>В ранішню Рось,&lt;br /&gt;</w:t>
        <w:br/>
        <w:t>Б'ється об соняшну вроду..&lt;br /&gt;</w:t>
        <w:br/>
        <w:t>Кличе когось.</w:t>
      </w:r>
    </w:p>
    <w:p>
      <w:r>
        <w:br/>
        <w:t>РИБАЛКИ</w:t>
      </w:r>
    </w:p>
    <w:p>
      <w:r>
        <w:br/>
        <w:t>Сонце схилилось над кряжем –&lt;br /&gt;</w:t>
        <w:br/>
        <w:t>Дивиться в сивий туман.&lt;br /&gt;</w:t>
        <w:br/>
        <w:t>"Нумо, Івасю, наляжем!"&lt;br /&gt;</w:t>
        <w:br/>
        <w:t>"Нумо, Іван..."</w:t>
      </w:r>
    </w:p>
    <w:p>
      <w:r>
        <w:br/>
        <w:t>Човен. Як сковзалка, води.&lt;br /&gt;</w:t>
        <w:br/>
        <w:t>Весла — блискучі мечі.&lt;br /&gt;</w:t>
        <w:br/>
        <w:t>Шепіт осоками бродить,&lt;br /&gt;</w:t>
        <w:br/>
        <w:t>В далях хтось пісню виводить,&lt;br /&gt;</w:t>
        <w:br/>
        <w:t>Та перепілка кричить.</w:t>
      </w:r>
    </w:p>
    <w:p>
      <w:r>
        <w:br/>
        <w:t>Там, за тією сагою,&lt;br /&gt;</w:t>
        <w:br/>
        <w:t>Там, де рокити старі,—&lt;br /&gt;</w:t>
        <w:br/>
        <w:t>Сивий дідусь над кугою&lt;br /&gt;</w:t>
        <w:br/>
        <w:t>Зніме з тичок ятері —</w:t>
      </w:r>
    </w:p>
    <w:p>
      <w:r>
        <w:br/>
        <w:t>На ніч тихенько розставить...&lt;br /&gt;</w:t>
        <w:br/>
        <w:t>Скриє тички в куширі...&lt;br /&gt;</w:t>
        <w:br/>
        <w:t>І перехрестить осоки,&lt;br /&gt;</w:t>
        <w:br/>
        <w:t>Щоб берегли до зорі.</w:t>
      </w:r>
    </w:p>
    <w:p>
      <w:r>
        <w:br/>
        <w:t>Місяць і зорі високі,&lt;br /&gt;</w:t>
        <w:br/>
        <w:t>Небо і води глибокі,&lt;br /&gt;</w:t>
        <w:br/>
        <w:t>Зорі внизу і вгорі,—&lt;br /&gt;</w:t>
        <w:br/>
        <w:t>Щоб берегли до зорі...</w:t>
      </w:r>
    </w:p>
    <w:p>
      <w:r>
        <w:br/>
        <w:t>Сонце сховалось за кряжем,&lt;br /&gt;</w:t>
        <w:br/>
        <w:t>Кануло в сивий туман.&lt;br /&gt;</w:t>
        <w:br/>
        <w:t>"Нумо, Івасю, наляжем!"&lt;br /&gt;</w:t>
        <w:br/>
        <w:t>Сонце сховалось за кряжем.&lt;br /&gt;</w:t>
        <w:br/>
        <w:t>"Нумо, Іван..."</w:t>
      </w:r>
    </w:p>
    <w:p>
      <w:r>
        <w:br/>
        <w:t>1925</w:t>
      </w:r>
    </w:p>
    <w:p>
      <w:r>
        <w:br/>
        <w:t>ТОВАРИШАМ</w:t>
      </w:r>
    </w:p>
    <w:p>
      <w:r>
        <w:br/>
        <w:t>В намулі днів,&lt;br /&gt;</w:t>
        <w:br/>
        <w:t>О, скільки вас завмерло,—&lt;br /&gt;</w:t>
        <w:br/>
        <w:t>Погас вогонь, на попіл перетлів...&lt;br /&gt;</w:t>
        <w:br/>
        <w:t>Багато кинули знесилено знамена,&lt;br /&gt;</w:t>
        <w:br/>
        <w:t>Спалили кораблі.&lt;br /&gt;</w:t>
        <w:br/>
        <w:t>Та то дарма!&lt;br /&gt;</w:t>
        <w:br/>
        <w:t>Ну що ж...&lt;br /&gt;</w:t>
        <w:br/>
        <w:t>(Нехай і шкода).&lt;br /&gt;</w:t>
        <w:br/>
        <w:t>Де ж зичить нам довічного вогню?&lt;br /&gt;</w:t>
        <w:br/>
        <w:t>Глянь! —&lt;br /&gt;</w:t>
        <w:br/>
        <w:t>То йдуть весняним льодоходом</w:t>
      </w:r>
    </w:p>
    <w:p>
      <w:r>
        <w:br/>
        <w:t>Нові&lt;br /&gt;</w:t>
        <w:br/>
        <w:t>На ню,—&lt;br /&gt;</w:t>
        <w:br/>
        <w:t>На працю ту,&lt;br /&gt;</w:t>
        <w:br/>
        <w:t>Марудну і буденну.&lt;br /&gt;</w:t>
        <w:br/>
        <w:t>Із гною зводити новітній Вавилон..&lt;br /&gt;</w:t>
        <w:br/>
        <w:t>Осанна вам, знесиленим,—&lt;br /&gt;</w:t>
        <w:br/>
        <w:t>Арену&lt;br /&gt;</w:t>
        <w:br/>
        <w:t>Цю ви угноїли...&lt;br /&gt;</w:t>
        <w:br/>
        <w:t>Я бачу ваші ймення,&lt;br /&gt;</w:t>
        <w:br/>
        <w:t>Як вчую темп&lt;br /&gt;</w:t>
        <w:br/>
        <w:t>Мозолистих колон.</w:t>
      </w:r>
    </w:p>
    <w:p>
      <w:r>
        <w:br/>
        <w:t>Припало вам&lt;br /&gt;</w:t>
        <w:br/>
        <w:t>Кипіти у вулкані.&lt;br /&gt;</w:t>
        <w:br/>
        <w:t>Щасливий,&lt;br /&gt;</w:t>
        <w:br/>
        <w:t>Хто м'ятежив і кипів...&lt;br /&gt;</w:t>
        <w:br/>
        <w:t>Сьогоднішнє:&lt;br /&gt;</w:t>
        <w:br/>
        <w:t>Скріпляти дрібен камінь&lt;br /&gt;</w:t>
        <w:br/>
        <w:t>Трудних таких,&lt;br /&gt;</w:t>
        <w:br/>
        <w:t>Политих потом днів.</w:t>
      </w:r>
    </w:p>
    <w:p>
      <w:r>
        <w:br/>
        <w:t>Осанна ж їм,&lt;br /&gt;</w:t>
        <w:br/>
        <w:t>Трудівникам невпинним.&lt;br /&gt;</w:t>
        <w:br/>
        <w:t>Що йдуть з упертістю дрібної комашні&lt;br /&gt;</w:t>
        <w:br/>
        <w:t>Робить основу небувалого донині...&lt;br /&gt;</w:t>
        <w:br/>
        <w:t>Перекують хай на перо новій дитині&lt;br /&gt;</w:t>
        <w:br/>
        <w:t>Ваш меч,&lt;br /&gt;</w:t>
        <w:br/>
        <w:t>Гартований&lt;br /&gt;</w:t>
        <w:br/>
        <w:t>В кривавому вогні.</w:t>
      </w:r>
    </w:p>
    <w:p>
      <w:r>
        <w:br/>
        <w:t>ВУЛИЦЯ</w:t>
      </w:r>
    </w:p>
    <w:p>
      <w:r>
        <w:br/>
        <w:t>Під рев сирен,&lt;br /&gt;</w:t>
        <w:br/>
        <w:t>Під завивання лун&lt;br /&gt;</w:t>
        <w:br/>
        <w:t>Біжать, січуться, мечуться в ударах&lt;br /&gt;</w:t>
        <w:br/>
        <w:t>Огні...&lt;br /&gt;</w:t>
        <w:br/>
        <w:t>Огні...&lt;br /&gt;</w:t>
        <w:br/>
        <w:t>Туди, де втопла шхуна&lt;br /&gt;</w:t>
        <w:br/>
        <w:t>В крові на грані,— там умирають луни.&lt;br /&gt;</w:t>
        <w:br/>
        <w:t>Там лопаються очі,&lt;br /&gt;</w:t>
        <w:br/>
        <w:t>Падають&lt;br /&gt;</w:t>
        <w:br/>
        <w:t>І марять.</w:t>
      </w:r>
    </w:p>
    <w:p>
      <w:r>
        <w:br/>
        <w:t>Огні...&lt;br /&gt;</w:t>
        <w:br/>
        <w:t>На брук&lt;br /&gt;</w:t>
        <w:br/>
        <w:t>У зорянім вінку&lt;br /&gt;</w:t>
        <w:br/>
        <w:t>Роздіта ніч упала на коліна,—&lt;br /&gt;</w:t>
        <w:br/>
        <w:t>Чоло молоньї колять і січуть...&lt;br /&gt;</w:t>
        <w:br/>
        <w:t>Скригоче сталь,&lt;br /&gt;</w:t>
        <w:br/>
        <w:t>Рида&lt;br /&gt;</w:t>
        <w:br/>
        <w:t>Тупим плачем невпинно.&lt;br /&gt;</w:t>
        <w:br/>
        <w:t>Вагони-арлекіни&lt;br /&gt;</w:t>
        <w:br/>
        <w:t>Регочуться,&lt;br /&gt;</w:t>
        <w:br/>
        <w:t>Тікають рейки вдаль.</w:t>
      </w:r>
    </w:p>
    <w:p>
      <w:r>
        <w:br/>
        <w:t>Біжать повз кам'яниць німих&lt;br /&gt;</w:t>
        <w:br/>
        <w:t>Туди...&lt;br /&gt;</w:t>
        <w:br/>
        <w:t>Давно хтось зрадив їх:&lt;br /&gt;</w:t>
        <w:br/>
        <w:t>Конвоєм строгим, тиснуть блискавиці&lt;br /&gt;</w:t>
        <w:br/>
        <w:t>На замкнену,&lt;br /&gt;</w:t>
        <w:br/>
        <w:t>На скручену спіраль...&lt;br /&gt;</w:t>
        <w:br/>
        <w:t>Біжать&lt;br /&gt;</w:t>
        <w:br/>
        <w:t>В якусь незнану магістраль&lt;br /&gt;</w:t>
        <w:br/>
        <w:t>І крутяться...&lt;br /&gt;</w:t>
        <w:br/>
        <w:t>І крутяться на місці.</w:t>
      </w:r>
    </w:p>
    <w:p>
      <w:r>
        <w:br/>
        <w:t>БРАТОВІ</w:t>
      </w:r>
    </w:p>
    <w:p>
      <w:r>
        <w:br/>
        <w:t>Проходять дні...&lt;br /&gt;</w:t>
        <w:br/>
        <w:t>Згадав я:&lt;br /&gt;</w:t>
        <w:br/>
        <w:t>пах любистку...&lt;br /&gt;</w:t>
        <w:br/>
        <w:t>Базарять горобці в хворості під тинами...&lt;br /&gt;</w:t>
        <w:br/>
        <w:t>Дихнули млосно чебрецем піски злотисті,&lt;br /&gt;</w:t>
        <w:br/>
        <w:t>Зашептані і заколисані борами...</w:t>
      </w:r>
    </w:p>
    <w:p>
      <w:r>
        <w:br/>
        <w:t>Метелики на калюжках і жовтороті гороб'ята,&lt;br /&gt;</w:t>
        <w:br/>
        <w:t>А за левадами, в багні — манюні воюни...&lt;br /&gt;</w:t>
        <w:br/>
        <w:t>І ми, як воюни — з піску будуєм хату,&lt;br /&gt;</w:t>
        <w:br/>
        <w:t>В ганчірника вудки міняєм за штани.</w:t>
      </w:r>
    </w:p>
    <w:p>
      <w:r>
        <w:br/>
        <w:t>Дивилось сонечко, моргало і сміялось:&lt;br /&gt;</w:t>
        <w:br/>
        <w:t>"Заждіть, ось матінка з поденної прийде..."</w:t>
      </w:r>
    </w:p>
    <w:p>
      <w:r>
        <w:br/>
        <w:t>А ми безштаньками по берегу ганялись,—&lt;br /&gt;</w:t>
        <w:br/>
        <w:t>Рогіз, лопуцьки їли цілий день.</w:t>
      </w:r>
    </w:p>
    <w:p>
      <w:r>
        <w:br/>
        <w:t>Співали "Молочай" (а молочай колючий),—&lt;br /&gt;</w:t>
        <w:br/>
        <w:t>Там про китайську душу й ще про щось,&lt;br /&gt;</w:t>
        <w:br/>
        <w:t>Не знать мені, про що, лише такий співучий&lt;br /&gt;</w:t>
        <w:br/>
        <w:t>Не стрінеться мотив, і стріть не довелось.</w:t>
      </w:r>
    </w:p>
    <w:p>
      <w:r>
        <w:br/>
        <w:t>Татусь приходив пізно у суботу&lt;br /&gt;</w:t>
        <w:br/>
        <w:t>У цеглі весь... Аршин і ватерпас... *&lt;br /&gt;</w:t>
        <w:br/>
        <w:t>Заморений з надмірного клопоту,&lt;br /&gt;</w:t>
        <w:br/>
        <w:t>Приносив суслики і сухарі для нас.</w:t>
      </w:r>
    </w:p>
    <w:p>
      <w:r>
        <w:br/>
        <w:t>І весело було...&lt;br /&gt;</w:t>
        <w:br/>
        <w:t>У даль шляхи манили...&lt;br /&gt;</w:t>
        <w:br/>
        <w:t>Плели корони ми на Йвана з ситнягу...&lt;br /&gt;</w:t>
        <w:br/>
        <w:t>І вірили у щось...&lt;br /&gt;</w:t>
        <w:br/>
        <w:t>І вірити хотіли,—&lt;br /&gt;</w:t>
        <w:br/>
        <w:t>В веселий сміх... у райдугу-дугу...</w:t>
      </w:r>
    </w:p>
    <w:p>
      <w:r>
        <w:br/>
        <w:t>А потім —&lt;br /&gt;</w:t>
        <w:br/>
        <w:t>хмарні дні...&lt;br /&gt;</w:t>
        <w:br/>
        <w:t>А потім батько п'яні...&lt;br /&gt;</w:t>
        <w:br/>
        <w:t>(Терпіння проточив слизький хробак)&lt;br /&gt;</w:t>
        <w:br/>
        <w:t>І мати вічно бита...&lt;br /&gt;</w:t>
        <w:br/>
        <w:t>Все, як у тумані.&lt;br /&gt;</w:t>
        <w:br/>
        <w:t>Поденна...&lt;br /&gt;</w:t>
        <w:br/>
        <w:t>Сльози...&lt;br /&gt;</w:t>
        <w:br/>
        <w:t>Вкинулась злоба.&lt;br /&gt;</w:t>
        <w:br/>
        <w:t>В брехні зросли, а няньчила ненависть...&lt;br /&gt;</w:t>
        <w:br/>
        <w:t>(Ходу з жадобою присосує земля...)&lt;br /&gt;</w:t>
        <w:br/>
        <w:t>І сині обрії онучами зап'ялись:&lt;br /&gt;</w:t>
        <w:br/>
        <w:t>Позад — імла...&lt;br /&gt;</w:t>
        <w:br/>
        <w:t>і спереду імла.&lt;br /&gt;</w:t>
        <w:br/>
        <w:t>А там —&lt;br /&gt;</w:t>
        <w:br/>
        <w:t>вогні... бої...&lt;br /&gt;</w:t>
        <w:br/>
        <w:t>І рух швидкий невпинний,—</w:t>
      </w:r>
    </w:p>
    <w:p>
      <w:r>
        <w:br/>
        <w:t>Щоб все вмістить, одразу світ обнять.&lt;br /&gt;</w:t>
        <w:br/>
        <w:t>Та скорий рух прискорює горіння —&lt;br /&gt;</w:t>
        <w:br/>
        <w:t>вітри і дим... і попіл...&lt;br /&gt;</w:t>
        <w:br/>
        <w:t>Догорів?&lt;br /&gt;</w:t>
        <w:br/>
        <w:t>Благословлю&lt;br /&gt;</w:t>
        <w:br/>
        <w:t>ключі&lt;br /&gt;</w:t>
        <w:br/>
        <w:t>вертать.</w:t>
      </w:r>
    </w:p>
    <w:p>
      <w:r>
        <w:br/>
        <w:t>"ГАЗАВАТ"</w:t>
      </w:r>
    </w:p>
    <w:p>
      <w:r>
        <w:br/>
        <w:t>То ліра війни і печалі...&lt;br /&gt;</w:t>
        <w:br/>
        <w:t>Болить моє серце від болю.&lt;br /&gt;</w:t>
        <w:br/>
        <w:t>М. Булатович</w:t>
      </w:r>
    </w:p>
    <w:p>
      <w:r>
        <w:br/>
        <w:t>О, краю мій! О, мій народе сірий!&lt;br /&gt;</w:t>
        <w:br/>
        <w:t>У перший раз (за скілько це віків?)&lt;br /&gt;</w:t>
        <w:br/>
        <w:t>Підвів ти голову, затуркану без міри...&lt;br /&gt;</w:t>
        <w:br/>
        <w:t>І знов хотять зіпхнуть тебе у прірву.&lt;br /&gt;</w:t>
        <w:br/>
        <w:t>У прірву рабства, в царство батогів.</w:t>
      </w:r>
    </w:p>
    <w:p>
      <w:r>
        <w:br/>
        <w:t>Недолюдки! Раби крові і злота!&lt;br /&gt;</w:t>
        <w:br/>
        <w:t>Кретини від культури!&lt;br /&gt;</w:t>
        <w:br/>
        <w:t>Як давно&lt;br /&gt;</w:t>
        <w:br/>
        <w:t>У корчах б'ється світ — на зверхній позолоті&lt;br /&gt;</w:t>
        <w:br/>
        <w:t>"їсть очі" вічних війн і заколотів,&lt;br /&gt;</w:t>
        <w:br/>
        <w:t>Незмитого позорища плесно.&lt;br /&gt;</w:t>
        <w:br/>
        <w:t>Переділили світ на шмаття між собою&lt;br /&gt;</w:t>
        <w:br/>
        <w:t>І гризетеся, як собаки за маслак.&lt;br /&gt;</w:t>
        <w:br/>
        <w:t>"Святиня..." —&lt;br /&gt;</w:t>
        <w:br/>
        <w:t>І святих гуртуєте юрбою,&lt;br /&gt;</w:t>
        <w:br/>
        <w:t>А раб&lt;br /&gt;</w:t>
        <w:br/>
        <w:t>Мовчить, обдурений, та йде за них до бою,&lt;br /&gt;</w:t>
        <w:br/>
        <w:t>Лише&lt;br /&gt;</w:t>
        <w:br/>
        <w:t>стиска кулак.</w:t>
      </w:r>
    </w:p>
    <w:p>
      <w:r>
        <w:br/>
        <w:t>Аллах, Христос, десь Будда і Єгова...&lt;br /&gt;</w:t>
        <w:br/>
        <w:t>Силенна рать пророків і богів&lt;br /&gt;</w:t>
        <w:br/>
        <w:t>І всі — святі, і всі жадають к р о в і,&lt;br /&gt;</w:t>
        <w:br/>
        <w:t>Зовуть під прапором великої любові:&lt;br /&gt;</w:t>
        <w:br/>
        <w:t>"На газават!..&lt;br /&gt;</w:t>
        <w:br/>
        <w:t>На газават!.."&lt;br /&gt;</w:t>
        <w:br/>
        <w:t>(за ваші упруги*).</w:t>
      </w:r>
    </w:p>
    <w:p>
      <w:r>
        <w:br/>
        <w:t>Великий газават (облудливий і п'яний)&lt;br /&gt;</w:t>
        <w:br/>
        <w:t>За віру!, рідний край... за націю... царя...&lt;br /&gt;</w:t>
        <w:br/>
        <w:t>Укоськали раба Євангеллям, Кораном,&lt;br /&gt;</w:t>
        <w:br/>
        <w:t>Днедавніх римлян нові могикани,&lt;br /&gt;</w:t>
        <w:br/>
        <w:t>І ріже брата брат...&lt;br /&gt;</w:t>
        <w:br/>
        <w:t>І десь горять&lt;br /&gt;</w:t>
        <w:br/>
        <w:t>І плачуть діти в полум'ї пожарищ,&lt;br /&gt;</w:t>
        <w:br/>
        <w:t>Збирають злидні в камені руїн.&lt;br /&gt;</w:t>
        <w:br/>
        <w:t>І падає (не вам) "гуманна" кара&lt;br /&gt;</w:t>
        <w:br/>
        <w:t>На голову (все тих) рабів "чужих" країн.</w:t>
      </w:r>
    </w:p>
    <w:p>
      <w:r>
        <w:br/>
        <w:t>Під стягом божества, з корогвами законів&lt;br /&gt;</w:t>
        <w:br/>
        <w:t>(О, скільки на землі натикано хрестів!..)&lt;br /&gt;</w:t>
        <w:br/>
        <w:t>Дітей і тихі ниви — топчуть коні,&lt;br /&gt;</w:t>
        <w:br/>
        <w:t>А про любов, про страдницькі долоні&lt;br /&gt;</w:t>
        <w:br/>
        <w:t>Одні слова, одні слова пусті.</w:t>
      </w:r>
    </w:p>
    <w:p>
      <w:r>
        <w:br/>
        <w:t>Безсоромно звели брехню в святиню,&lt;br /&gt;</w:t>
        <w:br/>
        <w:t>Безжалісно обкрали простяка...&lt;br /&gt;</w:t>
        <w:br/>
        <w:t>Ще може хтось спокійно бачить нині,&lt;br /&gt;</w:t>
        <w:br/>
        <w:t>Як продає й XX вік гординю&lt;br /&gt;</w:t>
        <w:br/>
        <w:t>За срібного старого п'ятака?</w:t>
      </w:r>
    </w:p>
    <w:p>
      <w:r>
        <w:br/>
        <w:t>Переділили світ і ділите щоденно.&lt;br /&gt;</w:t>
        <w:br/>
        <w:t>Пішов на послух розум до гармат.&lt;br /&gt;</w:t>
        <w:br/>
        <w:t>Святиня? — то долар.&lt;br /&gt;</w:t>
        <w:br/>
        <w:t>Любов? — грабіж шалений.&lt;br /&gt;</w:t>
        <w:br/>
        <w:t>І точиться на золоті знамена&lt;br /&gt;</w:t>
        <w:br/>
        <w:t>За цього "б о г а" дикий газават.</w:t>
      </w:r>
    </w:p>
    <w:p>
      <w:r>
        <w:br/>
        <w:t>І скільки вас?! У чому сила ваша?&lt;br /&gt;</w:t>
        <w:br/>
        <w:t>В чаду брехні, в отруті лицемір.&lt;br /&gt;</w:t>
        <w:br/>
        <w:t>На пальцях злічені фінансові апаші*,&lt;br /&gt;</w:t>
        <w:br/>
        <w:t>(Позорище!)&lt;br /&gt;</w:t>
        <w:br/>
        <w:t>На мілійони нас, на душу нашу&lt;br /&gt;</w:t>
        <w:br/>
        <w:t>Роззявив пащу той неситий звір.</w:t>
      </w:r>
    </w:p>
    <w:p>
      <w:r>
        <w:br/>
        <w:t>О нечисть, кинута на голову народів,&lt;br /&gt;</w:t>
        <w:br/>
        <w:t>На голову затурканим рабам,—&lt;br /&gt;</w:t>
        <w:br/>
        <w:t>Культура!!!&lt;br /&gt;</w:t>
        <w:br/>
        <w:t>О, чи скоро скаже — годі!&lt;br /&gt;</w:t>
        <w:br/>
        <w:t>Й розвалить раб пародію з пародій&lt;br /&gt;</w:t>
        <w:br/>
        <w:t>І прапор ваш на шмаття поруба?</w:t>
      </w:r>
    </w:p>
    <w:p>
      <w:r>
        <w:br/>
        <w:t>Та все мина, всьому бувають грані...&lt;br /&gt;</w:t>
        <w:br/>
        <w:t>Владарі царств осліпли? Що ж, пора:&lt;br /&gt;</w:t>
        <w:br/>
        <w:t>Родився світ нового передрання,&lt;br /&gt;</w:t>
        <w:br/>
        <w:t>В крові потопла Біблія остання,&lt;br /&gt;</w:t>
        <w:br/>
        <w:t>В сльозах сиріт потоп старий Коран.</w:t>
      </w:r>
    </w:p>
    <w:p>
      <w:r>
        <w:br/>
        <w:t>І не один, не частка,— мілійони&lt;br /&gt;</w:t>
        <w:br/>
        <w:t>Зведуть в м'ятеж мозолі чорних рук:&lt;br /&gt;</w:t>
        <w:br/>
        <w:t>Впадуть у прах фортеці і Сорбонни,—&lt;br /&gt;</w:t>
        <w:br/>
        <w:t>Облудливі корогви і ікони&lt;br /&gt;</w:t>
        <w:br/>
        <w:t>Розіб'ються, розщепляться об брук.</w:t>
      </w:r>
    </w:p>
    <w:p>
      <w:r>
        <w:br/>
        <w:t>То "судний час", коли раби повстануть:&lt;br /&gt;</w:t>
        <w:br/>
        <w:t>Заллє планету гнівом сірий хлоп...&lt;br /&gt;</w:t>
        <w:br/>
        <w:t>О, буде, незаписаний ні в одному Корані,&lt;br /&gt;</w:t>
        <w:br/>
        <w:t>Єдиний і останній&lt;br /&gt;</w:t>
        <w:br/>
        <w:t>Воістину для вас страшний "потоп".</w:t>
      </w:r>
    </w:p>
    <w:p>
      <w:r>
        <w:br/>
        <w:t>І у цьому м'ятежному потопі&lt;br /&gt;</w:t>
        <w:br/>
        <w:t>Не винесе ковчег вас ні на який Арарат.—&lt;br /&gt;</w:t>
        <w:br/>
        <w:t>То буде вам, недолюдки, циклопи,&lt;br /&gt;</w:t>
        <w:br/>
        <w:t>Від сірого, від збудженого хлопа&lt;br /&gt;</w:t>
        <w:br/>
        <w:t>Останній&lt;br /&gt;</w:t>
        <w:br/>
        <w:t>неповторний "газават".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меж заказаних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