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копійки копієчка</w:t>
      </w:r>
    </w:p>
    <w:p>
      <w:r>
        <w:br/>
        <w:t xml:space="preserve"> &lt;p&gt;І</w:t>
      </w:r>
    </w:p>
    <w:p>
      <w:r>
        <w:br/>
        <w:t>Жив скупий чоловік: сто разів гівенце понюха, доки наважиться викинуть. Якось підрахував, скільки він на трамваї-тролейбуси тратить, та й ухопився за голову:</w:t>
      </w:r>
    </w:p>
    <w:p>
      <w:r>
        <w:br/>
        <w:t>— Це ж по дві гривні щоденно... Сімсот двадцять гривень в году!</w:t>
      </w:r>
    </w:p>
    <w:p>
      <w:r>
        <w:br/>
        <w:t>Прочитав одного разу про чоловіка мудрого, якого теж контролери-кондуктори обдирали до нитки.</w:t>
      </w:r>
    </w:p>
    <w:p>
      <w:r>
        <w:br/>
        <w:t>Дак той чоловік що придумав: став замість дрібноти сотню возити!</w:t>
      </w:r>
    </w:p>
    <w:p>
      <w:r>
        <w:br/>
        <w:t>Кондуктор тик-мик, а розміняти не може.</w:t>
      </w:r>
    </w:p>
    <w:p>
      <w:r>
        <w:br/>
        <w:t>Задарма їздити став!</w:t>
      </w:r>
    </w:p>
    <w:p>
      <w:r>
        <w:br/>
        <w:t>Узяв і собі до кишені сотнягу.</w:t>
      </w:r>
    </w:p>
    <w:p>
      <w:r>
        <w:br/>
        <w:t>І справді: кондукторша лається, а розміняти не може.</w:t>
      </w:r>
    </w:p>
    <w:p>
      <w:r>
        <w:br/>
        <w:t>Живою легендою поміж працівниками трамваїв-тролейбусів став.</w:t>
      </w:r>
    </w:p>
    <w:p>
      <w:r>
        <w:br/>
        <w:t>Їздив отак, їздив, та й напав на таку ж, як сам, мудрагельку.</w:t>
      </w:r>
    </w:p>
    <w:p>
      <w:r>
        <w:br/>
        <w:t>Що вона, зараза, зробила: повну торбу копійок наміняла! Рівно десять тисяч, до копійки копієчка.</w:t>
      </w:r>
    </w:p>
    <w:p>
      <w:r>
        <w:br/>
        <w:t>І коли він їй простягнув свою сотню, вона йому торбу й відважила. Разом з квитком.</w:t>
      </w:r>
    </w:p>
    <w:p>
      <w:r>
        <w:br/>
        <w:t>II</w:t>
      </w:r>
    </w:p>
    <w:p>
      <w:r>
        <w:br/>
        <w:t>Сидить тепер, копійки ті рахує. Збивається щоразу із ліку, починає спочатку. А ви спробуйте десять тисяч копійок порахувати, не збитися. Спробуйте!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копійки копієчка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