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кобзи</w:t>
      </w:r>
    </w:p>
    <w:p>
      <w:r>
        <w:br/>
        <w:t xml:space="preserve"> &lt;blockquote&gt; Кругом тіснота і неволя,&lt;br /&gt;</w:t>
        <w:br/>
        <w:t>Народ закований мовчить...&lt;br /&gt;</w:t>
        <w:br/>
        <w:t>Шевченко&lt;/blockquote&gt;</w:t>
      </w:r>
    </w:p>
    <w:p>
      <w:r>
        <w:br/>
        <w:t>Кобзо, моя непорочна утіхо!&lt;br /&gt;</w:t>
        <w:br/>
        <w:t>Чом ти мовчиш? Задзвони мені стиха,&lt;br /&gt;</w:t>
        <w:br/>
        <w:t>Голосом правди святої дзвони,&lt;br /&gt;</w:t>
        <w:br/>
        <w:t>Нашу тісноту гірку спом'яни.</w:t>
      </w:r>
    </w:p>
    <w:p>
      <w:r>
        <w:br/>
        <w:t>Може, чиє ще не спідлене серце&lt;br /&gt;</w:t>
        <w:br/>
        <w:t>Важко заб'ється, до серця озветься,&lt;br /&gt;</w:t>
        <w:br/>
        <w:t>Як на бандурі струна до струни.</w:t>
      </w:r>
    </w:p>
    <w:p>
      <w:r>
        <w:br/>
        <w:t>Хто не здоліє озватись ділами,&lt;br /&gt;</w:t>
        <w:br/>
        <w:t>Хай обізветься німими сльозами;&lt;br /&gt;</w:t>
        <w:br/>
        <w:t>Ти ж своє слово дзвони-промовляй,&lt;br /&gt;</w:t>
        <w:br/>
        <w:t>Душам братерським заснуть не давай.</w:t>
      </w:r>
    </w:p>
    <w:p>
      <w:r>
        <w:br/>
        <w:t>Хай недовірки твої туманіють,&lt;br /&gt;</w:t>
        <w:br/>
        <w:t>Хай вороги твої з жалю німіють;&lt;br /&gt;</w:t>
        <w:br/>
        <w:t>Ти рідну сем'ю докупи ззивай.</w:t>
      </w:r>
    </w:p>
    <w:p>
      <w:r>
        <w:br/>
        <w:t>Гей, хто на сум благородний багатий,&lt;br /&gt;</w:t>
        <w:br/>
        <w:t>Сходьтеся мовчки до рідної хати,&lt;br /&gt;</w:t>
        <w:br/>
        <w:t>Та посідаймо по голих лавках,&lt;br /&gt;</w:t>
        <w:br/>
        <w:t>Та посумуймо по мертвих братах.</w:t>
      </w:r>
    </w:p>
    <w:p>
      <w:r>
        <w:br/>
        <w:t>Темно надворі, зоря не зоріє,&lt;br /&gt;</w:t>
        <w:br/>
        <w:t>Вітер холодний од півночі віє,&lt;br /&gt;</w:t>
        <w:br/>
        <w:t>Квилять вовки по степах-облогах.</w:t>
      </w:r>
    </w:p>
    <w:p>
      <w:r>
        <w:br/>
        <w:t>Кобзо! ти наша одрада єдина...&lt;br /&gt;</w:t>
        <w:br/>
        <w:t>Поки із мертвих воскресне Вкраїна,&lt;br /&gt;</w:t>
        <w:br/>
        <w:t>Поки дождеться живої весни,&lt;br /&gt;</w:t>
        <w:br/>
        <w:t>Ти нам про нашу тісноту дзвони.</w:t>
      </w:r>
    </w:p>
    <w:p>
      <w:r>
        <w:br/>
        <w:t>Стиха дзвони, нехай мучене серце&lt;br /&gt;</w:t>
        <w:br/>
        <w:t>Важко заб'ється, до серця озветься,&lt;br /&gt;</w:t>
        <w:br/>
        <w:t>Як на бандурі струна до струни.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кобзи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