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грецької урни</w:t>
      </w:r>
    </w:p>
    <w:p>
      <w:r>
        <w:br/>
        <w:t xml:space="preserve"> Іще незаймана коханко рясту,&lt;br /&gt;</w:t>
        <w:br/>
        <w:t>Пестунко тиші й забарних віків!&lt;br /&gt;</w:t>
        <w:br/>
        <w:t>Ніхто з поетів казочку квітчасту&lt;br /&gt;</w:t>
        <w:br/>
        <w:t>Розповісти так любо не зумів.&lt;br /&gt;</w:t>
        <w:br/>
        <w:t>Що за легенда на тобі натхненна?&lt;br /&gt;</w:t>
        <w:br/>
        <w:t>Про кого? Про людей чи про богів?&lt;br /&gt;</w:t>
        <w:br/>
        <w:t>На Темпі чи в Аркадії це зілля?&lt;br /&gt;</w:t>
        <w:br/>
        <w:t>Що то за купка неласкавих дів?&lt;br /&gt;</w:t>
        <w:br/>
        <w:t>Що за погоня, боротьба шалена,&lt;br /&gt;</w:t>
        <w:br/>
        <w:t>Сопілки й бубни? Що за божевілля?</w:t>
      </w:r>
    </w:p>
    <w:p>
      <w:r>
        <w:br/>
        <w:t>Чутн&amp;#225; веснянка люба, нечутна ж —&lt;br /&gt;</w:t>
        <w:br/>
        <w:t>Іще любіша. Грайте ж, як і досі!&lt;br /&gt;</w:t>
        <w:br/>
        <w:t>Не вухо, але дух чаруйте наш,&lt;br /&gt;</w:t>
        <w:br/>
        <w:t>Музики дорогі, хоч безголосі!&lt;br /&gt;</w:t>
        <w:br/>
        <w:t>Повік не стихне пісня юнака;&lt;br /&gt;</w:t>
        <w:br/>
        <w:t>Ніколи осінь не оголить гаю;&lt;br /&gt;</w:t>
        <w:br/>
        <w:t>Коханче сміливий, ніколи юнку&lt;br /&gt;</w:t>
        <w:br/>
        <w:t>Не поцілуєш ти, хоч так близька&lt;br /&gt;</w:t>
        <w:br/>
        <w:t>Твоя мета: дарма— й без поцілунку&lt;br /&gt;</w:t>
        <w:br/>
        <w:t>Тобі любить, а їй цвісти без краю!</w:t>
      </w:r>
    </w:p>
    <w:p>
      <w:r>
        <w:br/>
        <w:t>Щасливі квіти, ах, щасливі квіти!&lt;br /&gt;</w:t>
        <w:br/>
        <w:t>Весна ніколи не покине вас.&lt;br /&gt;</w:t>
        <w:br/>
        <w:t>Щасливий мелодист, не застаріти&lt;br /&gt;</w:t>
        <w:br/>
        <w:t>Його пісням, вони живі весь час!&lt;br /&gt;</w:t>
        <w:br/>
        <w:t>Щасливі любощі, весь час жадані,&lt;br /&gt;</w:t>
        <w:br/>
        <w:t>Весь час у сподіванні, у бігу,&lt;br /&gt;</w:t>
        <w:br/>
        <w:t>Весь час задихані у юнім герці!&lt;br /&gt;</w:t>
        <w:br/>
        <w:t>Ви нашим пристрастям людським незнані,&lt;br /&gt;</w:t>
        <w:br/>
        <w:t>Що залишають нехоті смагу,&lt;br /&gt;</w:t>
        <w:br/>
        <w:t>Вогонь у скронях і пустиню в серці.</w:t>
      </w:r>
    </w:p>
    <w:p>
      <w:r>
        <w:br/>
        <w:t>Що то за натовп на офіру йде?&lt;br /&gt;</w:t>
        <w:br/>
        <w:t>Куди то жрець телицю пишнобоку,&lt;br /&gt;</w:t>
        <w:br/>
        <w:t>Гірляндами заквітчану, веде,&lt;br /&gt;</w:t>
        <w:br/>
        <w:t>Що мукає у небо, крок по кроку?&lt;br /&gt;</w:t>
        <w:br/>
        <w:t>Яке містечко в березі морськім&lt;br /&gt;</w:t>
        <w:br/>
        <w:t>Чи в горах, де спокійно спить фортеця,&lt;br /&gt;</w:t>
        <w:br/>
        <w:t>Людської позбулося суєти?&lt;br /&gt;</w:t>
        <w:br/>
        <w:t>Містечку, вічно вулицям твоїм&lt;br /&gt;</w:t>
        <w:br/>
        <w:t>Пустіти — і ніхто в них не озветься,&lt;br /&gt;</w:t>
        <w:br/>
        <w:t>Не вернеться, щоб нам розповісти.</w:t>
      </w:r>
    </w:p>
    <w:p>
      <w:r>
        <w:br/>
        <w:t>Аттічний витворе! Стрункі постави&lt;br /&gt;</w:t>
        <w:br/>
        <w:t>Дів, хлопців з мармуру, ряса окрас,&lt;br /&gt;</w:t>
        <w:br/>
        <w:t>Густе гілля дерев, прим'яті трави!&lt;br /&gt;</w:t>
        <w:br/>
        <w:t>Безмовна формо! Ти чаруєш нас,&lt;br /&gt;</w:t>
        <w:br/>
        <w:t>Том&amp;#250;ш, як вічність. О холодна втіхо!&lt;br /&gt;</w:t>
        <w:br/>
        <w:t>Як зітне і мене час&amp;#253; коса,&lt;br /&gt;</w:t>
        <w:br/>
        <w:t>Ти муки інших будеш гамувати,&lt;br /&gt;</w:t>
        <w:br/>
        <w:t>Людині друг, якій ти кажеш тихо:&lt;br /&gt;</w:t>
        <w:br/>
        <w:t>Краса є правда, правда є краса —&lt;br /&gt;</w:t>
        <w:br/>
        <w:t>Це все, що знаєш ти й що треба знати.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грецької урни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