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дискусії про йогів</w:t>
      </w:r>
    </w:p>
    <w:p>
      <w:r>
        <w:br/>
        <w:t xml:space="preserve"> Вийшов з хати кирпатий йог&lt;br /&gt;</w:t>
        <w:br/>
        <w:t>напувати священну корову,&lt;br /&gt;</w:t>
        <w:br/>
        <w:t>годувати священного півня.</w:t>
      </w:r>
    </w:p>
    <w:p>
      <w:r>
        <w:br/>
        <w:t>Вийшла з хати йогиня та йогеня,&lt;br /&gt;</w:t>
        <w:br/>
        <w:t>спати хочеться, але ж треба&lt;br /&gt;</w:t>
        <w:br/>
        <w:t>напувати священну корову,&lt;br /&gt;</w:t>
        <w:br/>
        <w:t>годувати священного півня.</w:t>
      </w:r>
    </w:p>
    <w:p>
      <w:r>
        <w:br/>
        <w:t>Вийшли з хати кирпаті йоги,&lt;br /&gt;</w:t>
        <w:br/>
        <w:t>все як слід поробили, попорали,&lt;br /&gt;</w:t>
        <w:br/>
        <w:t>корова пішла до череди,&lt;br /&gt;</w:t>
        <w:br/>
        <w:t>півень — до свого мужського діла.</w:t>
      </w:r>
    </w:p>
    <w:p>
      <w:r>
        <w:br/>
        <w:t>Щоб ви, руки та ноги, здорові були,&lt;br /&gt;</w:t>
        <w:br/>
        <w:t>а ти, розуме, щоб не зрадив, —&lt;br /&gt;</w:t>
        <w:br/>
        <w:t>поставали кирпаті йоги&lt;br /&gt;</w:t>
        <w:br/>
        <w:t>в стойку "сокола" та "змії".&lt;br /&gt;</w:t>
        <w:br/>
        <w:t>(Більше "сокола", ніж "змії").</w:t>
      </w:r>
    </w:p>
    <w:p>
      <w:r>
        <w:br/>
        <w:t>І по черзі ясні кирпані&lt;br /&gt;</w:t>
        <w:br/>
        <w:t>на долоню поклавши душі&lt;br /&gt;</w:t>
        <w:br/>
        <w:t>(це їм просто, на те і йоги)&lt;br /&gt;</w:t>
        <w:br/>
        <w:t>і побачили: душі чисті!</w:t>
      </w:r>
    </w:p>
    <w:p>
      <w:r>
        <w:br/>
        <w:t>Нате вам, душі, кухлик води джерельної,&lt;br /&gt;</w:t>
        <w:br/>
        <w:t>теплого хліба, синьої зірки дрібку&lt;br /&gt;</w:t>
        <w:br/>
        <w:t>із сільнички ранкового неба,&lt;br /&gt;</w:t>
        <w:br/>
        <w:t>а за рештою —&lt;br /&gt;</w:t>
        <w:br/>
        <w:t>не бануйте.</w:t>
      </w:r>
    </w:p>
    <w:p>
      <w:r>
        <w:br/>
        <w:t>Бджола на дримбі заграла,&lt;br /&gt;</w:t>
        <w:br/>
        <w:t>на цимбалах— цвіркун,&lt;br /&gt;</w:t>
        <w:br/>
        <w:t>а довкола&lt;br /&gt;</w:t>
        <w:br/>
        <w:t>ходить сонечко — слон плямистий —&lt;br /&gt;</w:t>
        <w:br/>
        <w:t>в джунглях моркви і конопель.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дискусії про йогів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