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До Данила Млаки</w:t>
      </w:r>
    </w:p>
    <w:p>
      <w:r>
        <w:br/>
        <w:t xml:space="preserve"> І ті зорі так сіяють,&lt;br /&gt;</w:t>
        <w:br/>
        <w:t>Як давно сіяли,&lt;br /&gt;</w:t>
        <w:br/>
        <w:t>І ті гори голубіють,&lt;br /&gt;</w:t>
        <w:br/>
        <w:t>Як колись бувало;&lt;br /&gt;</w:t>
        <w:br/>
        <w:t>І ті люди не змінялись —&lt;br /&gt;</w:t>
        <w:br/>
        <w:t>Однакі і досі,&lt;br /&gt;</w:t>
        <w:br/>
        <w:t>Лиш я, батьку, не однакий...&lt;br /&gt;</w:t>
        <w:br/>
        <w:t>Боже добрий, боже!&lt;br /&gt;</w:t>
        <w:br/>
        <w:t>Лиш я оден не однакий,&lt;br /&gt;</w:t>
        <w:br/>
        <w:t>Чахну та марнію!..&lt;br /&gt;</w:t>
        <w:br/>
        <w:t>Літа свої в Італії&lt;br /&gt;</w:t>
        <w:br/>
        <w:t>На швару посіяв,&lt;br /&gt;</w:t>
        <w:br/>
        <w:t>Волю свою з торністрою&lt;br /&gt;</w:t>
        <w:br/>
        <w:t>Дав до магазину,&lt;br /&gt;</w:t>
        <w:br/>
        <w:t>А сам вернув в Буковину&lt;br /&gt;</w:t>
        <w:br/>
        <w:t>Тесать домовину.&lt;br /&gt;</w:t>
        <w:br/>
        <w:t>От що, батьку, і осталось&lt;br /&gt;</w:t>
        <w:br/>
        <w:t>Мені на сім світі!&lt;br /&gt;</w:t>
        <w:br/>
        <w:t>А я гадав в своїм хаті&lt;br /&gt;</w:t>
        <w:br/>
        <w:t>Ще помолодіти!&lt;br /&gt;</w:t>
        <w:br/>
        <w:t>Не довелось, не судилось...&lt;br /&gt;</w:t>
        <w:br/>
        <w:t>Що ж робити мушу?&lt;br /&gt;</w:t>
        <w:br/>
        <w:t>Треба оддать бідну душу,&lt;br /&gt;</w:t>
        <w:br/>
        <w:t>Позичану душу,&lt;br /&gt;</w:t>
        <w:br/>
        <w:t>А самому пошукати&lt;br /&gt;</w:t>
        <w:br/>
        <w:t>Під землею долі.&lt;br /&gt;</w:t>
        <w:br/>
        <w:t>Да це, мабіть, так і ліпше,&lt;br /&gt;</w:t>
        <w:br/>
        <w:t>Хоть і серце болить.&lt;br /&gt;</w:t>
        <w:br/>
        <w:t>Да ні про світ, ні про люди,&lt;br /&gt;</w:t>
        <w:br/>
        <w:t>Ні свою оселю,&lt;br /&gt;</w:t>
        <w:br/>
        <w:t>А про мою Буковину,&lt;br /&gt;</w:t>
        <w:br/>
        <w:t>Щасливу, веселу,&lt;br /&gt;</w:t>
        <w:br/>
        <w:t>Що гадав їй звеличати,&lt;br /&gt;</w:t>
        <w:br/>
        <w:t>Славою опіти&lt;br /&gt;</w:t>
        <w:br/>
        <w:t>І до людей пригорнути&lt;br /&gt;</w:t>
        <w:br/>
        <w:t>Добрі єї діти.&lt;br /&gt;</w:t>
        <w:br/>
        <w:t>Не довелось, батьку, орле, —&lt;br /&gt;</w:t>
        <w:br/>
        <w:t>Не моя це доля;&lt;br /&gt;</w:t>
        <w:br/>
        <w:t>Не я єї вінець вшию, —&lt;br /&gt;</w:t>
        <w:br/>
        <w:t>Така божа воля!&lt;br /&gt;</w:t>
        <w:br/>
        <w:t>А ти, батьку, його вшиєш. —&lt;br /&gt;</w:t>
        <w:br/>
        <w:t>Серденько віщує.&lt;br /&gt;</w:t>
        <w:br/>
        <w:t>Нові часи, нову силу&lt;br /&gt;</w:t>
        <w:br/>
        <w:t>Душа моя чує,&lt;br /&gt;</w:t>
        <w:br/>
        <w:t>Як згадаю, що лишаю,&lt;br /&gt;</w:t>
        <w:br/>
        <w:t>Да не сиротою.&lt;br /&gt;</w:t>
        <w:br/>
        <w:t>Буковино, ненько моя,&lt;br /&gt;</w:t>
        <w:br/>
        <w:t>Раю мій, покою!&lt;br /&gt;</w:t>
        <w:br/>
        <w:t>Не сиротов останеш ти&lt;br /&gt;</w:t>
        <w:br/>
        <w:t>В широкому світі,&lt;br /&gt;</w:t>
        <w:br/>
        <w:t>Бо є в тебе гарні сини,&lt;br /&gt;</w:t>
        <w:br/>
        <w:t>Дужі, добрі діти,&lt;br /&gt;</w:t>
        <w:br/>
        <w:t>Що гарного ся постарають&lt;br /&gt;</w:t>
        <w:br/>
        <w:t>Про гарну ти долю,&lt;br /&gt;</w:t>
        <w:br/>
        <w:t>І люди ся не насміють&lt;br /&gt;</w:t>
        <w:br/>
        <w:t>За господню волю.&lt;br /&gt;</w:t>
        <w:br/>
        <w:t>Не насміють, не осудять,&lt;br /&gt;</w:t>
        <w:br/>
        <w:t>Пальцем не покажуть. —&lt;br /&gt;</w:t>
        <w:br/>
        <w:t>Наша слава, права слава&lt;br /&gt;</w:t>
        <w:br/>
        <w:t>Вовік не поляже!</w:t>
      </w:r>
    </w:p>
    <w:p>
      <w:r>
        <w:br/>
        <w:t>От що, батьку, орле сизий,&lt;br /&gt;</w:t>
        <w:br/>
        <w:t>Думаю, гадаю,&lt;br /&gt;</w:t>
        <w:br/>
        <w:t>Да на тебе, як на бога,&lt;br /&gt;</w:t>
        <w:br/>
        <w:t>Пою, уповаю.&lt;br /&gt;</w:t>
        <w:br/>
        <w:t>Світи, батьку, світи світло,&lt;br /&gt;</w:t>
        <w:br/>
        <w:t>Бо я вже не вспію!&lt;br /&gt;</w:t>
        <w:br/>
        <w:t>Світи правду, світи віру,&lt;br /&gt;</w:t>
        <w:br/>
        <w:t>Любов і надію&lt;br /&gt;</w:t>
        <w:br/>
        <w:t>По тій нашій Буковині —&lt;br /&gt;</w:t>
        <w:br/>
        <w:t>Най люди побачать.&lt;br /&gt;</w:t>
        <w:br/>
        <w:t>Нам не треба німецьких див,&lt;br /&gt;</w:t>
        <w:br/>
        <w:t>Ні фумів козачих, —&lt;br /&gt;</w:t>
        <w:br/>
        <w:t>Світла, світла, батьку, треба! —&lt;br /&gt;</w:t>
        <w:br/>
        <w:t>От за що я гину.&lt;br /&gt;</w:t>
        <w:br/>
        <w:t>Засвіти го, розішли го&lt;br /&gt;</w:t>
        <w:br/>
        <w:t>По всій Буковині,&lt;br /&gt;</w:t>
        <w:br/>
        <w:t>Най, як сонце, запалає,&lt;br /&gt;</w:t>
        <w:br/>
        <w:t>Народ наш освітить!&lt;br /&gt;</w:t>
        <w:br/>
        <w:t>А я тебе благословлю,&lt;br /&gt;</w:t>
        <w:br/>
        <w:t>Батьку, з цего світа,&lt;br /&gt;</w:t>
        <w:br/>
        <w:t>І з того му благословить, —&lt;br /&gt;</w:t>
        <w:br/>
        <w:t>І вимолю сили&lt;br /&gt;</w:t>
        <w:br/>
        <w:t>Твоїй душі, чистій, добрій,&lt;br /&gt;</w:t>
        <w:br/>
        <w:t>Щоб краю добила&lt;br /&gt;</w:t>
        <w:br/>
        <w:t>І сповнила України&lt;br /&gt;</w:t>
        <w:br/>
        <w:t>Великі завіти!&lt;br /&gt;</w:t>
        <w:br/>
        <w:t>Амінь, амінь, душе моя,&lt;br /&gt;</w:t>
        <w:br/>
        <w:t>Вовіки і віки!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 Данила Млаки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