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"базару"</w:t>
      </w:r>
    </w:p>
    <w:p>
      <w:r>
        <w:br/>
        <w:t xml:space="preserve"> . . . . . . . . . . . . . . .&lt;br /&gt;</w:t>
        <w:br/>
        <w:t>Лютим, жорстоким дзвоном&lt;br /&gt;</w:t>
        <w:br/>
        <w:t>Видзвонює сталь.&lt;br /&gt;</w:t>
        <w:br/>
        <w:t>Скрикує льодом червоним,&lt;br /&gt;</w:t>
        <w:br/>
        <w:t>Холоне Звіздаль.&lt;br /&gt;</w:t>
        <w:br/>
        <w:t>Кулі до чол — як бджоли,&lt;br /&gt;</w:t>
        <w:br/>
        <w:t>Шабля руба.&lt;br /&gt;</w:t>
        <w:br/>
        <w:t>Солить сніги і солить&lt;br /&gt;</w:t>
        <w:br/>
        <w:t>Червона ропа.&lt;br /&gt;</w:t>
        <w:br/>
        <w:t>"Витривать, витривать, брате,&lt;br /&gt;</w:t>
        <w:br/>
        <w:t>У боротьбі!"&lt;br /&gt;</w:t>
        <w:br/>
        <w:t>Чотири гранати — для ката,&lt;br /&gt;</w:t>
        <w:br/>
        <w:t>А п’ята — собі.&lt;br /&gt;</w:t>
        <w:br/>
        <w:t>Лютим, жорстоким дзвоном&lt;br /&gt;</w:t>
        <w:br/>
        <w:t>Видзвонює сталь.&lt;br /&gt;</w:t>
        <w:br/>
        <w:t>Скрикує льодом червоним,&lt;br /&gt;</w:t>
        <w:br/>
        <w:t>Холоне Звіздаль.&lt;br /&gt;</w:t>
        <w:br/>
        <w:t>. . . . . . . . . . . . . . .</w:t>
      </w:r>
    </w:p>
    <w:p>
      <w:r>
        <w:br/>
        <w:t>— "Дивись, богомазна рать,&lt;br /&gt;</w:t>
        <w:br/>
        <w:t>Дивіться, праведні лиця!..&lt;br /&gt;</w:t>
        <w:br/>
        <w:t>Хто там ще може співать,&lt;br /&gt;</w:t>
        <w:br/>
        <w:t>Хто там сміє молиться?!"</w:t>
      </w:r>
    </w:p>
    <w:p>
      <w:r>
        <w:br/>
        <w:t>— "У Бога, у мать, у все!&lt;br /&gt;</w:t>
        <w:br/>
        <w:t>Яка там у чорта віра!"&lt;br /&gt;</w:t>
        <w:br/>
        <w:t>Як чорна гадюка, повзе&lt;br /&gt;</w:t>
        <w:br/>
        <w:t>Чорна зневіра.</w:t>
      </w:r>
    </w:p>
    <w:p>
      <w:r>
        <w:br/>
        <w:t>Додолу — вигуки відчаю,&lt;br /&gt;</w:t>
        <w:br/>
        <w:t>Камінням — у пустелю,&lt;br /&gt;</w:t>
        <w:br/>
        <w:t>А пісня стіни розвертає,&lt;br /&gt;</w:t>
        <w:br/>
        <w:t>А пісня ломить стелю.</w:t>
      </w:r>
    </w:p>
    <w:p>
      <w:r>
        <w:br/>
        <w:t>Прокльонів чорні каменюки&lt;br /&gt;</w:t>
        <w:br/>
        <w:t>Визбирує підлога,&lt;br /&gt;</w:t>
        <w:br/>
        <w:t>А співу батьківського згуки&lt;br /&gt;</w:t>
        <w:br/>
        <w:t>Полинули до Бога.</w:t>
      </w:r>
    </w:p>
    <w:p>
      <w:r>
        <w:br/>
        <w:t>Але не чує Божа Мати,—&lt;br /&gt;</w:t>
        <w:br/>
        <w:t>Їй, сповненій спокою,&lt;br /&gt;</w:t>
        <w:br/>
        <w:t>Лише дитину обіймати&lt;br /&gt;</w:t>
        <w:br/>
        <w:t>Пестливою рукою.</w:t>
      </w:r>
    </w:p>
    <w:p>
      <w:r>
        <w:br/>
        <w:t>Та пісня смертницького хору&lt;br /&gt;</w:t>
        <w:br/>
        <w:t>Замовкнути не хоче,&lt;br /&gt;</w:t>
        <w:br/>
        <w:t>Та пісня — вгору, вгору, вгору,&lt;br /&gt;</w:t>
        <w:br/>
        <w:t>До Тебе, Боже Отче!</w:t>
      </w:r>
    </w:p>
    <w:p>
      <w:r>
        <w:br/>
        <w:t>Ось віє крилами своїми&lt;br /&gt;</w:t>
        <w:br/>
        <w:t>Біля Твого порогу...&lt;br /&gt;</w:t>
        <w:br/>
        <w:t>Ви розступіться, херувими,&lt;br /&gt;</w:t>
        <w:br/>
        <w:t>Ви дайте їй дорогу!</w:t>
      </w:r>
    </w:p>
    <w:p>
      <w:r>
        <w:br/>
        <w:t>Ось перед самим Твоїм ликом&lt;br /&gt;</w:t>
        <w:br/>
        <w:t>Скривавлена орлиця...&lt;br /&gt;</w:t>
        <w:br/>
        <w:t>Такими клекотами й криком&lt;br /&gt;</w:t>
        <w:br/>
        <w:t>Ніхто не вмів молиться!</w:t>
      </w:r>
    </w:p>
    <w:p>
      <w:r>
        <w:br/>
        <w:t>Так вимагати, так благати&lt;br /&gt;</w:t>
        <w:br/>
        <w:t>Ніхто ніде не може.&lt;br /&gt;</w:t>
        <w:br/>
        <w:t>Чому ж Ти, серцем пребагатий,&lt;br /&gt;</w:t>
        <w:br/>
        <w:t>Не відізвешся, Боже?</w:t>
      </w:r>
    </w:p>
    <w:p>
      <w:r>
        <w:br/>
        <w:t>Чом’ непорушний так глибоко,&lt;br /&gt;</w:t>
        <w:br/>
        <w:t>Чому мовчиш так глухо?&lt;br /&gt;</w:t>
        <w:br/>
        <w:t>Невже не бачить Твоє око,&lt;br /&gt;</w:t>
        <w:br/>
        <w:t>Не чує Твоє вухо?</w:t>
      </w:r>
    </w:p>
    <w:p>
      <w:r>
        <w:br/>
        <w:t>Мовчать святі Твої ошую,&lt;br /&gt;</w:t>
        <w:br/>
        <w:t>Німіють з одесної...&lt;br /&gt;</w:t>
        <w:br/>
        <w:t>О, так, ніхто із вас не чує&lt;br /&gt;</w:t>
        <w:br/>
        <w:t>Молитви голосної!</w:t>
      </w:r>
    </w:p>
    <w:p>
      <w:r>
        <w:br/>
        <w:t>Якби ви чули, то стемніли б&lt;br /&gt;</w:t>
        <w:br/>
        <w:t>Злотисті ваші німби,&lt;br /&gt;</w:t>
        <w:br/>
        <w:t>То не німів би Ти на троні,&lt;br /&gt;</w:t>
        <w:br/>
        <w:t>Не висидів на нім би!</w:t>
      </w:r>
    </w:p>
    <w:p>
      <w:r>
        <w:br/>
        <w:t>Якби дійшли до Тебе згуки&lt;br /&gt;</w:t>
        <w:br/>
        <w:t>Розмоленого співу,&lt;br /&gt;</w:t>
        <w:br/>
        <w:t>То благословні Твої руки&lt;br /&gt;</w:t>
        <w:br/>
        <w:t>Стиснулися б од гніву,</w:t>
      </w:r>
    </w:p>
    <w:p>
      <w:r>
        <w:br/>
        <w:t>То став би темним Ти і жаским&lt;br /&gt;</w:t>
        <w:br/>
        <w:t>У хмарі чорноперій,&lt;br /&gt;</w:t>
        <w:br/>
        <w:t>То враз би з стукотом і брязком&lt;br /&gt;</w:t>
        <w:br/>
        <w:t>Розкинулися двері.</w:t>
      </w:r>
    </w:p>
    <w:p>
      <w:r>
        <w:br/>
        <w:t>То розсікла б їх, повна грому,&lt;br /&gt;</w:t>
        <w:br/>
        <w:t>Важка Твоя десниця —&lt;br /&gt;</w:t>
        <w:br/>
        <w:t>І не була б із Твого дому&lt;br /&gt;</w:t>
        <w:br/>
        <w:t>Негідная в’язниця.</w:t>
      </w:r>
    </w:p>
    <w:p>
      <w:r>
        <w:br/>
        <w:t>То не була б із Твого раю&lt;br /&gt;</w:t>
        <w:br/>
        <w:t>Стократная руїна,&lt;br /&gt;</w:t>
        <w:br/>
        <w:t>То вся б од краю і до краю&lt;br /&gt;</w:t>
        <w:br/>
        <w:t>Воскресла Україна!</w:t>
      </w:r>
    </w:p>
    <w:p>
      <w:r>
        <w:br/>
        <w:t>Як древлє, кинувся б Ти, хижий,—&lt;br /&gt;</w:t>
        <w:br/>
        <w:t>І, сяючи на мети,&lt;br /&gt;</w:t>
        <w:br/>
        <w:t>Повів би меч архистратижий&lt;br /&gt;</w:t>
        <w:br/>
        <w:t>Освячені багнети...&lt;br /&gt;</w:t>
        <w:br/>
        <w:t>. . . . . . . . . . . . . . .&lt;br /&gt;</w:t>
        <w:br/>
        <w:t>Як птиця та осиротіла,&lt;br /&gt;</w:t>
        <w:br/>
        <w:t>На крилос полетіла,&lt;br /&gt;</w:t>
        <w:br/>
        <w:t>Забилась крилами об крила&lt;br /&gt;</w:t>
        <w:br/>
        <w:t>Святого Михаїла...</w:t>
      </w:r>
    </w:p>
    <w:p>
      <w:r>
        <w:br/>
        <w:t>"Ти зійди, зійди з свого образу,&lt;br /&gt;</w:t>
        <w:br/>
        <w:t>Янголе ясний,&lt;br /&gt;</w:t>
        <w:br/>
        <w:t>Стань між нас отут, своїх воїнів,&lt;br /&gt;</w:t>
        <w:br/>
        <w:t>Зброєю брязни!"</w:t>
      </w:r>
    </w:p>
    <w:p>
      <w:r>
        <w:br/>
        <w:t>Мовчить Христос. Німіє Саваоф.&lt;br /&gt;</w:t>
        <w:br/>
        <w:t>Недвижні крила Михаїла.&lt;br /&gt;</w:t>
        <w:br/>
        <w:t>Ні Богові, ні янголам Його&lt;br /&gt;</w:t>
        <w:br/>
        <w:t>Немає до людини діла.&lt;br /&gt;</w:t>
        <w:br/>
        <w:t>. . . . . . . . . . . . . . .&lt;br /&gt;</w:t>
        <w:br/>
        <w:t>Недаремне, ой недаремне&lt;br /&gt;</w:t>
        <w:br/>
        <w:t>Западало сонце пожаром,&lt;br /&gt;</w:t>
        <w:br/>
        <w:t>Ой глибока яма і темна&lt;br /&gt;</w:t>
        <w:br/>
        <w:t>Та за містом Базаром.</w:t>
      </w:r>
    </w:p>
    <w:p>
      <w:r>
        <w:br/>
        <w:t>Од світанку та до світанку —&lt;br /&gt;</w:t>
        <w:br/>
        <w:t>Цілий день, настрашено-білий,&lt;br /&gt;</w:t>
        <w:br/>
        <w:t>Цілу чорну ніч без устанку&lt;br /&gt;</w:t>
        <w:br/>
        <w:t>Заступи стукотіли.</w:t>
      </w:r>
    </w:p>
    <w:p>
      <w:r>
        <w:br/>
        <w:t>Недаремне заходу горно&lt;br /&gt;</w:t>
        <w:br/>
        <w:t>Кривавило обрій зловісто.&lt;br /&gt;</w:t>
        <w:br/>
        <w:t>Ой глибоко поле і чорно&lt;br /&gt;</w:t>
        <w:br/>
        <w:t>Позіхнуло за містом.</w:t>
      </w:r>
    </w:p>
    <w:p>
      <w:r>
        <w:br/>
        <w:t>Прага,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"базару"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