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Арістія Фуска</w:t>
      </w:r>
    </w:p>
    <w:p>
      <w:r>
        <w:br/>
        <w:t xml:space="preserve"> Той, чиє життя непорочне й чесне,&lt;br /&gt;</w:t>
        <w:br/>
        <w:t>Ні списа злих маврів, ні пружних луків,&lt;br /&gt;</w:t>
        <w:br/>
        <w:t>Ні сайдака, повного стріл отруйних,&lt;br /&gt;</w:t>
        <w:br/>
        <w:t>Не потребує,&lt;br /&gt;</w:t>
        <w:br/>
        <w:t>Чи лежатиме його путь в палючих&lt;br /&gt;</w:t>
        <w:br/>
        <w:t>Пісках Сіртів, чи в глушині Кавказу,&lt;br /&gt;</w:t>
        <w:br/>
        <w:t>Чи по тих місцях, що Гідаси** прекрасний&lt;br /&gt;</w:t>
        <w:br/>
        <w:t>Зрошує щедро.&lt;br /&gt;</w:t>
        <w:br/>
        <w:t>Так, коли блукав я в Сабінськім лісі&lt;br /&gt;</w:t>
        <w:br/>
        <w:t>І складав свою для Лалаги пісню,-&lt;br /&gt;</w:t>
        <w:br/>
        <w:t>З хащ від мене втік, хоч я був беззбройний,&lt;br /&gt;</w:t>
        <w:br/>
        <w:t>Вовк найлютіший.&lt;br /&gt;</w:t>
        <w:br/>
        <w:t>Звірище таке не ростила зроду&lt;br /&gt;</w:t>
        <w:br/>
        <w:t>Ні Апулія у гаях дубових,&lt;br /&gt;</w:t>
        <w:br/>
        <w:t>Ні пустиня та, що всіх левів живить&lt;br /&gt;</w:t>
        <w:br/>
        <w:t>Груддю сухою.&lt;br /&gt;</w:t>
        <w:br/>
        <w:t>Кинь мене в той край, де весни немає&lt;br /&gt;</w:t>
        <w:br/>
        <w:t>І поля у кригу закуті вічно,— [460]&lt;br /&gt;</w:t>
        <w:br/>
        <w:t>В ту країну, де Юпітер туманом&lt;br /&gt;</w:t>
        <w:br/>
        <w:t>Небо вкриває.&lt;br /&gt;</w:t>
        <w:br/>
        <w:t>Кинь мене туди, де біг сонця близький&lt;br /&gt;</w:t>
        <w:br/>
        <w:t>Жаром променя обезлюдив землю,-&lt;br /&gt;</w:t>
        <w:br/>
        <w:t>Буду й там любить я Лалаги голос.&lt;br /&gt;</w:t>
        <w:br/>
        <w:t>Ніжну усмішку.&lt;br /&gt;</w:t>
        <w:br/>
        <w:t>[* Арістій Фуск — поет і граматик, друг Горація.]&lt;br /&gt;</w:t>
        <w:br/>
        <w:t>[** Гідасп — ріка в Пенджабі, притока Інду (тепер Джелам).]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Арістія Фуска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